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pStyle w:val="BookTitle"/>
      </w:pPr>
      <w:r>
        <w:t>Your Nervous System Is Stuck</w:t>
      </w:r>
    </w:p>
    <w:p>
      <w:pPr>
        <w:pStyle w:val="BookSubtitle"/>
      </w:pPr>
      <w:r>
        <w:t>How Chronic Stress Locks Your Body in Survival Mode — and the Daily Practices That Restore Safety and Healing</w:t>
      </w:r>
    </w:p>
    <w:p>
      <w:pPr>
        <w:jc w:val="center"/>
      </w:pPr>
      <w:r>
        <w:rPr>
          <w:i/>
        </w:rPr>
        <w:t>by Richard Lee Garcia, RN, BSN</w:t>
      </w:r>
    </w:p>
    <w:p>
      <w:r>
        <w:br w:type="page"/>
      </w:r>
    </w:p>
    <w:p>
      <w:pPr>
        <w:pStyle w:val="Heading1"/>
        <w:jc w:val="center"/>
      </w:pPr>
      <w:r>
        <w:t>PART I - UNDERSTANDING SURVIVAL MODE</w:t>
      </w:r>
    </w:p>
    <w:p>
      <w:r>
        <w:br w:type="page"/>
      </w:r>
    </w:p>
    <w:p>
      <w:pPr>
        <w:pStyle w:val="Heading1"/>
        <w:jc w:val="center"/>
      </w:pPr>
      <w:r>
        <w:t>Chapter 1: Your Nervous System Is Not Broken</w:t>
      </w:r>
    </w:p>
    <w:p>
      <w:pPr>
        <w:pStyle w:val="Quote"/>
      </w:pPr>
      <w:r>
        <w:rPr>
          <w:i/>
        </w:rPr>
        <w:t>"The body that seems to be working against you is often doing exactly what it was designed to do—it is trying to protect you."</w:t>
      </w:r>
    </w:p>
    <w:p>
      <w:pPr>
        <w:pStyle w:val="Heading3"/>
      </w:pPr>
      <w:r>
        <w:t>Chapter Overview</w:t>
      </w:r>
    </w:p>
    <w:p>
      <w:r>
        <w:t>If you have been living with constant stress, anxiety, exhaustion, brain fog, muscle tension, digestive discomfort, poor sleep, or a feeling that you simply cannot relax, you may have started believing something is wrong with you.</w:t>
      </w:r>
    </w:p>
    <w:p>
      <w:r>
        <w:t>Perhaps you have wondered:</w:t>
      </w:r>
    </w:p>
    <w:p>
      <w:pPr>
        <w:pStyle w:val="ListBullet"/>
      </w:pPr>
      <w:r>
        <w:t>"Why Can't I Calm Down?"</w:t>
      </w:r>
    </w:p>
    <w:p>
      <w:pPr>
        <w:pStyle w:val="ListBullet"/>
      </w:pPr>
      <w:r>
        <w:t>"Why Am I Always Tired?"</w:t>
      </w:r>
    </w:p>
    <w:p>
      <w:pPr>
        <w:pStyle w:val="ListBullet"/>
      </w:pPr>
      <w:r>
        <w:t>"Why Do Small Things Feel So Overwhelming?"</w:t>
      </w:r>
    </w:p>
    <w:p>
      <w:pPr>
        <w:pStyle w:val="ListBullet"/>
      </w:pPr>
      <w:r>
        <w:t>"Why Do I Feel Stressed Even When Life Is Going Well?"</w:t>
      </w:r>
    </w:p>
    <w:p>
      <w:pPr>
        <w:pStyle w:val="ListBullet"/>
      </w:pPr>
      <w:r>
        <w:t>"Why Does My Body Always Feel Like It Is Waiting For Something Bad To Happen?"</w:t>
      </w:r>
    </w:p>
    <w:p>
      <w:pPr>
        <w:pStyle w:val="ListBullet"/>
      </w:pPr>
      <w:r>
        <w:t>These questions are incredibly common.</w:t>
      </w:r>
    </w:p>
    <w:p>
      <w:pPr>
        <w:pStyle w:val="ListBullet"/>
      </w:pPr>
      <w:r>
        <w:t>The good news is that, for many people, the answer is surprisingly hopeful.</w:t>
      </w:r>
    </w:p>
    <w:p>
      <w:pPr>
        <w:pStyle w:val="ListBullet"/>
      </w:pPr>
      <w:r>
        <w:t>Your nervous system is not necessarily broken.</w:t>
      </w:r>
    </w:p>
    <w:p>
      <w:pPr>
        <w:pStyle w:val="ListBullet"/>
      </w:pPr>
      <w:r>
        <w:t>It may simply be doing its job too well.</w:t>
      </w:r>
    </w:p>
    <w:p>
      <w:r>
        <w:t>This chapter introduces one of the most important ideas in this entire book:</w:t>
      </w:r>
    </w:p>
    <w:p>
      <w:pPr>
        <w:pStyle w:val="ListBullet"/>
      </w:pPr>
      <w:r>
        <w:rPr>
          <w:b/>
        </w:rPr>
        <w:t>Many symptoms people fear are actually signs of protection rather than permanent damage.</w:t>
      </w:r>
    </w:p>
    <w:p>
      <w:pPr>
        <w:pStyle w:val="ListBullet"/>
      </w:pPr>
      <w:r>
        <w:t>Understanding this changes everything.</w:t>
      </w:r>
    </w:p>
    <w:p>
      <w:pPr>
        <w:pStyle w:val="Heading3"/>
      </w:pPr>
      <w:r>
        <w:t>The Nervous System Was Designed To Protect You</w:t>
      </w:r>
    </w:p>
    <w:p>
      <w:r>
        <w:t>Your nervous system has one primary responsibility before anything else:</w:t>
      </w:r>
    </w:p>
    <w:p>
      <w:pPr>
        <w:pStyle w:val="ListBullet"/>
      </w:pPr>
      <w:r>
        <w:rPr>
          <w:b/>
        </w:rPr>
        <w:t>Keep You Alive.</w:t>
      </w:r>
    </w:p>
    <w:p>
      <w:pPr>
        <w:pStyle w:val="ListBullet"/>
      </w:pPr>
      <w:r>
        <w:t>Not happy.</w:t>
      </w:r>
    </w:p>
    <w:p>
      <w:pPr>
        <w:pStyle w:val="ListBullet"/>
      </w:pPr>
      <w:r>
        <w:t>Not productive.</w:t>
      </w:r>
    </w:p>
    <w:p>
      <w:pPr>
        <w:pStyle w:val="ListBullet"/>
      </w:pPr>
      <w:r>
        <w:t>Not successful.</w:t>
      </w:r>
    </w:p>
    <w:p>
      <w:pPr>
        <w:pStyle w:val="ListBullet"/>
      </w:pPr>
      <w:r>
        <w:t>Alive.</w:t>
      </w:r>
    </w:p>
    <w:p>
      <w:pPr>
        <w:pStyle w:val="ListBullet"/>
      </w:pPr>
      <w:r>
        <w:t>Every second of every day, your brain is quietly collecting enormous amounts of information.</w:t>
      </w:r>
    </w:p>
    <w:p>
      <w:r>
        <w:t>Without your awareness, it asks questions like:</w:t>
      </w:r>
    </w:p>
    <w:p>
      <w:pPr>
        <w:pStyle w:val="ListBullet"/>
      </w:pPr>
      <w:r>
        <w:t>Is This Safe?</w:t>
      </w:r>
    </w:p>
    <w:p>
      <w:pPr>
        <w:pStyle w:val="ListBullet"/>
      </w:pPr>
      <w:r>
        <w:t>Is There A Threat Nearby?</w:t>
      </w:r>
    </w:p>
    <w:p>
      <w:pPr>
        <w:pStyle w:val="ListBullet"/>
      </w:pPr>
      <w:r>
        <w:t>Do I Need To Prepare For Action?</w:t>
      </w:r>
    </w:p>
    <w:p>
      <w:pPr>
        <w:pStyle w:val="ListBullet"/>
      </w:pPr>
      <w:r>
        <w:t>Can I Relax Right Now?</w:t>
      </w:r>
    </w:p>
    <w:p>
      <w:pPr>
        <w:pStyle w:val="ListBullet"/>
      </w:pPr>
      <w:r>
        <w:t>Should I Stay Alert?</w:t>
      </w:r>
    </w:p>
    <w:p>
      <w:pPr>
        <w:pStyle w:val="ListBullet"/>
      </w:pPr>
      <w:r>
        <w:t>Your brain answers these questions automatically.</w:t>
      </w:r>
    </w:p>
    <w:p>
      <w:r>
        <w:t>If it believes you are safe, your body shifts toward healing, digestion, recovery, learning, creativity, connection, and restorative sleep.</w:t>
      </w:r>
    </w:p>
    <w:p>
      <w:r>
        <w:t>If it believes danger is present, even if that danger is emotional rather than physical, your nervous system shifts into protection.</w:t>
      </w:r>
    </w:p>
    <w:p>
      <w:r>
        <w:t>This happens automatically.</w:t>
      </w:r>
    </w:p>
    <w:p>
      <w:r>
        <w:t>You do not choose it.</w:t>
      </w:r>
    </w:p>
    <w:p>
      <w:pPr>
        <w:pStyle w:val="Heading3"/>
      </w:pPr>
      <w:r>
        <w:t>Survival Is Faster Than Thinking</w:t>
      </w:r>
    </w:p>
    <w:p>
      <w:r>
        <w:t>Imagine stepping off a curb and suddenly hearing a speeding vehicle approaching.</w:t>
      </w:r>
    </w:p>
    <w:p>
      <w:r>
        <w:t>Before you consciously think,</w:t>
      </w:r>
    </w:p>
    <w:p>
      <w:pPr>
        <w:pStyle w:val="Heading3"/>
      </w:pPr>
      <w:r>
        <w:t>"That Car Is Moving Toward Me."</w:t>
      </w:r>
    </w:p>
    <w:p>
      <w:r>
        <w:t>Your body has already reacted.</w:t>
      </w:r>
    </w:p>
    <w:p>
      <w:r>
        <w:t>Your muscles tighten.</w:t>
      </w:r>
    </w:p>
    <w:p>
      <w:r>
        <w:t>Your heart races.</w:t>
      </w:r>
    </w:p>
    <w:p>
      <w:r>
        <w:t>Your breathing changes.</w:t>
      </w:r>
    </w:p>
    <w:p>
      <w:r>
        <w:t>Your eyes widen.</w:t>
      </w:r>
    </w:p>
    <w:p>
      <w:r>
        <w:t>You move.</w:t>
      </w:r>
    </w:p>
    <w:p>
      <w:r>
        <w:t>Only afterward does your conscious mind catch up.</w:t>
      </w:r>
    </w:p>
    <w:p>
      <w:r>
        <w:t>This is how survival systems work.</w:t>
      </w:r>
    </w:p>
    <w:p>
      <w:r>
        <w:t>They are designed to respond first and explain later.</w:t>
      </w:r>
    </w:p>
    <w:p>
      <w:r>
        <w:t>That rapid response has saved human lives for thousands of years.</w:t>
      </w:r>
    </w:p>
    <w:p>
      <w:r>
        <w:t>Unfortunately, the same protective system cannot always distinguish between immediate physical danger and ongoing modern stress.</w:t>
      </w:r>
    </w:p>
    <w:p>
      <w:r>
        <w:t>Deadlines.</w:t>
      </w:r>
    </w:p>
    <w:p>
      <w:r>
        <w:t>Financial pressure.</w:t>
      </w:r>
    </w:p>
    <w:p>
      <w:r>
        <w:t>Relationship conflict.</w:t>
      </w:r>
    </w:p>
    <w:p>
      <w:r>
        <w:t>Social media overload.</w:t>
      </w:r>
    </w:p>
    <w:p>
      <w:r>
        <w:t>Poor sleep.</w:t>
      </w:r>
    </w:p>
    <w:p>
      <w:r>
        <w:t>Constant notifications.</w:t>
      </w:r>
    </w:p>
    <w:p>
      <w:r>
        <w:t>Long work hours.</w:t>
      </w:r>
    </w:p>
    <w:p>
      <w:r>
        <w:t>Caregiving responsibilities.</w:t>
      </w:r>
    </w:p>
    <w:p>
      <w:r>
        <w:t>Chronic illness.</w:t>
      </w:r>
    </w:p>
    <w:p>
      <w:r>
        <w:t>Emotional trauma.</w:t>
      </w:r>
    </w:p>
    <w:p>
      <w:r>
        <w:t>The nervous system may interpret many of these experiences as ongoing threats.</w:t>
      </w:r>
    </w:p>
    <w:p>
      <w:pPr>
        <w:pStyle w:val="Heading3"/>
      </w:pPr>
      <w:r>
        <w:t>Your Body Learns From Repetition</w:t>
      </w:r>
    </w:p>
    <w:p>
      <w:r>
        <w:t>One stressful day rarely creates long-term nervous system dysregulation.</w:t>
      </w:r>
    </w:p>
    <w:p>
      <w:r>
        <w:t>Months often can.</w:t>
      </w:r>
    </w:p>
    <w:p>
      <w:r>
        <w:t>Years certainly can.</w:t>
      </w:r>
    </w:p>
    <w:p>
      <w:r>
        <w:t>The nervous system learns through repetition.</w:t>
      </w:r>
    </w:p>
    <w:p>
      <w:r>
        <w:t>If your body repeatedly experiences stress without enough recovery, it begins to assume that stress is normal.</w:t>
      </w:r>
    </w:p>
    <w:p>
      <w:r>
        <w:t>Eventually, high alert becomes your baseline.</w:t>
      </w:r>
    </w:p>
    <w:p>
      <w:r>
        <w:t>Instead of occasionally entering survival mode, you begin living there.</w:t>
      </w:r>
    </w:p>
    <w:p>
      <w:r>
        <w:t>This does not happen because your body is failing.</w:t>
      </w:r>
    </w:p>
    <w:p>
      <w:r>
        <w:t>It happens because your body is adapting.</w:t>
      </w:r>
    </w:p>
    <w:p>
      <w:r>
        <w:t>Unfortunately, an adaptation that helps in the short term can become exhausting over time.</w:t>
      </w:r>
    </w:p>
    <w:p>
      <w:pPr>
        <w:pStyle w:val="Heading3"/>
      </w:pPr>
      <w:r>
        <w:t>Protection Can Feel Like Illness</w:t>
      </w:r>
    </w:p>
    <w:p>
      <w:r>
        <w:t>One of the most confusing aspects of chronic stress is that protective responses often feel like something is seriously wrong.</w:t>
      </w:r>
    </w:p>
    <w:p>
      <w:r>
        <w:t>People frequently report:</w:t>
      </w:r>
    </w:p>
    <w:p>
      <w:pPr>
        <w:pStyle w:val="ListBullet"/>
      </w:pPr>
      <w:r>
        <w:t>Constant Fatigue.</w:t>
      </w:r>
    </w:p>
    <w:p>
      <w:pPr>
        <w:pStyle w:val="ListBullet"/>
      </w:pPr>
      <w:r>
        <w:t>Racing Thoughts.</w:t>
      </w:r>
    </w:p>
    <w:p>
      <w:pPr>
        <w:pStyle w:val="ListBullet"/>
      </w:pPr>
      <w:r>
        <w:t>Poor Sleep.</w:t>
      </w:r>
    </w:p>
    <w:p>
      <w:pPr>
        <w:pStyle w:val="ListBullet"/>
      </w:pPr>
      <w:r>
        <w:t>Muscle Tightness.</w:t>
      </w:r>
    </w:p>
    <w:p>
      <w:pPr>
        <w:pStyle w:val="ListBullet"/>
      </w:pPr>
      <w:r>
        <w:t>Digestive Problems.</w:t>
      </w:r>
    </w:p>
    <w:p>
      <w:pPr>
        <w:pStyle w:val="ListBullet"/>
      </w:pPr>
      <w:r>
        <w:t>Difficulty Concentrating.</w:t>
      </w:r>
    </w:p>
    <w:p>
      <w:pPr>
        <w:pStyle w:val="ListBullet"/>
      </w:pPr>
      <w:r>
        <w:t>Feeling Emotionally Flat.</w:t>
      </w:r>
    </w:p>
    <w:p>
      <w:pPr>
        <w:pStyle w:val="ListBullet"/>
      </w:pPr>
      <w:r>
        <w:t>Increased Irritability.</w:t>
      </w:r>
    </w:p>
    <w:p>
      <w:pPr>
        <w:pStyle w:val="ListBullet"/>
      </w:pPr>
      <w:r>
        <w:t>Difficulty Relaxing.</w:t>
      </w:r>
    </w:p>
    <w:p>
      <w:pPr>
        <w:pStyle w:val="ListBullet"/>
      </w:pPr>
      <w:r>
        <w:t>Feeling "On Edge."</w:t>
      </w:r>
    </w:p>
    <w:p>
      <w:pPr>
        <w:pStyle w:val="ListBullet"/>
      </w:pPr>
      <w:r>
        <w:t>Brain Fog.</w:t>
      </w:r>
    </w:p>
    <w:p>
      <w:pPr>
        <w:pStyle w:val="ListBullet"/>
      </w:pPr>
      <w:r>
        <w:t>Low Motivation.</w:t>
      </w:r>
    </w:p>
    <w:p>
      <w:pPr>
        <w:pStyle w:val="ListBullet"/>
      </w:pPr>
      <w:r>
        <w:t>These symptoms can certainly have medical causes that deserve evaluation.</w:t>
      </w:r>
    </w:p>
    <w:p>
      <w:r>
        <w:t>However, when healthcare providers have ruled out serious medical conditions, persistent nervous system activation becomes an important possibility.</w:t>
      </w:r>
    </w:p>
    <w:p>
      <w:r>
        <w:t>The body is not trying to make life difficult.</w:t>
      </w:r>
    </w:p>
    <w:p>
      <w:r>
        <w:t>It is attempting to conserve energy while remaining prepared for danger.</w:t>
      </w:r>
    </w:p>
    <w:p>
      <w:pPr>
        <w:pStyle w:val="Heading3"/>
      </w:pPr>
      <w:r>
        <w:rPr>
          <w:b/>
        </w:rPr>
        <w:t>RN Insight</w:t>
      </w:r>
    </w:p>
    <w:p>
      <w:pPr>
        <w:pStyle w:val="Quote"/>
      </w:pPr>
      <w:r>
        <w:rPr>
          <w:i/>
        </w:rPr>
        <w:t>As nurses, we often meet patients who apologize for symptoms they cannot explain.</w:t>
      </w:r>
    </w:p>
    <w:p>
      <w:pPr>
        <w:pStyle w:val="Quote"/>
      </w:pPr>
      <w:r>
        <w:rPr>
          <w:i/>
        </w:rPr>
        <w:t>They say things like:</w:t>
      </w:r>
    </w:p>
    <w:p>
      <w:pPr>
        <w:pStyle w:val="Quote"/>
      </w:pPr>
      <w:r>
        <w:rPr>
          <w:i/>
        </w:rPr>
        <w:t>"I Know It Sounds Strange, But I Feel Tired All The Time."</w:t>
      </w:r>
    </w:p>
    <w:p>
      <w:pPr>
        <w:pStyle w:val="Heading3"/>
      </w:pPr>
      <w:r>
        <w:t>"I Cannot Relax Even On Vacation."</w:t>
      </w:r>
    </w:p>
    <w:p>
      <w:pPr>
        <w:pStyle w:val="Quote"/>
      </w:pPr>
      <w:r>
        <w:rPr>
          <w:i/>
        </w:rPr>
        <w:t>"Nothing Major Is Wrong, But I Just Don't Feel Like Myself."</w:t>
      </w:r>
    </w:p>
    <w:p>
      <w:r>
        <w:t>Many arrive convinced they are simply lazy, weak, or aging faster than everyone else.</w:t>
      </w:r>
    </w:p>
    <w:p>
      <w:r>
        <w:t>Yet their stories often reveal years of chronic stress, caregiving, demanding careers, disrupted sleep, financial pressure, or unresolved emotional strain. While symptoms always deserve appropriate medical evaluation, it is remarkable how often prolonged stress has been quietly influencing the entire body long before people recognize its effects.</w:t>
      </w:r>
    </w:p>
    <w:p>
      <w:pPr>
        <w:pStyle w:val="Heading3"/>
      </w:pPr>
      <w:r>
        <w:t>Why Your Symptoms Make Sense</w:t>
      </w:r>
    </w:p>
    <w:p>
      <w:r>
        <w:t>Many people become frustrated because their symptoms seem inconsistent.</w:t>
      </w:r>
    </w:p>
    <w:p>
      <w:r>
        <w:t>Some days, they feel almost normal.</w:t>
      </w:r>
    </w:p>
    <w:p>
      <w:r>
        <w:t>Other days,s they feel completely overwhelmed.</w:t>
      </w:r>
    </w:p>
    <w:p>
      <w:r>
        <w:t>This inconsistency is actually common in nervous system dysregulation.</w:t>
      </w:r>
    </w:p>
    <w:p>
      <w:r>
        <w:t>Your symptoms often reflect how much stress your nervous system has accumulated rather than how much danger is present at that exact moment.</w:t>
      </w:r>
    </w:p>
    <w:p>
      <w:r>
        <w:t>Think of your nervous system like a rechargeable battery.</w:t>
      </w:r>
    </w:p>
    <w:p>
      <w:r>
        <w:t>When the battery is fully charged, small challenges feel manageable.</w:t>
      </w:r>
    </w:p>
    <w:p>
      <w:r>
        <w:t>When it has been drained for weeks or months, even minor inconveniences can feel overwhelming.</w:t>
      </w:r>
    </w:p>
    <w:p>
      <w:r>
        <w:t>Nothing about your character has changed.</w:t>
      </w:r>
    </w:p>
    <w:p>
      <w:r>
        <w:t>Your capacity has changed.</w:t>
      </w:r>
    </w:p>
    <w:p>
      <w:r>
        <w:t>Recovery helps restore that capacity.</w:t>
      </w:r>
    </w:p>
    <w:p>
      <w:pPr>
        <w:pStyle w:val="Heading3"/>
      </w:pPr>
      <w:r>
        <w:t>The Body Keeps Prioritizing Safety</w:t>
      </w:r>
    </w:p>
    <w:p>
      <w:r>
        <w:t>When your brain senses an ongoing threat, it shifts resources away from functions that are less important for immediate survival.</w:t>
      </w:r>
    </w:p>
    <w:p>
      <w:r>
        <w:t>Energy is redirected toward protection.</w:t>
      </w:r>
    </w:p>
    <w:p>
      <w:r>
        <w:t>As a result, you may notice:</w:t>
      </w:r>
    </w:p>
    <w:p>
      <w:pPr>
        <w:pStyle w:val="ListBullet"/>
      </w:pPr>
      <w:r>
        <w:t>Reduced Concentration.</w:t>
      </w:r>
    </w:p>
    <w:p>
      <w:pPr>
        <w:pStyle w:val="ListBullet"/>
      </w:pPr>
      <w:r>
        <w:t>Poor Memory.</w:t>
      </w:r>
    </w:p>
    <w:p>
      <w:pPr>
        <w:pStyle w:val="ListBullet"/>
      </w:pPr>
      <w:r>
        <w:t>Lower Motivation.</w:t>
      </w:r>
    </w:p>
    <w:p>
      <w:pPr>
        <w:pStyle w:val="ListBullet"/>
      </w:pPr>
      <w:r>
        <w:t>Digestive Changes.</w:t>
      </w:r>
    </w:p>
    <w:p>
      <w:pPr>
        <w:pStyle w:val="ListBullet"/>
      </w:pPr>
      <w:r>
        <w:t>Sleep Difficulties.</w:t>
      </w:r>
    </w:p>
    <w:p>
      <w:pPr>
        <w:pStyle w:val="ListBullet"/>
      </w:pPr>
      <w:r>
        <w:t>Increased Muscle Tension.</w:t>
      </w:r>
    </w:p>
    <w:p>
      <w:pPr>
        <w:pStyle w:val="ListBullet"/>
      </w:pPr>
      <w:r>
        <w:t>Emotional Reactivity.</w:t>
      </w:r>
    </w:p>
    <w:p>
      <w:pPr>
        <w:pStyle w:val="ListBullet"/>
      </w:pPr>
      <w:r>
        <w:t>Reduced Physical Stamina.</w:t>
      </w:r>
    </w:p>
    <w:p>
      <w:pPr>
        <w:pStyle w:val="ListBullet"/>
      </w:pPr>
      <w:r>
        <w:t>These are not signs that your body has given up.</w:t>
      </w:r>
    </w:p>
    <w:p>
      <w:pPr>
        <w:pStyle w:val="ListBullet"/>
      </w:pPr>
      <w:r>
        <w:t>There are signs that it has changed priorities.</w:t>
      </w:r>
    </w:p>
    <w:p>
      <w:pPr>
        <w:pStyle w:val="ListBullet"/>
      </w:pPr>
      <w:r>
        <w:t>From the nervous system's perspective, surviving today matters more than planning for tomorrow.</w:t>
      </w:r>
    </w:p>
    <w:p>
      <w:pPr>
        <w:pStyle w:val="Heading3"/>
      </w:pPr>
      <w:r>
        <w:t>Modern Life Confuses Ancient Biology</w:t>
      </w:r>
    </w:p>
    <w:p>
      <w:r>
        <w:t>The human nervous system evolved during a time when danger usually had a beginning and an end.</w:t>
      </w:r>
    </w:p>
    <w:p>
      <w:r>
        <w:t>A predator appeared.</w:t>
      </w:r>
    </w:p>
    <w:p>
      <w:r>
        <w:t>People escaped.</w:t>
      </w:r>
    </w:p>
    <w:p>
      <w:r>
        <w:t>The threat ended.</w:t>
      </w:r>
    </w:p>
    <w:p>
      <w:r>
        <w:t>The body recovered.</w:t>
      </w:r>
    </w:p>
    <w:p>
      <w:r>
        <w:t>Modern stress often works differently.</w:t>
      </w:r>
    </w:p>
    <w:p>
      <w:r>
        <w:t>Emails continue arriving.</w:t>
      </w:r>
    </w:p>
    <w:p>
      <w:r>
        <w:t>Bills continue accumulating.</w:t>
      </w:r>
    </w:p>
    <w:p>
      <w:r>
        <w:t>Phones continue vibrating.</w:t>
      </w:r>
    </w:p>
    <w:p>
      <w:r>
        <w:t>News continues to update.</w:t>
      </w:r>
    </w:p>
    <w:p>
      <w:r>
        <w:t>Responsibilities continue growing.</w:t>
      </w:r>
    </w:p>
    <w:p>
      <w:r>
        <w:t>Many people rarely experience a true "all clear" signal.</w:t>
      </w:r>
    </w:p>
    <w:p>
      <w:r>
        <w:t>As a result, the nervous system stays prepared.</w:t>
      </w:r>
    </w:p>
    <w:p>
      <w:r>
        <w:t>Days become weeks.</w:t>
      </w:r>
    </w:p>
    <w:p>
      <w:r>
        <w:t>Weeks become months.</w:t>
      </w:r>
    </w:p>
    <w:p>
      <w:r>
        <w:t>Months become years.</w:t>
      </w:r>
    </w:p>
    <w:p>
      <w:r>
        <w:t>Eventually, many people forget what genuine relaxation even feels like.</w:t>
      </w:r>
    </w:p>
    <w:p>
      <w:pPr>
        <w:pStyle w:val="Heading3"/>
      </w:pPr>
      <w:r>
        <w:t>Survival Mode Is Not A Personal Failure</w:t>
      </w:r>
    </w:p>
    <w:p>
      <w:r>
        <w:t>One of the greatest misconceptions about stress is that strong people simply push through it.</w:t>
      </w:r>
    </w:p>
    <w:p>
      <w:r>
        <w:t>In reality, every nervous system has limits.</w:t>
      </w:r>
    </w:p>
    <w:p>
      <w:r>
        <w:t>No amount of willpower changes basic human physiology.</w:t>
      </w:r>
    </w:p>
    <w:p>
      <w:r>
        <w:t>You cannot shame your nervous system into feeling safe.</w:t>
      </w:r>
    </w:p>
    <w:p>
      <w:r>
        <w:t>You cannot criticize yourself into recovery.</w:t>
      </w:r>
    </w:p>
    <w:p>
      <w:r>
        <w:t>Healing begins when the body repeatedly experiences conditions that communicate safety.</w:t>
      </w:r>
    </w:p>
    <w:p>
      <w:r>
        <w:t>That is very different from simply telling yourself to calm down.</w:t>
      </w:r>
    </w:p>
    <w:p>
      <w:pPr>
        <w:pStyle w:val="Heading3"/>
      </w:pPr>
      <w:r>
        <w:rPr>
          <w:b/>
        </w:rPr>
        <w:t>Bedside Example</w:t>
      </w:r>
    </w:p>
    <w:p>
      <w:pPr>
        <w:pStyle w:val="Quote"/>
      </w:pPr>
      <w:r>
        <w:rPr>
          <w:i/>
        </w:rPr>
        <w:t>A middle-aged father came to the hospital complaining of chest tightness, fatigue, headaches, and constant anxiety. His initial fear was that something was seriously wrong with his heart.</w:t>
      </w:r>
    </w:p>
    <w:p>
      <w:pPr>
        <w:pStyle w:val="Quote"/>
      </w:pPr>
      <w:r>
        <w:rPr>
          <w:i/>
        </w:rPr>
        <w:t>After an appropriate medical evaluation, no emergency condition was found. As we talked, another picture began to emerge. He had been working long hours, caring for an aging parent, sleeping only five to six hours most nights, and worrying constantly about finances.</w:t>
      </w:r>
    </w:p>
    <w:p>
      <w:pPr>
        <w:pStyle w:val="Quote"/>
      </w:pPr>
      <w:r>
        <w:rPr>
          <w:i/>
        </w:rPr>
        <w:t>He told me something I have heard many times over the years:</w:t>
      </w:r>
    </w:p>
    <w:p>
      <w:pPr>
        <w:pStyle w:val="Heading3"/>
      </w:pPr>
      <w:r>
        <w:t>"I Don't Think I've Relaxed In Years."</w:t>
      </w:r>
    </w:p>
    <w:p>
      <w:r>
        <w:t>His body had been functioning as though every day required emergency-level vigilance. While he still needed ongoing medical follow-up for his symptoms, he also began learning that chronic stress had likely been placing tremendous demands on his nervous system. For the first time, he understood that his body was not betraying him—it had been trying to protect him continuously without adequate opportunities to recover.</w:t>
      </w:r>
    </w:p>
    <w:p>
      <w:pPr>
        <w:pStyle w:val="Heading3"/>
      </w:pPr>
      <w:r>
        <w:t>Healing Begins With Understanding</w:t>
      </w:r>
    </w:p>
    <w:p>
      <w:r>
        <w:t>Many people immediately search for supplements, medications, diets, or productivity systems.</w:t>
      </w:r>
    </w:p>
    <w:p>
      <w:r>
        <w:t>While those interventions may have an appropriate place depending on individual circumstances, lasting recovery often begins with understanding what your nervous system is trying to accomplish.</w:t>
      </w:r>
    </w:p>
    <w:p>
      <w:r>
        <w:t>Your symptoms become less frightening when they become understandable.</w:t>
      </w:r>
    </w:p>
    <w:p>
      <w:r>
        <w:t>Instead of asking:</w:t>
      </w:r>
    </w:p>
    <w:p>
      <w:pPr>
        <w:pStyle w:val="Heading3"/>
      </w:pPr>
      <w:r>
        <w:t>"What Is Wrong With Me?"</w:t>
      </w:r>
    </w:p>
    <w:p>
      <w:r>
        <w:t>You begin asking:</w:t>
      </w:r>
    </w:p>
    <w:p>
      <w:pPr>
        <w:pStyle w:val="Quote"/>
      </w:pPr>
      <w:r>
        <w:rPr>
          <w:i/>
        </w:rPr>
        <w:t>"What Is My Nervous System Trying To Protect Me From?"</w:t>
      </w:r>
    </w:p>
    <w:p>
      <w:r>
        <w:t>That question opens the door to healing.</w:t>
      </w:r>
    </w:p>
    <w:p>
      <w:pPr>
        <w:pStyle w:val="Heading3"/>
      </w:pPr>
      <w:r>
        <w:t>The Goal Is Not To Eliminate Stress</w:t>
      </w:r>
    </w:p>
    <w:p>
      <w:r>
        <w:t>Stress itself is not the enemy.</w:t>
      </w:r>
    </w:p>
    <w:p>
      <w:r>
        <w:t>Healthy stress helps us:</w:t>
      </w:r>
    </w:p>
    <w:p>
      <w:pPr>
        <w:pStyle w:val="ListBullet"/>
      </w:pPr>
      <w:r>
        <w:t>Learn.</w:t>
      </w:r>
    </w:p>
    <w:p>
      <w:pPr>
        <w:pStyle w:val="ListBullet"/>
      </w:pPr>
      <w:r>
        <w:t>Grow.</w:t>
      </w:r>
    </w:p>
    <w:p>
      <w:pPr>
        <w:pStyle w:val="ListBullet"/>
      </w:pPr>
      <w:r>
        <w:t>Adapt.</w:t>
      </w:r>
    </w:p>
    <w:p>
      <w:pPr>
        <w:pStyle w:val="ListBullet"/>
      </w:pPr>
      <w:r>
        <w:t>Solve Problems.</w:t>
      </w:r>
    </w:p>
    <w:p>
      <w:pPr>
        <w:pStyle w:val="ListBullet"/>
      </w:pPr>
      <w:r>
        <w:t>Protect Ourselves.</w:t>
      </w:r>
    </w:p>
    <w:p>
      <w:pPr>
        <w:pStyle w:val="ListBullet"/>
      </w:pPr>
      <w:r>
        <w:t>Build Resilience.</w:t>
      </w:r>
    </w:p>
    <w:p>
      <w:pPr>
        <w:pStyle w:val="ListBullet"/>
      </w:pPr>
      <w:r>
        <w:t>The problem develops when the nervous system loses confidence that recovery is possible.</w:t>
      </w:r>
    </w:p>
    <w:p>
      <w:pPr>
        <w:pStyle w:val="ListBullet"/>
      </w:pPr>
      <w:r>
        <w:t>Healing is not about removing every stressful experience.</w:t>
      </w:r>
    </w:p>
    <w:p>
      <w:pPr>
        <w:pStyle w:val="ListBullet"/>
      </w:pPr>
      <w:r>
        <w:t>Healing is about helping the body recognize when the stressful experience has ended.</w:t>
      </w:r>
    </w:p>
    <w:p>
      <w:r>
        <w:t xml:space="preserve">That ability to return to balance is called </w:t>
      </w:r>
      <w:r>
        <w:rPr>
          <w:b/>
        </w:rPr>
        <w:t>regulation</w:t>
      </w:r>
      <w:r>
        <w:t>, and it is one of the primary themes of this book.</w:t>
      </w:r>
    </w:p>
    <w:p>
      <w:pPr>
        <w:pStyle w:val="Heading3"/>
      </w:pPr>
      <w:r>
        <w:t>Key Takeaways</w:t>
      </w:r>
    </w:p>
    <w:p>
      <w:pPr>
        <w:pStyle w:val="ListBullet"/>
      </w:pPr>
      <w:r>
        <w:t>Your Nervous System Was Designed To Protect You Before Anything Else.</w:t>
      </w:r>
    </w:p>
    <w:p>
      <w:pPr>
        <w:pStyle w:val="ListBullet"/>
      </w:pPr>
      <w:r>
        <w:t>Many Stress Symptoms Are Protective Adaptations Rather Than Signs Of Personal Weakness.</w:t>
      </w:r>
    </w:p>
    <w:p>
      <w:pPr>
        <w:pStyle w:val="ListBullet"/>
      </w:pPr>
      <w:r>
        <w:t>Chronic Stress Can Keep The Body In Survival Mode Long After The Original Stressor Has Passed.</w:t>
      </w:r>
    </w:p>
    <w:p>
      <w:pPr>
        <w:pStyle w:val="ListBullet"/>
      </w:pPr>
      <w:r>
        <w:t>Living In Survival Mode Can Affect Sleep, Digestion, Energy, Concentration, Mood, And Recovery.</w:t>
      </w:r>
    </w:p>
    <w:p>
      <w:pPr>
        <w:pStyle w:val="ListBullet"/>
      </w:pPr>
      <w:r>
        <w:t>Your Symptoms Often Make Sense When Viewed Through The Lens Of Nervous System Protection.</w:t>
      </w:r>
    </w:p>
    <w:p>
      <w:pPr>
        <w:pStyle w:val="ListBullet"/>
      </w:pPr>
      <w:r>
        <w:t>Healing Begins By Helping Your Body Experience Consistent Signals Of Safety Rather Than Constant Threat.</w:t>
      </w:r>
    </w:p>
    <w:p>
      <w:pPr>
        <w:pStyle w:val="ListBullet"/>
      </w:pPr>
      <w:r>
        <w:t>Recovery Is Not About Eliminating Every Stressor—It Is About Rebuilding The Ability To Return To Calm After Stress.</w:t>
      </w:r>
    </w:p>
    <w:p>
      <w:pPr>
        <w:pStyle w:val="Heading3"/>
      </w:pPr>
      <w:r>
        <w:t>Chapter Reflection</w:t>
      </w:r>
    </w:p>
    <w:p>
      <w:r>
        <w:t>Before moving to the next chapter, spend a few minutes reflecting on the following questions.</w:t>
      </w:r>
    </w:p>
    <w:p>
      <w:pPr>
        <w:pStyle w:val="ListBullet"/>
      </w:pPr>
      <w:r>
        <w:t>Which Symptoms Have I Been Judging Instead Of Trying To Understand?</w:t>
      </w:r>
    </w:p>
    <w:p>
      <w:pPr>
        <w:pStyle w:val="ListBullet"/>
      </w:pPr>
      <w:r>
        <w:t>When Was The Last Time I Truly Felt Calm And Relaxed?</w:t>
      </w:r>
    </w:p>
    <w:p>
      <w:pPr>
        <w:pStyle w:val="ListBullet"/>
      </w:pPr>
      <w:r>
        <w:t>Do I Spend More Time Recovering Or Reacting?</w:t>
      </w:r>
    </w:p>
    <w:p>
      <w:pPr>
        <w:pStyle w:val="ListBullet"/>
      </w:pPr>
      <w:r>
        <w:t>Which Areas Of My Life Constantly Signal "Danger" To My Nervous System?</w:t>
      </w:r>
    </w:p>
    <w:p>
      <w:pPr>
        <w:pStyle w:val="ListBullet"/>
      </w:pPr>
      <w:r>
        <w:t>What Would Change If I Began Viewing My Symptoms As Protective Responses Instead Of Personal Failures?</w:t>
      </w:r>
    </w:p>
    <w:p>
      <w:r>
        <w:t>In the next chapter, we will explore how the brain constantly scans for danger, why it often chooses protection over comfort, and how chronic stress gradually trains the nervous system to remain on high alert—even when life appears calm on the outside.</w:t>
      </w:r>
    </w:p>
    <w:p>
      <w:r>
        <w:br w:type="page"/>
      </w:r>
    </w:p>
    <w:p>
      <w:pPr>
        <w:pStyle w:val="Heading1"/>
        <w:jc w:val="center"/>
      </w:pPr>
      <w:r>
        <w:t>Chapter 2: How the Survival Brain Takes Control</w:t>
      </w:r>
    </w:p>
    <w:p>
      <w:pPr>
        <w:pStyle w:val="Quote"/>
      </w:pPr>
      <w:r>
        <w:rPr>
          <w:i/>
        </w:rPr>
        <w:t>"When Your Brain Believes You Are In Danger, It Prioritizes Protection Over Comfort, Performance, And Healing."</w:t>
      </w:r>
    </w:p>
    <w:p>
      <w:pPr>
        <w:pStyle w:val="Heading3"/>
      </w:pPr>
      <w:r>
        <w:t>Chapter Overview</w:t>
      </w:r>
    </w:p>
    <w:p>
      <w:r>
        <w:t>Have you ever noticed that during stressful moments, you seem to become a different person?</w:t>
      </w:r>
    </w:p>
    <w:p>
      <w:r>
        <w:t>Perhaps you:</w:t>
      </w:r>
    </w:p>
    <w:p>
      <w:pPr>
        <w:pStyle w:val="ListBullet"/>
      </w:pPr>
      <w:r>
        <w:t>Forget Simple Things.</w:t>
      </w:r>
    </w:p>
    <w:p>
      <w:pPr>
        <w:pStyle w:val="ListBullet"/>
      </w:pPr>
      <w:r>
        <w:t>Lose Your Patience.</w:t>
      </w:r>
    </w:p>
    <w:p>
      <w:pPr>
        <w:pStyle w:val="ListBullet"/>
      </w:pPr>
      <w:r>
        <w:t>Struggle To Make Decisions.</w:t>
      </w:r>
    </w:p>
    <w:p>
      <w:pPr>
        <w:pStyle w:val="ListBullet"/>
      </w:pPr>
      <w:r>
        <w:t>Feel Emotionally Reactive.</w:t>
      </w:r>
    </w:p>
    <w:p>
      <w:pPr>
        <w:pStyle w:val="ListBullet"/>
      </w:pPr>
      <w:r>
        <w:t>Cannot Think Clearly.</w:t>
      </w:r>
    </w:p>
    <w:p>
      <w:pPr>
        <w:pStyle w:val="ListBullet"/>
      </w:pPr>
      <w:r>
        <w:t>Say Things You Later Regret.</w:t>
      </w:r>
    </w:p>
    <w:p>
      <w:pPr>
        <w:pStyle w:val="ListBullet"/>
      </w:pPr>
      <w:r>
        <w:t>Feel Like Your Brain Has "Shut Down."</w:t>
      </w:r>
    </w:p>
    <w:p>
      <w:pPr>
        <w:pStyle w:val="ListBullet"/>
      </w:pPr>
      <w:r>
        <w:t>Many people assume these experiences are signs that they are weak, incapable, or "losing it."</w:t>
      </w:r>
    </w:p>
    <w:p>
      <w:pPr>
        <w:pStyle w:val="ListBullet"/>
      </w:pPr>
      <w:r>
        <w:t>In reality, something very different is happening.</w:t>
      </w:r>
    </w:p>
    <w:p>
      <w:pPr>
        <w:pStyle w:val="ListBullet"/>
      </w:pPr>
      <w:r>
        <w:t>Your brain is doing exactly what it evolved to do.</w:t>
      </w:r>
    </w:p>
    <w:p>
      <w:r>
        <w:t>When your nervous system senses danger, your brain temporarily shifts away from careful reasoning and toward rapid survival.</w:t>
      </w:r>
    </w:p>
    <w:p>
      <w:r>
        <w:t>This shift is automatic.</w:t>
      </w:r>
    </w:p>
    <w:p>
      <w:r>
        <w:t>It happens before you consciously decide how to respond.</w:t>
      </w:r>
    </w:p>
    <w:p>
      <w:r>
        <w:t>Understanding this process is one of the most important steps in learning why chronic stress changes the way you think, feel, and behave.</w:t>
      </w:r>
    </w:p>
    <w:p>
      <w:pPr>
        <w:pStyle w:val="Heading3"/>
      </w:pPr>
      <w:r>
        <w:t>Your Brain Has Two Main Priorities</w:t>
      </w:r>
    </w:p>
    <w:p>
      <w:r>
        <w:t>Although the brain performs countless complex functions, it constantly balances two major priorities:</w:t>
      </w:r>
    </w:p>
    <w:p>
      <w:pPr>
        <w:pStyle w:val="ListBullet"/>
      </w:pPr>
      <w:r>
        <w:t>Staying Alive.</w:t>
      </w:r>
    </w:p>
    <w:p>
      <w:pPr>
        <w:pStyle w:val="ListBullet"/>
      </w:pPr>
      <w:r>
        <w:t>Living Well.</w:t>
      </w:r>
    </w:p>
    <w:p>
      <w:pPr>
        <w:pStyle w:val="ListBullet"/>
      </w:pPr>
      <w:r>
        <w:t>These priorities are not always equal.</w:t>
      </w:r>
    </w:p>
    <w:p>
      <w:pPr>
        <w:pStyle w:val="ListBullet"/>
      </w:pPr>
      <w:r>
        <w:t>Whenever the brain detects possible danger, survival immediately becomes more important than comfort.</w:t>
      </w:r>
    </w:p>
    <w:p>
      <w:r>
        <w:t>This means your brain temporarily places less emphasis on:</w:t>
      </w:r>
    </w:p>
    <w:p>
      <w:pPr>
        <w:pStyle w:val="ListBullet"/>
      </w:pPr>
      <w:r>
        <w:t>Creativity.</w:t>
      </w:r>
    </w:p>
    <w:p>
      <w:pPr>
        <w:pStyle w:val="ListBullet"/>
      </w:pPr>
      <w:r>
        <w:t>Long-Term Planning.</w:t>
      </w:r>
    </w:p>
    <w:p>
      <w:pPr>
        <w:pStyle w:val="ListBullet"/>
      </w:pPr>
      <w:r>
        <w:t>Problem Solving.</w:t>
      </w:r>
    </w:p>
    <w:p>
      <w:pPr>
        <w:pStyle w:val="ListBullet"/>
      </w:pPr>
      <w:r>
        <w:t>Emotional Balance.</w:t>
      </w:r>
    </w:p>
    <w:p>
      <w:pPr>
        <w:pStyle w:val="ListBullet"/>
      </w:pPr>
      <w:r>
        <w:t>Deep Learning.</w:t>
      </w:r>
    </w:p>
    <w:p>
      <w:pPr>
        <w:pStyle w:val="ListBullet"/>
      </w:pPr>
      <w:r>
        <w:t>Social Connection.</w:t>
      </w:r>
    </w:p>
    <w:p>
      <w:pPr>
        <w:pStyle w:val="ListBullet"/>
      </w:pPr>
      <w:r>
        <w:t>Rest And Recovery.</w:t>
      </w:r>
    </w:p>
    <w:p>
      <w:r>
        <w:t>Instead, it focuses on helping you survive what it believes is an immediate threat.</w:t>
      </w:r>
    </w:p>
    <w:p>
      <w:r>
        <w:t>This is a remarkable biological system.</w:t>
      </w:r>
    </w:p>
    <w:p>
      <w:r>
        <w:t>Unfortunately, it can become problematic when the brain mistakenly believes that danger never truly ends.</w:t>
      </w:r>
    </w:p>
    <w:p>
      <w:pPr>
        <w:pStyle w:val="Heading3"/>
      </w:pPr>
      <w:r>
        <w:t>The Brain Is Always Scanning</w:t>
      </w:r>
    </w:p>
    <w:p>
      <w:r>
        <w:t>Even while you are reading this page, your brain is collecting information.</w:t>
      </w:r>
    </w:p>
    <w:p>
      <w:r>
        <w:t>It notices:</w:t>
      </w:r>
    </w:p>
    <w:p>
      <w:pPr>
        <w:pStyle w:val="ListBullet"/>
      </w:pPr>
      <w:r>
        <w:t>Sounds Around You.</w:t>
      </w:r>
    </w:p>
    <w:p>
      <w:pPr>
        <w:pStyle w:val="ListBullet"/>
      </w:pPr>
      <w:r>
        <w:t>Facial Expressions.</w:t>
      </w:r>
    </w:p>
    <w:p>
      <w:pPr>
        <w:pStyle w:val="ListBullet"/>
      </w:pPr>
      <w:r>
        <w:t>Body Sensations.</w:t>
      </w:r>
    </w:p>
    <w:p>
      <w:pPr>
        <w:pStyle w:val="ListBullet"/>
      </w:pPr>
      <w:r>
        <w:t>Tone Of Voice.</w:t>
      </w:r>
    </w:p>
    <w:p>
      <w:pPr>
        <w:pStyle w:val="ListBullet"/>
      </w:pPr>
      <w:r>
        <w:t>Changes In Temperature.</w:t>
      </w:r>
    </w:p>
    <w:p>
      <w:pPr>
        <w:pStyle w:val="ListBullet"/>
      </w:pPr>
      <w:r>
        <w:t>Movement.</w:t>
      </w:r>
    </w:p>
    <w:p>
      <w:pPr>
        <w:pStyle w:val="ListBullet"/>
      </w:pPr>
      <w:r>
        <w:t>Past Experiences.</w:t>
      </w:r>
    </w:p>
    <w:p>
      <w:pPr>
        <w:pStyle w:val="ListBullet"/>
      </w:pPr>
      <w:r>
        <w:t>Emotional Memories.</w:t>
      </w:r>
    </w:p>
    <w:p>
      <w:pPr>
        <w:pStyle w:val="ListBullet"/>
      </w:pPr>
      <w:r>
        <w:t>Most of this processing happens automatically.</w:t>
      </w:r>
    </w:p>
    <w:p>
      <w:pPr>
        <w:pStyle w:val="ListBullet"/>
      </w:pPr>
      <w:r>
        <w:t>You are not consciously directing it.</w:t>
      </w:r>
    </w:p>
    <w:p>
      <w:pPr>
        <w:pStyle w:val="ListBullet"/>
      </w:pPr>
      <w:r>
        <w:t>Your nervous system constantly compares present experiences with past experiences.</w:t>
      </w:r>
    </w:p>
    <w:p>
      <w:r>
        <w:t>If something resembles a previous threat, your brain may react before you have time to think logically.</w:t>
      </w:r>
    </w:p>
    <w:p>
      <w:r>
        <w:t>This process occurs in fractions of a second.</w:t>
      </w:r>
    </w:p>
    <w:p>
      <w:pPr>
        <w:pStyle w:val="Heading3"/>
      </w:pPr>
      <w:r>
        <w:t>Safety Is Mostly Automatic</w:t>
      </w:r>
    </w:p>
    <w:p>
      <w:r>
        <w:t>Many people assume safety is something they consciously decide.</w:t>
      </w:r>
    </w:p>
    <w:p>
      <w:r>
        <w:t>In reality, your nervous system determines whether you feel safe long before your conscious mind concludes.</w:t>
      </w:r>
    </w:p>
    <w:p>
      <w:r>
        <w:t>This explains why you may logically know that everything is fine, even as your body still feels anxious.</w:t>
      </w:r>
    </w:p>
    <w:p>
      <w:r>
        <w:t>For example:</w:t>
      </w:r>
    </w:p>
    <w:p>
      <w:pPr>
        <w:pStyle w:val="ListBullet"/>
      </w:pPr>
      <w:r>
        <w:t>You may know your presentation is well prepared.</w:t>
      </w:r>
    </w:p>
    <w:p>
      <w:pPr>
        <w:pStyle w:val="ListBullet"/>
      </w:pPr>
      <w:r>
        <w:t>Your heart still races.</w:t>
      </w:r>
    </w:p>
    <w:p>
      <w:pPr>
        <w:pStyle w:val="ListBullet"/>
      </w:pPr>
      <w:r>
        <w:t>You may trust your physician's reassurance.</w:t>
      </w:r>
    </w:p>
    <w:p>
      <w:pPr>
        <w:pStyle w:val="ListBullet"/>
      </w:pPr>
      <w:r>
        <w:t>Your stomach still feels tense.</w:t>
      </w:r>
    </w:p>
    <w:p>
      <w:pPr>
        <w:pStyle w:val="ListBullet"/>
      </w:pPr>
      <w:r>
        <w:t>You may recognize that a loud sound was only a door closing.</w:t>
      </w:r>
    </w:p>
    <w:p>
      <w:pPr>
        <w:pStyle w:val="ListBullet"/>
      </w:pPr>
      <w:r>
        <w:t>Your shoulders remain tight.</w:t>
      </w:r>
    </w:p>
    <w:p>
      <w:pPr>
        <w:pStyle w:val="ListBullet"/>
      </w:pPr>
      <w:r>
        <w:t>The body often reacts first.</w:t>
      </w:r>
    </w:p>
    <w:p>
      <w:pPr>
        <w:pStyle w:val="ListBullet"/>
      </w:pPr>
      <w:r>
        <w:t>Thinking follows afterward.</w:t>
      </w:r>
    </w:p>
    <w:p>
      <w:pPr>
        <w:pStyle w:val="Heading3"/>
      </w:pPr>
      <w:r>
        <w:t>The Alarm System Was Never Designed For Modern Life</w:t>
      </w:r>
    </w:p>
    <w:p>
      <w:r>
        <w:t>Thousands of years ago, danger usually involved immediate physical threats.</w:t>
      </w:r>
    </w:p>
    <w:p>
      <w:r>
        <w:t>Examples included:</w:t>
      </w:r>
    </w:p>
    <w:p>
      <w:pPr>
        <w:pStyle w:val="ListBullet"/>
      </w:pPr>
      <w:r>
        <w:t>Wild Animals.</w:t>
      </w:r>
    </w:p>
    <w:p>
      <w:pPr>
        <w:pStyle w:val="ListBullet"/>
      </w:pPr>
      <w:r>
        <w:t>Natural Disasters.</w:t>
      </w:r>
    </w:p>
    <w:p>
      <w:pPr>
        <w:pStyle w:val="ListBullet"/>
      </w:pPr>
      <w:r>
        <w:t>Physical Injury.</w:t>
      </w:r>
    </w:p>
    <w:p>
      <w:pPr>
        <w:pStyle w:val="ListBullet"/>
      </w:pPr>
      <w:r>
        <w:t>Food Shortages.</w:t>
      </w:r>
    </w:p>
    <w:p>
      <w:pPr>
        <w:pStyle w:val="ListBullet"/>
      </w:pPr>
      <w:r>
        <w:t>Violent Conflict.</w:t>
      </w:r>
    </w:p>
    <w:p>
      <w:pPr>
        <w:pStyle w:val="ListBullet"/>
      </w:pPr>
      <w:r>
        <w:t>These threats were intense but often temporary.</w:t>
      </w:r>
    </w:p>
    <w:p>
      <w:pPr>
        <w:pStyle w:val="ListBullet"/>
      </w:pPr>
      <w:r>
        <w:t>Once danger ended, the nervous system gradually settled.</w:t>
      </w:r>
    </w:p>
    <w:p>
      <w:pPr>
        <w:pStyle w:val="ListBullet"/>
      </w:pPr>
      <w:r>
        <w:t>Modern life presents a different challenge.</w:t>
      </w:r>
    </w:p>
    <w:p>
      <w:pPr>
        <w:pStyle w:val="ListBullet"/>
      </w:pPr>
      <w:r>
        <w:t>Many threats are psychological rather than physical.</w:t>
      </w:r>
    </w:p>
    <w:p>
      <w:r>
        <w:t>Examples include:</w:t>
      </w:r>
    </w:p>
    <w:p>
      <w:pPr>
        <w:pStyle w:val="ListBullet"/>
      </w:pPr>
      <w:r>
        <w:t>Financial Pressure.</w:t>
      </w:r>
    </w:p>
    <w:p>
      <w:pPr>
        <w:pStyle w:val="ListBullet"/>
      </w:pPr>
      <w:r>
        <w:t>Work Deadlines.</w:t>
      </w:r>
    </w:p>
    <w:p>
      <w:pPr>
        <w:pStyle w:val="ListBullet"/>
      </w:pPr>
      <w:r>
        <w:t>Family Responsibilities.</w:t>
      </w:r>
    </w:p>
    <w:p>
      <w:pPr>
        <w:pStyle w:val="ListBullet"/>
      </w:pPr>
      <w:r>
        <w:t>Social Expectations.</w:t>
      </w:r>
    </w:p>
    <w:p>
      <w:pPr>
        <w:pStyle w:val="ListBullet"/>
      </w:pPr>
      <w:r>
        <w:t>Relationship Conflict.</w:t>
      </w:r>
    </w:p>
    <w:p>
      <w:pPr>
        <w:pStyle w:val="ListBullet"/>
      </w:pPr>
      <w:r>
        <w:t>Chronic Illness.</w:t>
      </w:r>
    </w:p>
    <w:p>
      <w:pPr>
        <w:pStyle w:val="ListBullet"/>
      </w:pPr>
      <w:r>
        <w:t>Constant Digital Notifications.</w:t>
      </w:r>
    </w:p>
    <w:p>
      <w:pPr>
        <w:pStyle w:val="ListBullet"/>
      </w:pPr>
      <w:r>
        <w:t>Information Overload.</w:t>
      </w:r>
    </w:p>
    <w:p>
      <w:r>
        <w:t>Although these experiences rarely require physical escape, the nervous system often responds as though they do.</w:t>
      </w:r>
    </w:p>
    <w:p>
      <w:pPr>
        <w:pStyle w:val="Heading3"/>
      </w:pPr>
      <w:r>
        <w:t>The Survival Brain Acts Faster Than Logic</w:t>
      </w:r>
    </w:p>
    <w:p>
      <w:r>
        <w:t>Imagine receiving an unexpected email from your supervisor asking to meet immediately.</w:t>
      </w:r>
    </w:p>
    <w:p>
      <w:r>
        <w:t>Within seconds, your mind may begin generating thoughts like:</w:t>
      </w:r>
    </w:p>
    <w:p>
      <w:pPr>
        <w:pStyle w:val="ListBullet"/>
      </w:pPr>
      <w:r>
        <w:t>"Did I Do Something Wrong?"</w:t>
      </w:r>
    </w:p>
    <w:p>
      <w:pPr>
        <w:pStyle w:val="ListBullet"/>
      </w:pPr>
      <w:r>
        <w:t>"Am I In Trouble?"</w:t>
      </w:r>
    </w:p>
    <w:p>
      <w:pPr>
        <w:pStyle w:val="ListBullet"/>
      </w:pPr>
      <w:r>
        <w:t>"What If I Lose My Job?"</w:t>
      </w:r>
    </w:p>
    <w:p>
      <w:pPr>
        <w:pStyle w:val="ListBullet"/>
      </w:pPr>
      <w:r>
        <w:t>Your heart rate increases.</w:t>
      </w:r>
    </w:p>
    <w:p>
      <w:pPr>
        <w:pStyle w:val="ListBullet"/>
      </w:pPr>
      <w:r>
        <w:t>Your breathing becomes shallow.</w:t>
      </w:r>
    </w:p>
    <w:p>
      <w:pPr>
        <w:pStyle w:val="ListBullet"/>
      </w:pPr>
      <w:r>
        <w:t>Your muscles tighten.</w:t>
      </w:r>
    </w:p>
    <w:p>
      <w:pPr>
        <w:pStyle w:val="ListBullet"/>
      </w:pPr>
      <w:r>
        <w:t>Only later might you discover the meeting was simply about an upcoming project.</w:t>
      </w:r>
    </w:p>
    <w:p>
      <w:pPr>
        <w:pStyle w:val="ListBullet"/>
      </w:pPr>
      <w:r>
        <w:t>The body's alarm system activated long before facts became available.</w:t>
      </w:r>
    </w:p>
    <w:p>
      <w:r>
        <w:t>This illustrates one of the brain's most important characteristics:</w:t>
      </w:r>
    </w:p>
    <w:p>
      <w:pPr>
        <w:pStyle w:val="ListBullet"/>
      </w:pPr>
      <w:r>
        <w:t>It would rather create a false alarm than overlook a real threat.</w:t>
      </w:r>
    </w:p>
    <w:p>
      <w:pPr>
        <w:pStyle w:val="ListBullet"/>
      </w:pPr>
      <w:r>
        <w:t>From an evolutionary perspective, false alarms were safer than missed dangers.</w:t>
      </w:r>
    </w:p>
    <w:p>
      <w:pPr>
        <w:pStyle w:val="Heading3"/>
      </w:pPr>
      <w:r>
        <w:t>Why Logic Sometimes Disappears</w:t>
      </w:r>
    </w:p>
    <w:p>
      <w:r>
        <w:t>Have you ever walked into a room and forgotten why?</w:t>
      </w:r>
    </w:p>
    <w:p>
      <w:r>
        <w:t>Lost your train of thought during stress?</w:t>
      </w:r>
    </w:p>
    <w:p>
      <w:r>
        <w:t>Forgotten someone's name during an important conversation?</w:t>
      </w:r>
    </w:p>
    <w:p>
      <w:r>
        <w:t>These experiences are common during nervous system activation.</w:t>
      </w:r>
    </w:p>
    <w:p>
      <w:r>
        <w:t>When survival becomes the priority, the brain temporarily redirects energy away from higher-level thinking.</w:t>
      </w:r>
    </w:p>
    <w:p>
      <w:r>
        <w:t>This can make it more difficult to:</w:t>
      </w:r>
    </w:p>
    <w:p>
      <w:pPr>
        <w:pStyle w:val="ListBullet"/>
      </w:pPr>
      <w:r>
        <w:t>Remember Information.</w:t>
      </w:r>
    </w:p>
    <w:p>
      <w:pPr>
        <w:pStyle w:val="ListBullet"/>
      </w:pPr>
      <w:r>
        <w:t>Solve Problems.</w:t>
      </w:r>
    </w:p>
    <w:p>
      <w:pPr>
        <w:pStyle w:val="ListBullet"/>
      </w:pPr>
      <w:r>
        <w:t>Organize Thoughts.</w:t>
      </w:r>
    </w:p>
    <w:p>
      <w:pPr>
        <w:pStyle w:val="ListBullet"/>
      </w:pPr>
      <w:r>
        <w:t>Learn New Material.</w:t>
      </w:r>
    </w:p>
    <w:p>
      <w:pPr>
        <w:pStyle w:val="ListBullet"/>
      </w:pPr>
      <w:r>
        <w:t>Make Complex Decisions.</w:t>
      </w:r>
    </w:p>
    <w:p>
      <w:pPr>
        <w:pStyle w:val="ListBullet"/>
      </w:pPr>
      <w:r>
        <w:t>Regulate Emotions.</w:t>
      </w:r>
    </w:p>
    <w:p>
      <w:pPr>
        <w:pStyle w:val="ListBullet"/>
      </w:pPr>
      <w:r>
        <w:t>Your intelligence has not disappeared.</w:t>
      </w:r>
    </w:p>
    <w:p>
      <w:pPr>
        <w:pStyle w:val="ListBullet"/>
      </w:pPr>
      <w:r>
        <w:t>Your brain has simply shifted resources toward protection.</w:t>
      </w:r>
    </w:p>
    <w:p>
      <w:pPr>
        <w:pStyle w:val="Heading3"/>
      </w:pPr>
      <w:r>
        <w:rPr>
          <w:b/>
        </w:rPr>
        <w:t>RN Insight</w:t>
      </w:r>
    </w:p>
    <w:p>
      <w:pPr>
        <w:pStyle w:val="Quote"/>
      </w:pPr>
      <w:r>
        <w:rPr>
          <w:i/>
        </w:rPr>
        <w:t>In busy hospital settings, frightened patients often have difficulty remembering even simple instructions. We may carefully explain a treatment plan, only to realize later that very little was retained. This is not because patients are unwilling to learn. Fear changes how the brain processes information. Once pain is controlled, questions are answered, and the environment feels calmer, people are often able to think more clearly and participate more confidently in their care. The same principle applies outside the hospital. When your nervous system feels safe, your ability to focus, learn, and make decisions naturally improves.</w:t>
      </w:r>
    </w:p>
    <w:p>
      <w:pPr>
        <w:pStyle w:val="Heading3"/>
      </w:pPr>
      <w:r>
        <w:t>The Brain Learns Through Experience</w:t>
      </w:r>
    </w:p>
    <w:p>
      <w:r>
        <w:t>One stressful event rarely changes the nervous system permanently.</w:t>
      </w:r>
    </w:p>
    <w:p>
      <w:r>
        <w:t>Repeated experiences often do.</w:t>
      </w:r>
    </w:p>
    <w:p>
      <w:r>
        <w:t>Every stressful situation teaches your brain something.</w:t>
      </w:r>
    </w:p>
    <w:p>
      <w:r>
        <w:t>If stress is followed by recovery, the nervous system learns:</w:t>
      </w:r>
    </w:p>
    <w:p>
      <w:pPr>
        <w:pStyle w:val="Heading3"/>
      </w:pPr>
      <w:r>
        <w:t>"The Threat Is Over."</w:t>
      </w:r>
    </w:p>
    <w:p>
      <w:r>
        <w:t>If stress continues without recovery, the nervous system may learn:</w:t>
      </w:r>
    </w:p>
    <w:p>
      <w:pPr>
        <w:pStyle w:val="Heading3"/>
      </w:pPr>
      <w:r>
        <w:t>"The Threat Never Ends."</w:t>
      </w:r>
    </w:p>
    <w:p>
      <w:r>
        <w:t>Over time, the brain begins expecting danger.</w:t>
      </w:r>
    </w:p>
    <w:p>
      <w:r>
        <w:t>This expectation influences:</w:t>
      </w:r>
    </w:p>
    <w:p>
      <w:pPr>
        <w:pStyle w:val="ListBullet"/>
      </w:pPr>
      <w:r>
        <w:t>Thoughts.</w:t>
      </w:r>
    </w:p>
    <w:p>
      <w:pPr>
        <w:pStyle w:val="ListBullet"/>
      </w:pPr>
      <w:r>
        <w:t>Emotions.</w:t>
      </w:r>
    </w:p>
    <w:p>
      <w:pPr>
        <w:pStyle w:val="ListBullet"/>
      </w:pPr>
      <w:r>
        <w:t>Behaviors.</w:t>
      </w:r>
    </w:p>
    <w:p>
      <w:pPr>
        <w:pStyle w:val="ListBullet"/>
      </w:pPr>
      <w:r>
        <w:t>Physical Symptoms.</w:t>
      </w:r>
    </w:p>
    <w:p>
      <w:pPr>
        <w:pStyle w:val="ListBullet"/>
      </w:pPr>
      <w:r>
        <w:t>Eventually, the alarm system becomes easier to activate.</w:t>
      </w:r>
    </w:p>
    <w:p>
      <w:pPr>
        <w:pStyle w:val="Heading3"/>
      </w:pPr>
      <w:r>
        <w:t>Hypervigilance Becomes The New Normal</w:t>
      </w:r>
    </w:p>
    <w:p>
      <w:r>
        <w:t>Hypervigilance means constantly scanning for potential problems.</w:t>
      </w:r>
    </w:p>
    <w:p>
      <w:r>
        <w:t>It often develops gradually.</w:t>
      </w:r>
    </w:p>
    <w:p>
      <w:r>
        <w:t>Many people do not realize it has happened until they notice symptoms such as:</w:t>
      </w:r>
    </w:p>
    <w:p>
      <w:pPr>
        <w:pStyle w:val="ListBullet"/>
      </w:pPr>
      <w:r>
        <w:t>Feeling Unable To Relax.</w:t>
      </w:r>
    </w:p>
    <w:p>
      <w:pPr>
        <w:pStyle w:val="ListBullet"/>
      </w:pPr>
      <w:r>
        <w:t>Frequently Checking Their Phone.</w:t>
      </w:r>
    </w:p>
    <w:p>
      <w:pPr>
        <w:pStyle w:val="ListBullet"/>
      </w:pPr>
      <w:r>
        <w:t>Always Planning For Worst-Case Scenarios.</w:t>
      </w:r>
    </w:p>
    <w:p>
      <w:pPr>
        <w:pStyle w:val="ListBullet"/>
      </w:pPr>
      <w:r>
        <w:t>Being Easily Startled.</w:t>
      </w:r>
    </w:p>
    <w:p>
      <w:pPr>
        <w:pStyle w:val="ListBullet"/>
      </w:pPr>
      <w:r>
        <w:t>Constantly Monitoring Other People's Moods.</w:t>
      </w:r>
    </w:p>
    <w:p>
      <w:pPr>
        <w:pStyle w:val="ListBullet"/>
      </w:pPr>
      <w:r>
        <w:t>Feeling Restless During Quiet Moments.</w:t>
      </w:r>
    </w:p>
    <w:p>
      <w:pPr>
        <w:pStyle w:val="ListBullet"/>
      </w:pPr>
      <w:r>
        <w:t>Difficulty Enjoying Vacations.</w:t>
      </w:r>
    </w:p>
    <w:p>
      <w:pPr>
        <w:pStyle w:val="ListBullet"/>
      </w:pPr>
      <w:r>
        <w:t>Trouble Sitting Still.</w:t>
      </w:r>
    </w:p>
    <w:p>
      <w:pPr>
        <w:pStyle w:val="ListBullet"/>
      </w:pPr>
      <w:r>
        <w:t>The nervous system has learned that remaining alert feels safer than relaxing.</w:t>
      </w:r>
    </w:p>
    <w:p>
      <w:pPr>
        <w:pStyle w:val="ListBullet"/>
      </w:pPr>
      <w:r>
        <w:t>Unfortunately, maintaining this level of vigilance consumes enormous amounts of physical and emotional energy.</w:t>
      </w:r>
    </w:p>
    <w:p>
      <w:pPr>
        <w:pStyle w:val="Heading3"/>
      </w:pPr>
      <w:r>
        <w:t>Emotional Reactions Become Stronger</w:t>
      </w:r>
    </w:p>
    <w:p>
      <w:r>
        <w:t>When the survival brain takes control, emotions often become more intense.</w:t>
      </w:r>
    </w:p>
    <w:p>
      <w:r>
        <w:t>Small frustrations may produce large reactions.</w:t>
      </w:r>
    </w:p>
    <w:p>
      <w:r>
        <w:t>Minor inconveniences may feel overwhelming.</w:t>
      </w:r>
    </w:p>
    <w:p>
      <w:r>
        <w:t>This does not mean you are overreacting intentionally.</w:t>
      </w:r>
    </w:p>
    <w:p>
      <w:r>
        <w:t>It often means your nervous system is already carrying a heavy physiological load.</w:t>
      </w:r>
    </w:p>
    <w:p>
      <w:r>
        <w:t>Imagine carrying a backpack filled with bricks.</w:t>
      </w:r>
    </w:p>
    <w:p>
      <w:r>
        <w:t>Adding one more brick may feel unbearable.</w:t>
      </w:r>
    </w:p>
    <w:p>
      <w:r>
        <w:t>Similarly, a nervous system under chronic stress has less capacity to manage additional challenges.</w:t>
      </w:r>
    </w:p>
    <w:p>
      <w:pPr>
        <w:pStyle w:val="Heading3"/>
      </w:pPr>
      <w:r>
        <w:t>Why Rest Can Feel Uncomfortable</w:t>
      </w:r>
    </w:p>
    <w:p>
      <w:r>
        <w:t>One surprising experience many people report is that slowing down actually increases anxiety.</w:t>
      </w:r>
    </w:p>
    <w:p>
      <w:r>
        <w:t>This seems confusing.</w:t>
      </w:r>
    </w:p>
    <w:p>
      <w:r>
        <w:t>Shouldn't relaxation feel good?</w:t>
      </w:r>
    </w:p>
    <w:p>
      <w:r>
        <w:t>Not always.</w:t>
      </w:r>
    </w:p>
    <w:p>
      <w:r>
        <w:t>If your nervous system has spent months or years associating activity with safety, quietness may initially feel unfamiliar.</w:t>
      </w:r>
    </w:p>
    <w:p>
      <w:r>
        <w:t>When external distractions disappear, your brain suddenly notices:</w:t>
      </w:r>
    </w:p>
    <w:p>
      <w:pPr>
        <w:pStyle w:val="ListBullet"/>
      </w:pPr>
      <w:r>
        <w:t>Physical Tension.</w:t>
      </w:r>
    </w:p>
    <w:p>
      <w:pPr>
        <w:pStyle w:val="ListBullet"/>
      </w:pPr>
      <w:r>
        <w:t>Fatigue.</w:t>
      </w:r>
    </w:p>
    <w:p>
      <w:pPr>
        <w:pStyle w:val="ListBullet"/>
      </w:pPr>
      <w:r>
        <w:t>Unfinished Emotions.</w:t>
      </w:r>
    </w:p>
    <w:p>
      <w:pPr>
        <w:pStyle w:val="ListBullet"/>
      </w:pPr>
      <w:r>
        <w:t>Worries.</w:t>
      </w:r>
    </w:p>
    <w:p>
      <w:pPr>
        <w:pStyle w:val="ListBullet"/>
      </w:pPr>
      <w:r>
        <w:t>Racing Thoughts.</w:t>
      </w:r>
    </w:p>
    <w:p>
      <w:pPr>
        <w:pStyle w:val="ListBullet"/>
      </w:pPr>
      <w:r>
        <w:t>Many people mistakenly believe relaxation is not working.</w:t>
      </w:r>
    </w:p>
    <w:p>
      <w:pPr>
        <w:pStyle w:val="ListBullet"/>
      </w:pPr>
      <w:r>
        <w:t>In reality, they are becoming aware of what was already present beneath constant busyness.</w:t>
      </w:r>
    </w:p>
    <w:p>
      <w:pPr>
        <w:pStyle w:val="ListBullet"/>
      </w:pPr>
      <w:r>
        <w:t>Learning to tolerate calm takes practice.</w:t>
      </w:r>
    </w:p>
    <w:p>
      <w:pPr>
        <w:pStyle w:val="Heading3"/>
      </w:pPr>
      <w:r>
        <w:t>Chronic Stress Changes Expectations</w:t>
      </w:r>
    </w:p>
    <w:p>
      <w:r>
        <w:t>One of the most important shifts that occurs during prolonged stress is that the brain begins expecting problems before they happen.</w:t>
      </w:r>
    </w:p>
    <w:p>
      <w:r>
        <w:t>You may notice yourself thinking:</w:t>
      </w:r>
    </w:p>
    <w:p>
      <w:pPr>
        <w:pStyle w:val="ListBullet"/>
      </w:pPr>
      <w:r>
        <w:t>"Something Must Be Wrong."</w:t>
      </w:r>
    </w:p>
    <w:p>
      <w:pPr>
        <w:pStyle w:val="ListBullet"/>
      </w:pPr>
      <w:r>
        <w:t>"This Is Too Good To Last."</w:t>
      </w:r>
    </w:p>
    <w:p>
      <w:pPr>
        <w:pStyle w:val="ListBullet"/>
      </w:pPr>
      <w:r>
        <w:t>"I Need To Stay Prepared."</w:t>
      </w:r>
    </w:p>
    <w:p>
      <w:pPr>
        <w:pStyle w:val="ListBullet"/>
      </w:pPr>
      <w:r>
        <w:t>"I Cannot Let My Guard Down."</w:t>
      </w:r>
    </w:p>
    <w:p>
      <w:pPr>
        <w:pStyle w:val="ListBullet"/>
      </w:pPr>
      <w:r>
        <w:t>Even positive experiences may feel temporary.</w:t>
      </w:r>
    </w:p>
    <w:p>
      <w:pPr>
        <w:pStyle w:val="ListBullet"/>
      </w:pPr>
      <w:r>
        <w:t>This mindset is not a personality flaw.</w:t>
      </w:r>
    </w:p>
    <w:p>
      <w:r>
        <w:t>It is often the result of a nervous system that has spent too much time in survival mode.</w:t>
      </w:r>
    </w:p>
    <w:p>
      <w:pPr>
        <w:pStyle w:val="Heading3"/>
      </w:pPr>
      <w:r>
        <w:rPr>
          <w:b/>
        </w:rPr>
        <w:t>Bedside Example</w:t>
      </w:r>
    </w:p>
    <w:p>
      <w:pPr>
        <w:pStyle w:val="Quote"/>
      </w:pPr>
      <w:r>
        <w:rPr>
          <w:i/>
        </w:rPr>
        <w:t>A patient recovering from a serious illness told me something that stayed with me.</w:t>
      </w:r>
    </w:p>
    <w:p>
      <w:pPr>
        <w:pStyle w:val="Quote"/>
      </w:pPr>
      <w:r>
        <w:rPr>
          <w:i/>
        </w:rPr>
        <w:t>She said,</w:t>
      </w:r>
    </w:p>
    <w:p>
      <w:pPr>
        <w:pStyle w:val="Quote"/>
      </w:pPr>
      <w:r>
        <w:rPr>
          <w:i/>
        </w:rPr>
        <w:t>"Even Though My Doctors Keep Telling Me I'm Improving, I Still Wake Up Every Morning Waiting For Something Bad To Happen."</w:t>
      </w:r>
    </w:p>
    <w:p>
      <w:pPr>
        <w:pStyle w:val="Quote"/>
      </w:pPr>
      <w:r>
        <w:rPr>
          <w:i/>
        </w:rPr>
        <w:t>Her medical condition was gradually improving, but her nervous system had not yet caught up. After weeks of uncertainty, tests, and hospital stays, her brain had become highly sensitive to anything that might signal danger. It took time, reassurance, and repeated experiences of stability before she began to feel safe again.</w:t>
      </w:r>
    </w:p>
    <w:p>
      <w:pPr>
        <w:pStyle w:val="Quote"/>
      </w:pPr>
      <w:r>
        <w:rPr>
          <w:i/>
        </w:rPr>
        <w:t>This is an important reminder that recovery is not only physical. The nervous system often needs time to relearn safety after prolonged periods of stress.</w:t>
      </w:r>
    </w:p>
    <w:p>
      <w:pPr>
        <w:pStyle w:val="Heading3"/>
      </w:pPr>
      <w:r>
        <w:t>The Good News: The Brain Can Learn Safety Too</w:t>
      </w:r>
    </w:p>
    <w:p>
      <w:r>
        <w:t>The same brain that learns danger can also learn safety.</w:t>
      </w:r>
    </w:p>
    <w:p>
      <w:r>
        <w:t>Just as repeated stress strengthens survival pathways, repeated calming experiences strengthen regulation pathways.</w:t>
      </w:r>
    </w:p>
    <w:p>
      <w:r>
        <w:t>Every time you:</w:t>
      </w:r>
    </w:p>
    <w:p>
      <w:pPr>
        <w:pStyle w:val="ListBullet"/>
      </w:pPr>
      <w:r>
        <w:t>Practice Slow Breathing.</w:t>
      </w:r>
    </w:p>
    <w:p>
      <w:pPr>
        <w:pStyle w:val="ListBullet"/>
      </w:pPr>
      <w:r>
        <w:t>Take A Mindful Walk.</w:t>
      </w:r>
    </w:p>
    <w:p>
      <w:pPr>
        <w:pStyle w:val="ListBullet"/>
      </w:pPr>
      <w:r>
        <w:t>Sleep Well.</w:t>
      </w:r>
    </w:p>
    <w:p>
      <w:pPr>
        <w:pStyle w:val="ListBullet"/>
      </w:pPr>
      <w:r>
        <w:t>Connect With A Trusted Friend.</w:t>
      </w:r>
    </w:p>
    <w:p>
      <w:pPr>
        <w:pStyle w:val="ListBullet"/>
      </w:pPr>
      <w:r>
        <w:t>Spend Time In Nature.</w:t>
      </w:r>
    </w:p>
    <w:p>
      <w:pPr>
        <w:pStyle w:val="ListBullet"/>
      </w:pPr>
      <w:r>
        <w:t>Set Healthy Boundaries.</w:t>
      </w:r>
    </w:p>
    <w:p>
      <w:pPr>
        <w:pStyle w:val="ListBullet"/>
      </w:pPr>
      <w:r>
        <w:t>Recover After Stress.</w:t>
      </w:r>
    </w:p>
    <w:p>
      <w:pPr>
        <w:pStyle w:val="ListBullet"/>
      </w:pPr>
      <w:r>
        <w:t>Your nervous system gathers new evidence.</w:t>
      </w:r>
    </w:p>
    <w:p>
      <w:r>
        <w:t>It slowly begins learning:</w:t>
      </w:r>
    </w:p>
    <w:p>
      <w:pPr>
        <w:pStyle w:val="Heading3"/>
      </w:pPr>
      <w:r>
        <w:t>"Not Every Situation Requires Protection."</w:t>
      </w:r>
    </w:p>
    <w:p>
      <w:r>
        <w:t>This process takes patience.</w:t>
      </w:r>
    </w:p>
    <w:p>
      <w:r>
        <w:t>The brain changes through repetition rather than a dramatic overnight transformation.</w:t>
      </w:r>
    </w:p>
    <w:p>
      <w:pPr>
        <w:pStyle w:val="Heading3"/>
      </w:pPr>
      <w:r>
        <w:t>Healing Happens Through Repeated Safety</w:t>
      </w:r>
    </w:p>
    <w:p>
      <w:r>
        <w:t>Many people search for one technique that will permanently eliminate stress.</w:t>
      </w:r>
    </w:p>
    <w:p>
      <w:r>
        <w:t>Unfortunately, nervous system healing rarely works that way.</w:t>
      </w:r>
    </w:p>
    <w:p>
      <w:r>
        <w:t>Instead, recovery develops through hundreds of small experiences that consistently communicate safety.</w:t>
      </w:r>
    </w:p>
    <w:p>
      <w:r>
        <w:t>Small moments accumulate.</w:t>
      </w:r>
    </w:p>
    <w:p>
      <w:r>
        <w:t>Calm breathing.</w:t>
      </w:r>
    </w:p>
    <w:p>
      <w:r>
        <w:t>Supportive conversations.</w:t>
      </w:r>
    </w:p>
    <w:p>
      <w:r>
        <w:t>Regular movement.</w:t>
      </w:r>
    </w:p>
    <w:p>
      <w:r>
        <w:t>Predictable routines.</w:t>
      </w:r>
    </w:p>
    <w:p>
      <w:r>
        <w:t>Healthy sleep.</w:t>
      </w:r>
    </w:p>
    <w:p>
      <w:r>
        <w:t>Nutritious meals.</w:t>
      </w:r>
    </w:p>
    <w:p>
      <w:r>
        <w:t>Quiet reflection.</w:t>
      </w:r>
    </w:p>
    <w:p>
      <w:r>
        <w:t>Over time, these repeated experiences become powerful teachers.</w:t>
      </w:r>
    </w:p>
    <w:p>
      <w:r>
        <w:t>Your nervous system gradually begins trusting that it no longer needs to remain on constant alert.</w:t>
      </w:r>
    </w:p>
    <w:p>
      <w:pPr>
        <w:pStyle w:val="Heading3"/>
      </w:pPr>
      <w:r>
        <w:t>Key Takeaways</w:t>
      </w:r>
    </w:p>
    <w:p>
      <w:pPr>
        <w:pStyle w:val="ListBullet"/>
      </w:pPr>
      <w:r>
        <w:t>The Brain Prioritizes Survival Before Comfort, Productivity, Or Happiness.</w:t>
      </w:r>
    </w:p>
    <w:p>
      <w:pPr>
        <w:pStyle w:val="ListBullet"/>
      </w:pPr>
      <w:r>
        <w:t>Much Of The Brain's Threat Detection Happens Automatically And Outside Conscious Awareness.</w:t>
      </w:r>
    </w:p>
    <w:p>
      <w:pPr>
        <w:pStyle w:val="ListBullet"/>
      </w:pPr>
      <w:r>
        <w:t>Chronic Stress Can Keep The Brain's Alarm System Activated Even When Immediate Danger Is Absent.</w:t>
      </w:r>
    </w:p>
    <w:p>
      <w:pPr>
        <w:pStyle w:val="ListBullet"/>
      </w:pPr>
      <w:r>
        <w:t>Survival Mode Reduces The Brain's Ability To Think Clearly, Remember Information, And Regulate Emotions.</w:t>
      </w:r>
    </w:p>
    <w:p>
      <w:pPr>
        <w:pStyle w:val="ListBullet"/>
      </w:pPr>
      <w:r>
        <w:t>Hypervigilance Is A Learned Protective Pattern That Can Become Exhausting Over Time.</w:t>
      </w:r>
    </w:p>
    <w:p>
      <w:pPr>
        <w:pStyle w:val="ListBullet"/>
      </w:pPr>
      <w:r>
        <w:t>The Same Nervous System That Learns Danger Can Also Learn Safety Through Consistent Recovery Experiences.</w:t>
      </w:r>
    </w:p>
    <w:p>
      <w:pPr>
        <w:pStyle w:val="ListBullet"/>
      </w:pPr>
      <w:r>
        <w:t>Healing Is Built Through Repeated Signals Of Safety Rather Than A Single Perfect Solution.</w:t>
      </w:r>
    </w:p>
    <w:p>
      <w:pPr>
        <w:pStyle w:val="Heading3"/>
      </w:pPr>
      <w:r>
        <w:t>Chapter Reflection</w:t>
      </w:r>
    </w:p>
    <w:p>
      <w:r>
        <w:t>Before Continuing, Take A Few Moments To Reflect.</w:t>
      </w:r>
    </w:p>
    <w:p>
      <w:pPr>
        <w:pStyle w:val="ListBullet"/>
      </w:pPr>
      <w:r>
        <w:t>What Situations Trigger My Brain's Alarm System Most Quickly?</w:t>
      </w:r>
    </w:p>
    <w:p>
      <w:pPr>
        <w:pStyle w:val="ListBullet"/>
      </w:pPr>
      <w:r>
        <w:t>Do I Tend To Expect Problems Even During Calm Periods?</w:t>
      </w:r>
    </w:p>
    <w:p>
      <w:pPr>
        <w:pStyle w:val="ListBullet"/>
      </w:pPr>
      <w:r>
        <w:t>How Does My Thinking Change When I Feel Stressed?</w:t>
      </w:r>
    </w:p>
    <w:p>
      <w:pPr>
        <w:pStyle w:val="ListBullet"/>
      </w:pPr>
      <w:r>
        <w:t>When Do I Feel Most Able To Think Clearly And Make Good Decisions?</w:t>
      </w:r>
    </w:p>
    <w:p>
      <w:pPr>
        <w:pStyle w:val="ListBullet"/>
      </w:pPr>
      <w:r>
        <w:t>What Small Daily Experiences Help My Nervous System Recognize That I Am Safe?</w:t>
      </w:r>
    </w:p>
    <w:p>
      <w:r>
        <w:t>In the next chapter, we will explore the four primary survival responses—</w:t>
      </w:r>
      <w:r>
        <w:rPr>
          <w:b/>
        </w:rPr>
        <w:t>Fight, Flight, Freeze, and Fawn</w:t>
      </w:r>
      <w:r>
        <w:t>—and learn how each develops, why each exists, and how recognizing your dominant pattern can be a powerful step toward lasting nervous system regulation.</w:t>
      </w:r>
    </w:p>
    <w:p>
      <w:r>
        <w:br w:type="page"/>
      </w:r>
    </w:p>
    <w:p>
      <w:pPr>
        <w:pStyle w:val="Heading1"/>
        <w:jc w:val="center"/>
      </w:pPr>
      <w:r>
        <w:t>Chapter 3: Fight, Flight, Freeze, And Fawn</w:t>
      </w:r>
    </w:p>
    <w:p>
      <w:pPr>
        <w:pStyle w:val="Quote"/>
      </w:pPr>
      <w:r>
        <w:rPr>
          <w:i/>
        </w:rPr>
        <w:t>"Your Survival Response Is Not A Personality Trait. It Is Your Nervous System's Best Attempt To Keep You Safe."</w:t>
      </w:r>
    </w:p>
    <w:p>
      <w:pPr>
        <w:pStyle w:val="Heading3"/>
      </w:pPr>
      <w:r>
        <w:t>Chapter Overview</w:t>
      </w:r>
    </w:p>
    <w:p>
      <w:r>
        <w:t>Have you ever wondered why two people can experience the same stressful situation but react in completely different ways?</w:t>
      </w:r>
    </w:p>
    <w:p>
      <w:r>
        <w:t>One person becomes angry.</w:t>
      </w:r>
    </w:p>
    <w:p>
      <w:r>
        <w:t>Another becomes anxious.</w:t>
      </w:r>
    </w:p>
    <w:p>
      <w:r>
        <w:t>Someone else shuts down completely.</w:t>
      </w:r>
    </w:p>
    <w:p>
      <w:r>
        <w:t>Another immediately tries to keep everyone happy.</w:t>
      </w:r>
    </w:p>
    <w:p>
      <w:r>
        <w:t>These reactions are not random.</w:t>
      </w:r>
    </w:p>
    <w:p>
      <w:r>
        <w:t>They are examples of the nervous system's built-in survival responses.</w:t>
      </w:r>
    </w:p>
    <w:p>
      <w:r>
        <w:t xml:space="preserve">Most people have heard of the </w:t>
      </w:r>
      <w:r>
        <w:rPr>
          <w:b/>
        </w:rPr>
        <w:t>fight-or-flight response</w:t>
      </w:r>
      <w:r>
        <w:t xml:space="preserve">, but modern neuroscience recognizes that the nervous system has several protective strategies. Along with </w:t>
      </w:r>
      <w:r>
        <w:rPr>
          <w:b/>
        </w:rPr>
        <w:t>fight-</w:t>
      </w:r>
      <w:r>
        <w:t>or-</w:t>
      </w:r>
      <w:r>
        <w:rPr>
          <w:b/>
        </w:rPr>
        <w:t>flight</w:t>
      </w:r>
      <w:r>
        <w:t xml:space="preserve">, many experts also describe </w:t>
      </w:r>
      <w:r>
        <w:rPr>
          <w:b/>
        </w:rPr>
        <w:t>freeze</w:t>
      </w:r>
      <w:r>
        <w:t xml:space="preserve"> as a common adaptive response to perceived threat.</w:t>
      </w:r>
    </w:p>
    <w:p>
      <w:r>
        <w:t>Each response exists for one purpose:</w:t>
      </w:r>
    </w:p>
    <w:p>
      <w:pPr>
        <w:pStyle w:val="ListBullet"/>
      </w:pPr>
      <w:r>
        <w:rPr>
          <w:b/>
        </w:rPr>
        <w:t>Protection.</w:t>
      </w:r>
    </w:p>
    <w:p>
      <w:pPr>
        <w:pStyle w:val="ListBullet"/>
      </w:pPr>
      <w:r>
        <w:t>None of these responses is a sign of weakness.</w:t>
      </w:r>
    </w:p>
    <w:p>
      <w:pPr>
        <w:pStyle w:val="ListBullet"/>
      </w:pPr>
      <w:r>
        <w:t>None means something is wrong with you.</w:t>
      </w:r>
    </w:p>
    <w:p>
      <w:r>
        <w:t>Each developed because at some point your nervous system learned that increasing it increased the likelihood of staying safe.</w:t>
      </w:r>
    </w:p>
    <w:p>
      <w:r>
        <w:t>The challenge begins when these protective patterns continue long after the original danger has passed.</w:t>
      </w:r>
    </w:p>
    <w:p>
      <w:pPr>
        <w:pStyle w:val="Heading3"/>
      </w:pPr>
      <w:r>
        <w:t>Why The Nervous System Chooses Different Responses</w:t>
      </w:r>
    </w:p>
    <w:p>
      <w:r>
        <w:t>Your nervous system constantly evaluates one important question:</w:t>
      </w:r>
    </w:p>
    <w:p>
      <w:r>
        <w:rPr>
          <w:b/>
        </w:rPr>
        <w:t>"What Gives Me The Best Chance Of Staying Safe?"</w:t>
      </w:r>
    </w:p>
    <w:p>
      <w:r>
        <w:t>The answer depends on many factors, including:</w:t>
      </w:r>
    </w:p>
    <w:p>
      <w:pPr>
        <w:pStyle w:val="ListBullet"/>
      </w:pPr>
      <w:r>
        <w:t>Your Past Experiences.</w:t>
      </w:r>
    </w:p>
    <w:p>
      <w:pPr>
        <w:pStyle w:val="ListBullet"/>
      </w:pPr>
      <w:r>
        <w:t>Your Environment.</w:t>
      </w:r>
    </w:p>
    <w:p>
      <w:pPr>
        <w:pStyle w:val="ListBullet"/>
      </w:pPr>
      <w:r>
        <w:t>Your Personality.</w:t>
      </w:r>
    </w:p>
    <w:p>
      <w:pPr>
        <w:pStyle w:val="ListBullet"/>
      </w:pPr>
      <w:r>
        <w:t>Your Relationships.</w:t>
      </w:r>
    </w:p>
    <w:p>
      <w:pPr>
        <w:pStyle w:val="ListBullet"/>
      </w:pPr>
      <w:r>
        <w:t>Your Physical Condition.</w:t>
      </w:r>
    </w:p>
    <w:p>
      <w:pPr>
        <w:pStyle w:val="ListBullet"/>
      </w:pPr>
      <w:r>
        <w:t>The Type Of Stress You Are Facing.</w:t>
      </w:r>
    </w:p>
    <w:p>
      <w:pPr>
        <w:pStyle w:val="ListBullet"/>
      </w:pPr>
      <w:r>
        <w:t>Because every person has different life experiences, no two nervous systems respond the same way.</w:t>
      </w:r>
    </w:p>
    <w:p>
      <w:pPr>
        <w:pStyle w:val="ListBullet"/>
      </w:pPr>
      <w:r>
        <w:t>The response that once protected you may still be influencing your behavior years later.</w:t>
      </w:r>
    </w:p>
    <w:p>
      <w:pPr>
        <w:pStyle w:val="Heading3"/>
      </w:pPr>
      <w:r>
        <w:t>The Fight Response</w:t>
      </w:r>
    </w:p>
    <w:p>
      <w:r>
        <w:t>The fight response prepares the body to confront danger.</w:t>
      </w:r>
    </w:p>
    <w:p>
      <w:r>
        <w:t>This does not necessarily mean physical aggression.</w:t>
      </w:r>
    </w:p>
    <w:p>
      <w:r>
        <w:t>More often, modern fight responses involve trying to gain control over situations that feel threatening.</w:t>
      </w:r>
    </w:p>
    <w:p>
      <w:r>
        <w:t>When the fight response activates, the body prepares for action.</w:t>
      </w:r>
    </w:p>
    <w:p>
      <w:r>
        <w:t>Common physical changes include:</w:t>
      </w:r>
    </w:p>
    <w:p>
      <w:pPr>
        <w:pStyle w:val="ListBullet"/>
      </w:pPr>
      <w:r>
        <w:t>Increased Heart Rate.</w:t>
      </w:r>
    </w:p>
    <w:p>
      <w:pPr>
        <w:pStyle w:val="ListBullet"/>
      </w:pPr>
      <w:r>
        <w:t>Faster Breathing.</w:t>
      </w:r>
    </w:p>
    <w:p>
      <w:pPr>
        <w:pStyle w:val="ListBullet"/>
      </w:pPr>
      <w:r>
        <w:t>Muscle Tightness.</w:t>
      </w:r>
    </w:p>
    <w:p>
      <w:pPr>
        <w:pStyle w:val="ListBullet"/>
      </w:pPr>
      <w:r>
        <w:t>Increased Alertness.</w:t>
      </w:r>
    </w:p>
    <w:p>
      <w:pPr>
        <w:pStyle w:val="ListBullet"/>
      </w:pPr>
      <w:r>
        <w:t>Greater Physical Energy.</w:t>
      </w:r>
    </w:p>
    <w:p>
      <w:pPr>
        <w:pStyle w:val="ListBullet"/>
      </w:pPr>
      <w:r>
        <w:t>Higher Blood Pressure.</w:t>
      </w:r>
    </w:p>
    <w:p>
      <w:pPr>
        <w:pStyle w:val="ListBullet"/>
      </w:pPr>
      <w:r>
        <w:t>These changes help prepare the body to defend itself if necessary.</w:t>
      </w:r>
    </w:p>
    <w:p>
      <w:pPr>
        <w:pStyle w:val="Heading3"/>
      </w:pPr>
      <w:r>
        <w:t>What Fight Looks Like In Everyday Life</w:t>
      </w:r>
    </w:p>
    <w:p>
      <w:r>
        <w:t>Most fight responses are subtle.</w:t>
      </w:r>
    </w:p>
    <w:p>
      <w:r>
        <w:t>Examples include:</w:t>
      </w:r>
    </w:p>
    <w:p>
      <w:pPr>
        <w:pStyle w:val="ListBullet"/>
      </w:pPr>
      <w:r>
        <w:t>Becoming Easily Irritated.</w:t>
      </w:r>
    </w:p>
    <w:p>
      <w:pPr>
        <w:pStyle w:val="ListBullet"/>
      </w:pPr>
      <w:r>
        <w:t>Raising Your Voice During Disagreements.</w:t>
      </w:r>
    </w:p>
    <w:p>
      <w:pPr>
        <w:pStyle w:val="ListBullet"/>
      </w:pPr>
      <w:r>
        <w:t>Feeling The Need To Win Every Argument.</w:t>
      </w:r>
    </w:p>
    <w:p>
      <w:pPr>
        <w:pStyle w:val="ListBullet"/>
      </w:pPr>
      <w:r>
        <w:t>Becoming Highly Controlling.</w:t>
      </w:r>
    </w:p>
    <w:p>
      <w:pPr>
        <w:pStyle w:val="ListBullet"/>
      </w:pPr>
      <w:r>
        <w:t>Perfectionism.</w:t>
      </w:r>
    </w:p>
    <w:p>
      <w:pPr>
        <w:pStyle w:val="ListBullet"/>
      </w:pPr>
      <w:r>
        <w:t>Frustration When Others Move Slowly.</w:t>
      </w:r>
    </w:p>
    <w:p>
      <w:pPr>
        <w:pStyle w:val="ListBullet"/>
      </w:pPr>
      <w:r>
        <w:t>Difficulty Letting Go Of Mistakes.</w:t>
      </w:r>
    </w:p>
    <w:p>
      <w:pPr>
        <w:pStyle w:val="ListBullet"/>
      </w:pPr>
      <w:r>
        <w:t>Becoming Defensive During Feedback.</w:t>
      </w:r>
    </w:p>
    <w:p>
      <w:pPr>
        <w:pStyle w:val="ListBullet"/>
      </w:pPr>
      <w:r>
        <w:t>Many people who rely on fight responses are not angry.</w:t>
      </w:r>
    </w:p>
    <w:p>
      <w:pPr>
        <w:pStyle w:val="ListBullet"/>
      </w:pPr>
      <w:r>
        <w:t>They simply have nervous systems that equate control with safety.</w:t>
      </w:r>
    </w:p>
    <w:p>
      <w:pPr>
        <w:pStyle w:val="Heading3"/>
      </w:pPr>
      <w:r>
        <w:rPr>
          <w:b/>
        </w:rPr>
        <w:t>RN Insight</w:t>
      </w:r>
    </w:p>
    <w:p>
      <w:pPr>
        <w:pStyle w:val="Quote"/>
      </w:pPr>
      <w:r>
        <w:rPr>
          <w:i/>
        </w:rPr>
        <w:t>In healthcare, patients experiencing pain or fear sometimes appear angry. Family members may assume they are simply difficult, but fear often disguises itself as frustration. Once pain is treated, questions are answered, and people feel heard, that anger frequently softens. This reminds us that strong emotional reactions are not always expressions of personality—they can also be expressions of a nervous system that feels threatened.</w:t>
      </w:r>
    </w:p>
    <w:p>
      <w:pPr>
        <w:pStyle w:val="Heading3"/>
      </w:pPr>
      <w:r>
        <w:t>The Flight Response</w:t>
      </w:r>
    </w:p>
    <w:p>
      <w:r>
        <w:t>The flight response prepares the body to escape danger.</w:t>
      </w:r>
    </w:p>
    <w:p>
      <w:r>
        <w:t>In modern life, people rarely physically run away.</w:t>
      </w:r>
    </w:p>
    <w:p>
      <w:r>
        <w:t>Instead, they often stay mentally or emotionally in motion.</w:t>
      </w:r>
    </w:p>
    <w:p>
      <w:r>
        <w:t>The nervous system believes:</w:t>
      </w:r>
    </w:p>
    <w:p>
      <w:pPr>
        <w:pStyle w:val="Heading3"/>
      </w:pPr>
      <w:r>
        <w:t>"If I Keep Moving, I Will Stay Safe."</w:t>
      </w:r>
    </w:p>
    <w:p>
      <w:pPr>
        <w:pStyle w:val="Heading3"/>
      </w:pPr>
      <w:r>
        <w:t>What Flight Looks Like Today</w:t>
      </w:r>
    </w:p>
    <w:p>
      <w:r>
        <w:t>The flight response often appears as constant activity.</w:t>
      </w:r>
    </w:p>
    <w:p>
      <w:r>
        <w:t>Examples include:</w:t>
      </w:r>
    </w:p>
    <w:p>
      <w:pPr>
        <w:pStyle w:val="ListBullet"/>
      </w:pPr>
      <w:r>
        <w:t>Staying Busy Every Minute.</w:t>
      </w:r>
    </w:p>
    <w:p>
      <w:pPr>
        <w:pStyle w:val="ListBullet"/>
      </w:pPr>
      <w:r>
        <w:t>Overworking.</w:t>
      </w:r>
    </w:p>
    <w:p>
      <w:pPr>
        <w:pStyle w:val="ListBullet"/>
      </w:pPr>
      <w:r>
        <w:t>Difficulty Relaxing.</w:t>
      </w:r>
    </w:p>
    <w:p>
      <w:pPr>
        <w:pStyle w:val="ListBullet"/>
      </w:pPr>
      <w:r>
        <w:t>Racing Thoughts.</w:t>
      </w:r>
    </w:p>
    <w:p>
      <w:pPr>
        <w:pStyle w:val="ListBullet"/>
      </w:pPr>
      <w:r>
        <w:t>Excessive Planning.</w:t>
      </w:r>
    </w:p>
    <w:p>
      <w:pPr>
        <w:pStyle w:val="ListBullet"/>
      </w:pPr>
      <w:r>
        <w:t>Constant Worry.</w:t>
      </w:r>
    </w:p>
    <w:p>
      <w:pPr>
        <w:pStyle w:val="ListBullet"/>
      </w:pPr>
      <w:r>
        <w:t>Fear Of Falling Behind.</w:t>
      </w:r>
    </w:p>
    <w:p>
      <w:pPr>
        <w:pStyle w:val="ListBullet"/>
      </w:pPr>
      <w:r>
        <w:t>Avoiding Difficult Conversations.</w:t>
      </w:r>
    </w:p>
    <w:p>
      <w:pPr>
        <w:pStyle w:val="ListBullet"/>
      </w:pPr>
      <w:r>
        <w:t>Feeling Guilty While Resting.</w:t>
      </w:r>
    </w:p>
    <w:p>
      <w:pPr>
        <w:pStyle w:val="ListBullet"/>
      </w:pPr>
      <w:r>
        <w:t>Many high achievers operate from a flight response without realizing it.</w:t>
      </w:r>
    </w:p>
    <w:p>
      <w:pPr>
        <w:pStyle w:val="ListBullet"/>
      </w:pPr>
      <w:r>
        <w:t>Productivity becomes their survival strategy.</w:t>
      </w:r>
    </w:p>
    <w:p>
      <w:pPr>
        <w:pStyle w:val="ListBullet"/>
      </w:pPr>
      <w:r>
        <w:t>Rest begins to feel uncomfortable.</w:t>
      </w:r>
    </w:p>
    <w:p>
      <w:pPr>
        <w:pStyle w:val="ListBullet"/>
      </w:pPr>
      <w:r>
        <w:t>Ironically, the harder they work, the less safe they often feel.</w:t>
      </w:r>
    </w:p>
    <w:p>
      <w:pPr>
        <w:pStyle w:val="Heading3"/>
      </w:pPr>
      <w:r>
        <w:t>The Freeze Response</w:t>
      </w:r>
    </w:p>
    <w:p>
      <w:r>
        <w:t>When the brain determines that fighting or escaping may not be possible, it may activate the freeze response.</w:t>
      </w:r>
    </w:p>
    <w:p>
      <w:r>
        <w:t>This response conserves energy.</w:t>
      </w:r>
    </w:p>
    <w:p>
      <w:r>
        <w:t>Instead of preparing for action, the nervous system temporarily slows many functions.</w:t>
      </w:r>
    </w:p>
    <w:p>
      <w:r>
        <w:t>The body may feel heavy.</w:t>
      </w:r>
    </w:p>
    <w:p>
      <w:r>
        <w:t>Thinking becomes difficult.</w:t>
      </w:r>
    </w:p>
    <w:p>
      <w:r>
        <w:t>Motivation decreases.</w:t>
      </w:r>
    </w:p>
    <w:p>
      <w:r>
        <w:t>Decision-making becomes harder.</w:t>
      </w:r>
    </w:p>
    <w:p>
      <w:pPr>
        <w:pStyle w:val="Heading3"/>
      </w:pPr>
      <w:r>
        <w:t>Everyday Examples Of Freeze</w:t>
      </w:r>
    </w:p>
    <w:p>
      <w:r>
        <w:t>Freeze does not always look dramatic.</w:t>
      </w:r>
    </w:p>
    <w:p>
      <w:r>
        <w:t>Many people experiencing freeze appear calm from the outside.</w:t>
      </w:r>
    </w:p>
    <w:p>
      <w:r>
        <w:t>Internally, however, they may feel completely overwhelmed.</w:t>
      </w:r>
    </w:p>
    <w:p>
      <w:r>
        <w:t>Examples include:</w:t>
      </w:r>
    </w:p>
    <w:p>
      <w:pPr>
        <w:pStyle w:val="ListBullet"/>
      </w:pPr>
      <w:r>
        <w:t>Procrastination.</w:t>
      </w:r>
    </w:p>
    <w:p>
      <w:pPr>
        <w:pStyle w:val="ListBullet"/>
      </w:pPr>
      <w:r>
        <w:t>Feeling Stuck.</w:t>
      </w:r>
    </w:p>
    <w:p>
      <w:pPr>
        <w:pStyle w:val="ListBullet"/>
      </w:pPr>
      <w:r>
        <w:t>Brain Fog.</w:t>
      </w:r>
    </w:p>
    <w:p>
      <w:pPr>
        <w:pStyle w:val="ListBullet"/>
      </w:pPr>
      <w:r>
        <w:t>Emotional Numbness.</w:t>
      </w:r>
    </w:p>
    <w:p>
      <w:pPr>
        <w:pStyle w:val="ListBullet"/>
      </w:pPr>
      <w:r>
        <w:t>Difficulty Starting Tasks.</w:t>
      </w:r>
    </w:p>
    <w:p>
      <w:pPr>
        <w:pStyle w:val="ListBullet"/>
      </w:pPr>
      <w:r>
        <w:t>Withdrawal From Other People.</w:t>
      </w:r>
    </w:p>
    <w:p>
      <w:pPr>
        <w:pStyle w:val="ListBullet"/>
      </w:pPr>
      <w:r>
        <w:t>Feeling Detached.</w:t>
      </w:r>
    </w:p>
    <w:p>
      <w:pPr>
        <w:pStyle w:val="ListBullet"/>
      </w:pPr>
      <w:r>
        <w:t>Trouble Making Decisions.</w:t>
      </w:r>
    </w:p>
    <w:p>
      <w:pPr>
        <w:pStyle w:val="ListBullet"/>
      </w:pPr>
      <w:r>
        <w:t>Feeling Physically Exhausted.</w:t>
      </w:r>
    </w:p>
    <w:p>
      <w:pPr>
        <w:pStyle w:val="ListBullet"/>
      </w:pPr>
      <w:r>
        <w:t>People often criticize themselves for these experiences.</w:t>
      </w:r>
    </w:p>
    <w:p>
      <w:r>
        <w:t>They say:</w:t>
      </w:r>
    </w:p>
    <w:p>
      <w:pPr>
        <w:pStyle w:val="ListBullet"/>
      </w:pPr>
      <w:r>
        <w:rPr>
          <w:i/>
        </w:rPr>
        <w:t>"I'm Lazy."</w:t>
      </w:r>
    </w:p>
    <w:p>
      <w:pPr>
        <w:pStyle w:val="ListBullet"/>
      </w:pPr>
      <w:r>
        <w:rPr>
          <w:i/>
        </w:rPr>
        <w:t>"I'm Unmotivated."</w:t>
      </w:r>
    </w:p>
    <w:p>
      <w:pPr>
        <w:pStyle w:val="Heading3"/>
      </w:pPr>
      <w:r>
        <w:t>"Something Must Be Wrong With Me."</w:t>
      </w:r>
    </w:p>
    <w:p>
      <w:r>
        <w:t>In reality, the nervous system may simply be trying to conserve resources during prolonged stress.</w:t>
      </w:r>
    </w:p>
    <w:p>
      <w:pPr>
        <w:pStyle w:val="Heading3"/>
      </w:pPr>
      <w:r>
        <w:t>The Fawn Response</w:t>
      </w:r>
    </w:p>
    <w:p>
      <w:r>
        <w:t>The fawn response is less widely recognized but is common in people who have experienced ongoing interpersonal stress.</w:t>
      </w:r>
    </w:p>
    <w:p>
      <w:r>
        <w:t>Instead of fighting or escaping, the nervous system attempts to increase safety by maintaining relationships and reducing conflict.</w:t>
      </w:r>
    </w:p>
    <w:p>
      <w:r>
        <w:t>Safety becomes associated with keeping everyone else comfortable.</w:t>
      </w:r>
    </w:p>
    <w:p>
      <w:pPr>
        <w:pStyle w:val="Heading3"/>
      </w:pPr>
      <w:r>
        <w:t>Everyday Examples Of Fawn</w:t>
      </w:r>
    </w:p>
    <w:p>
      <w:r>
        <w:t>The fawn response often appears as:</w:t>
      </w:r>
    </w:p>
    <w:p>
      <w:pPr>
        <w:pStyle w:val="ListBullet"/>
      </w:pPr>
      <w:r>
        <w:t>People Pleasing.</w:t>
      </w:r>
    </w:p>
    <w:p>
      <w:pPr>
        <w:pStyle w:val="ListBullet"/>
      </w:pPr>
      <w:r>
        <w:t>Difficulty Saying No.</w:t>
      </w:r>
    </w:p>
    <w:p>
      <w:pPr>
        <w:pStyle w:val="ListBullet"/>
      </w:pPr>
      <w:r>
        <w:t>Constantly Apologizing.</w:t>
      </w:r>
    </w:p>
    <w:p>
      <w:pPr>
        <w:pStyle w:val="ListBullet"/>
      </w:pPr>
      <w:r>
        <w:t>Fear Of Disappointing Others.</w:t>
      </w:r>
    </w:p>
    <w:p>
      <w:pPr>
        <w:pStyle w:val="ListBullet"/>
      </w:pPr>
      <w:r>
        <w:t>Avoiding Conflict.</w:t>
      </w:r>
    </w:p>
    <w:p>
      <w:pPr>
        <w:pStyle w:val="ListBullet"/>
      </w:pPr>
      <w:r>
        <w:t>Ignoring Personal Needs.</w:t>
      </w:r>
    </w:p>
    <w:p>
      <w:pPr>
        <w:pStyle w:val="ListBullet"/>
      </w:pPr>
      <w:r>
        <w:t>Seeking Approval.</w:t>
      </w:r>
    </w:p>
    <w:p>
      <w:pPr>
        <w:pStyle w:val="ListBullet"/>
      </w:pPr>
      <w:r>
        <w:t>Taking Responsibility For Other People's Feelings.</w:t>
      </w:r>
    </w:p>
    <w:p>
      <w:pPr>
        <w:pStyle w:val="ListBullet"/>
      </w:pPr>
      <w:r>
        <w:t>Overcommitting.</w:t>
      </w:r>
    </w:p>
    <w:p>
      <w:r>
        <w:t>People who rely heavily on fawn responses often become emotionally exhausted because their own needs receive very little attention.</w:t>
      </w:r>
    </w:p>
    <w:p>
      <w:pPr>
        <w:pStyle w:val="Heading3"/>
      </w:pPr>
      <w:r>
        <w:t>Your Body Does Not Choose Randomly</w:t>
      </w:r>
    </w:p>
    <w:p>
      <w:r>
        <w:t>Each survival response develops because it worked at some point.</w:t>
      </w:r>
    </w:p>
    <w:p>
      <w:r>
        <w:t>Imagine a child growing up in different environments.</w:t>
      </w:r>
    </w:p>
    <w:p>
      <w:r>
        <w:t>One child learns that speaking loudly prevents being ignored.</w:t>
      </w:r>
    </w:p>
    <w:p>
      <w:r>
        <w:t>The fight becomes protective.</w:t>
      </w:r>
    </w:p>
    <w:p>
      <w:r>
        <w:t>Another learns that staying busy avoids criticism.</w:t>
      </w:r>
    </w:p>
    <w:p>
      <w:r>
        <w:t>Flight becomes protective.</w:t>
      </w:r>
    </w:p>
    <w:p>
      <w:r>
        <w:t>Another discovers that staying quiet reduces conflict.</w:t>
      </w:r>
    </w:p>
    <w:p>
      <w:r>
        <w:t>Freeze becomes protective.</w:t>
      </w:r>
    </w:p>
    <w:p>
      <w:r>
        <w:t>Another realizes that keeping everyone happy prevents arguments.</w:t>
      </w:r>
    </w:p>
    <w:p>
      <w:r>
        <w:t>Fawn becomes protective.</w:t>
      </w:r>
    </w:p>
    <w:p>
      <w:r>
        <w:t>The nervous system remembers what helped before.</w:t>
      </w:r>
    </w:p>
    <w:p>
      <w:r>
        <w:t>It repeats those strategies automatically.</w:t>
      </w:r>
    </w:p>
    <w:p>
      <w:pPr>
        <w:pStyle w:val="Heading3"/>
      </w:pPr>
      <w:r>
        <w:t>Most People Use More Than One Response</w:t>
      </w:r>
    </w:p>
    <w:p>
      <w:r>
        <w:t>Very few people rely on only one survival pattern.</w:t>
      </w:r>
    </w:p>
    <w:p>
      <w:r>
        <w:t>You might notice:</w:t>
      </w:r>
    </w:p>
    <w:p>
      <w:pPr>
        <w:pStyle w:val="ListBullet"/>
      </w:pPr>
      <w:r>
        <w:t>Fight At Work.</w:t>
      </w:r>
    </w:p>
    <w:p>
      <w:pPr>
        <w:pStyle w:val="ListBullet"/>
      </w:pPr>
      <w:r>
        <w:t>Fawn In Relationships.</w:t>
      </w:r>
    </w:p>
    <w:p>
      <w:pPr>
        <w:pStyle w:val="ListBullet"/>
      </w:pPr>
      <w:r>
        <w:t>Flight During Busy Seasons.</w:t>
      </w:r>
    </w:p>
    <w:p>
      <w:pPr>
        <w:pStyle w:val="ListBullet"/>
      </w:pPr>
      <w:r>
        <w:t>Freeze When Completely Overwhelmed.</w:t>
      </w:r>
    </w:p>
    <w:p>
      <w:r>
        <w:t>Your responses may also change depending on:</w:t>
      </w:r>
    </w:p>
    <w:p>
      <w:pPr>
        <w:pStyle w:val="ListBullet"/>
      </w:pPr>
      <w:r>
        <w:t>Who You Are With.</w:t>
      </w:r>
    </w:p>
    <w:p>
      <w:pPr>
        <w:pStyle w:val="ListBullet"/>
      </w:pPr>
      <w:r>
        <w:t>How Much Stress Have You Accumulated?</w:t>
      </w:r>
    </w:p>
    <w:p>
      <w:pPr>
        <w:pStyle w:val="ListBullet"/>
      </w:pPr>
      <w:r>
        <w:t>How Well You Slept.</w:t>
      </w:r>
    </w:p>
    <w:p>
      <w:pPr>
        <w:pStyle w:val="ListBullet"/>
      </w:pPr>
      <w:r>
        <w:t>Your Physical Health.</w:t>
      </w:r>
    </w:p>
    <w:p>
      <w:pPr>
        <w:pStyle w:val="ListBullet"/>
      </w:pPr>
      <w:r>
        <w:t>Your Environment.</w:t>
      </w:r>
    </w:p>
    <w:p>
      <w:pPr>
        <w:pStyle w:val="ListBullet"/>
      </w:pPr>
      <w:r>
        <w:t>The nervous system is remarkably flexible.</w:t>
      </w:r>
    </w:p>
    <w:p>
      <w:pPr>
        <w:pStyle w:val="Heading3"/>
      </w:pPr>
      <w:r>
        <w:t>Chronic Stress Makes Responses Stronger</w:t>
      </w:r>
    </w:p>
    <w:p>
      <w:r>
        <w:t>The longer the nervous system remains activated, the easier these responses become.</w:t>
      </w:r>
    </w:p>
    <w:p>
      <w:r>
        <w:t>Think of them like well-traveled paths through a forest.</w:t>
      </w:r>
    </w:p>
    <w:p>
      <w:r>
        <w:t>Every time the same path is used, it becomes easier to follow.</w:t>
      </w:r>
    </w:p>
    <w:p>
      <w:r>
        <w:t>Eventually, your nervous system begins to automatically choose familiar survival strategies.</w:t>
      </w:r>
    </w:p>
    <w:p>
      <w:r>
        <w:t>This explains why long-term stress often feels increasingly difficult to manage.</w:t>
      </w:r>
    </w:p>
    <w:p>
      <w:r>
        <w:t>The response becomes faster.</w:t>
      </w:r>
    </w:p>
    <w:p>
      <w:r>
        <w:t>More automatic.</w:t>
      </w:r>
    </w:p>
    <w:p>
      <w:r>
        <w:t>More deeply ingrained.</w:t>
      </w:r>
    </w:p>
    <w:p>
      <w:pPr>
        <w:pStyle w:val="Heading3"/>
      </w:pPr>
      <w:r>
        <w:rPr>
          <w:b/>
        </w:rPr>
        <w:t>Bedside Example</w:t>
      </w:r>
    </w:p>
    <w:p>
      <w:pPr>
        <w:pStyle w:val="Quote"/>
      </w:pPr>
      <w:r>
        <w:rPr>
          <w:i/>
        </w:rPr>
        <w:t>I once cared for two patients recovering from similar surgical procedures. Physically, their recoveries were progressing at nearly the same pace, yet emotionally, they responded very differently.</w:t>
      </w:r>
    </w:p>
    <w:p>
      <w:pPr>
        <w:pStyle w:val="Quote"/>
      </w:pPr>
      <w:r>
        <w:rPr>
          <w:i/>
        </w:rPr>
        <w:t>One became frustrated whenever plans changed. He wanted constant updates, asked detailed questions, and preferred to remain in control of every aspect of his care. His reactions reflected a strong fight response.</w:t>
      </w:r>
    </w:p>
    <w:p>
      <w:pPr>
        <w:pStyle w:val="Quote"/>
      </w:pPr>
      <w:r>
        <w:rPr>
          <w:i/>
        </w:rPr>
        <w:t>The other repeatedly apologized for asking for help, even when she was in significant discomfort. She worried about "being a burden" to the staff and often minimized her own needs. Her behavior reflected a fawn response.</w:t>
      </w:r>
    </w:p>
    <w:p>
      <w:pPr>
        <w:pStyle w:val="Quote"/>
      </w:pPr>
      <w:r>
        <w:rPr>
          <w:i/>
        </w:rPr>
        <w:t>Neither patient was responding incorrectly. Their nervous systems had simply learned different ways of seeking safety during stressful situations.</w:t>
      </w:r>
    </w:p>
    <w:p>
      <w:pPr>
        <w:pStyle w:val="Quote"/>
      </w:pPr>
      <w:r>
        <w:rPr>
          <w:i/>
        </w:rPr>
        <w:t>Recognizing these patterns helped our team communicate more effectively and provide care that better matched each person's emotional needs.</w:t>
      </w:r>
    </w:p>
    <w:p>
      <w:pPr>
        <w:pStyle w:val="Heading3"/>
      </w:pPr>
      <w:r>
        <w:t>Survival Responses Affect The Entire Body</w:t>
      </w:r>
    </w:p>
    <w:p>
      <w:r>
        <w:t>Although we often think of survival responses as emotional reactions, they involve the entire body.</w:t>
      </w:r>
    </w:p>
    <w:p>
      <w:r>
        <w:t>Common physical changes include:</w:t>
      </w:r>
    </w:p>
    <w:p>
      <w:pPr>
        <w:pStyle w:val="ListBullet"/>
      </w:pPr>
      <w:r>
        <w:t>Muscle Tightness.</w:t>
      </w:r>
    </w:p>
    <w:p>
      <w:pPr>
        <w:pStyle w:val="ListBullet"/>
      </w:pPr>
      <w:r>
        <w:t>Faster Heart Rate.</w:t>
      </w:r>
    </w:p>
    <w:p>
      <w:pPr>
        <w:pStyle w:val="ListBullet"/>
      </w:pPr>
      <w:r>
        <w:t>Shallow Breathing.</w:t>
      </w:r>
    </w:p>
    <w:p>
      <w:pPr>
        <w:pStyle w:val="ListBullet"/>
      </w:pPr>
      <w:r>
        <w:t>Digestive Changes.</w:t>
      </w:r>
    </w:p>
    <w:p>
      <w:pPr>
        <w:pStyle w:val="ListBullet"/>
      </w:pPr>
      <w:r>
        <w:t>Increased Sweating.</w:t>
      </w:r>
    </w:p>
    <w:p>
      <w:pPr>
        <w:pStyle w:val="ListBullet"/>
      </w:pPr>
      <w:r>
        <w:t>Restlessness.</w:t>
      </w:r>
    </w:p>
    <w:p>
      <w:pPr>
        <w:pStyle w:val="ListBullet"/>
      </w:pPr>
      <w:r>
        <w:t>Fatigue.</w:t>
      </w:r>
    </w:p>
    <w:p>
      <w:pPr>
        <w:pStyle w:val="ListBullet"/>
      </w:pPr>
      <w:r>
        <w:t>Sleep Disruption.</w:t>
      </w:r>
    </w:p>
    <w:p>
      <w:pPr>
        <w:pStyle w:val="ListBullet"/>
      </w:pPr>
      <w:r>
        <w:t>Reduced Concentration.</w:t>
      </w:r>
    </w:p>
    <w:p>
      <w:pPr>
        <w:pStyle w:val="ListBullet"/>
      </w:pPr>
      <w:r>
        <w:t>These are biological changes.</w:t>
      </w:r>
    </w:p>
    <w:p>
      <w:pPr>
        <w:pStyle w:val="ListBullet"/>
      </w:pPr>
      <w:r>
        <w:t>They are not signs of poor character.</w:t>
      </w:r>
    </w:p>
    <w:p>
      <w:pPr>
        <w:pStyle w:val="Heading3"/>
      </w:pPr>
      <w:r>
        <w:t>Awareness Comes Before Change</w:t>
      </w:r>
    </w:p>
    <w:p>
      <w:r>
        <w:t>Many people want to eliminate their survival response.</w:t>
      </w:r>
    </w:p>
    <w:p>
      <w:r>
        <w:t>That is not the goal.</w:t>
      </w:r>
    </w:p>
    <w:p>
      <w:r>
        <w:t>These responses are valuable during genuine emergencies.</w:t>
      </w:r>
    </w:p>
    <w:p>
      <w:r>
        <w:t>Instead, the goal is learning to recognize:</w:t>
      </w:r>
    </w:p>
    <w:p>
      <w:pPr>
        <w:pStyle w:val="ListBullet"/>
      </w:pPr>
      <w:r>
        <w:t>When The Response Begins.</w:t>
      </w:r>
    </w:p>
    <w:p>
      <w:pPr>
        <w:pStyle w:val="ListBullet"/>
      </w:pPr>
      <w:r>
        <w:t>What Triggers It.</w:t>
      </w:r>
    </w:p>
    <w:p>
      <w:pPr>
        <w:pStyle w:val="ListBullet"/>
      </w:pPr>
      <w:r>
        <w:t>How It Feels In Your Body.</w:t>
      </w:r>
    </w:p>
    <w:p>
      <w:pPr>
        <w:pStyle w:val="ListBullet"/>
      </w:pPr>
      <w:r>
        <w:t>Which Situations Activate It?</w:t>
      </w:r>
    </w:p>
    <w:p>
      <w:pPr>
        <w:pStyle w:val="ListBullet"/>
      </w:pPr>
      <w:r>
        <w:t>How To Return To Regulation More Quickly.</w:t>
      </w:r>
    </w:p>
    <w:p>
      <w:pPr>
        <w:pStyle w:val="ListBullet"/>
      </w:pPr>
      <w:r>
        <w:t>Awareness creates choice.</w:t>
      </w:r>
    </w:p>
    <w:p>
      <w:pPr>
        <w:pStyle w:val="ListBullet"/>
      </w:pPr>
      <w:r>
        <w:t>Without awareness, survival patterns continue automatically.</w:t>
      </w:r>
    </w:p>
    <w:p>
      <w:pPr>
        <w:pStyle w:val="ListBullet"/>
      </w:pPr>
      <w:r>
        <w:t>With awareness, recovery becomes possible.</w:t>
      </w:r>
    </w:p>
    <w:p>
      <w:pPr>
        <w:pStyle w:val="Heading3"/>
      </w:pPr>
      <w:r>
        <w:t>Your Dominant Pattern Can Change</w:t>
      </w:r>
    </w:p>
    <w:p>
      <w:r>
        <w:t>One encouraging truth about the nervous system is that it remains adaptable throughout life.</w:t>
      </w:r>
    </w:p>
    <w:p>
      <w:r>
        <w:t>The response that dominates today does not have to define your future.</w:t>
      </w:r>
    </w:p>
    <w:p>
      <w:r>
        <w:t>As your nervous system repeatedly experiences safety, many people notice:</w:t>
      </w:r>
    </w:p>
    <w:p>
      <w:pPr>
        <w:pStyle w:val="ListBullet"/>
      </w:pPr>
      <w:r>
        <w:t>Greater Emotional Flexibility.</w:t>
      </w:r>
    </w:p>
    <w:p>
      <w:pPr>
        <w:pStyle w:val="ListBullet"/>
      </w:pPr>
      <w:r>
        <w:t>Faster Recovery After Stress.</w:t>
      </w:r>
    </w:p>
    <w:p>
      <w:pPr>
        <w:pStyle w:val="ListBullet"/>
      </w:pPr>
      <w:r>
        <w:t>Improved Sleep.</w:t>
      </w:r>
    </w:p>
    <w:p>
      <w:pPr>
        <w:pStyle w:val="ListBullet"/>
      </w:pPr>
      <w:r>
        <w:t>Better Concentration.</w:t>
      </w:r>
    </w:p>
    <w:p>
      <w:pPr>
        <w:pStyle w:val="ListBullet"/>
      </w:pPr>
      <w:r>
        <w:t>Reduced Reactivity.</w:t>
      </w:r>
    </w:p>
    <w:p>
      <w:pPr>
        <w:pStyle w:val="ListBullet"/>
      </w:pPr>
      <w:r>
        <w:t>Increased Confidence.</w:t>
      </w:r>
    </w:p>
    <w:p>
      <w:pPr>
        <w:pStyle w:val="ListBullet"/>
      </w:pPr>
      <w:r>
        <w:t>Healthier Relationships.</w:t>
      </w:r>
    </w:p>
    <w:p>
      <w:pPr>
        <w:pStyle w:val="ListBullet"/>
      </w:pPr>
      <w:r>
        <w:t>Greater Capacity For Joy.</w:t>
      </w:r>
    </w:p>
    <w:p>
      <w:pPr>
        <w:pStyle w:val="ListBullet"/>
      </w:pPr>
      <w:r>
        <w:t>Healing is not about becoming someone else.</w:t>
      </w:r>
    </w:p>
    <w:p>
      <w:r>
        <w:t>It is about helping your nervous system recognize that it no longer has to treat everyday life like an emergency.</w:t>
      </w:r>
    </w:p>
    <w:p>
      <w:pPr>
        <w:pStyle w:val="Heading3"/>
      </w:pPr>
      <w:r>
        <w:t>Regulation Is Not The Absence Of Stress</w:t>
      </w:r>
    </w:p>
    <w:p>
      <w:r>
        <w:t>Some people imagine that healing means never feeling anxious, frustrated, overwhelmed, or emotionally reactive again.</w:t>
      </w:r>
    </w:p>
    <w:p>
      <w:r>
        <w:t>That is not realistic.</w:t>
      </w:r>
    </w:p>
    <w:p>
      <w:r>
        <w:t>A healthy nervous system still experiences all four survival responses when appropriate.</w:t>
      </w:r>
    </w:p>
    <w:p>
      <w:r>
        <w:t>The difference is that it does not stay there.</w:t>
      </w:r>
    </w:p>
    <w:p>
      <w:r>
        <w:t>A regulated nervous system can:</w:t>
      </w:r>
    </w:p>
    <w:p>
      <w:pPr>
        <w:pStyle w:val="ListBullet"/>
      </w:pPr>
      <w:r>
        <w:t>Activate When Necessary.</w:t>
      </w:r>
    </w:p>
    <w:p>
      <w:pPr>
        <w:pStyle w:val="ListBullet"/>
      </w:pPr>
      <w:r>
        <w:t>Respond To Genuine Challenges.</w:t>
      </w:r>
    </w:p>
    <w:p>
      <w:pPr>
        <w:pStyle w:val="ListBullet"/>
      </w:pPr>
      <w:r>
        <w:t>Adapt To Change.</w:t>
      </w:r>
    </w:p>
    <w:p>
      <w:pPr>
        <w:pStyle w:val="ListBullet"/>
      </w:pPr>
      <w:r>
        <w:t>Recover Efficiently.</w:t>
      </w:r>
    </w:p>
    <w:p>
      <w:pPr>
        <w:pStyle w:val="ListBullet"/>
      </w:pPr>
      <w:r>
        <w:t>Return To A State Of Balance.</w:t>
      </w:r>
    </w:p>
    <w:p>
      <w:r>
        <w:t>Recovery is measured not by whether stress occurs, but by how effectively your nervous system can settle afterward.</w:t>
      </w:r>
    </w:p>
    <w:p>
      <w:pPr>
        <w:pStyle w:val="Heading3"/>
      </w:pPr>
      <w:r>
        <w:t>Key Takeaways</w:t>
      </w:r>
    </w:p>
    <w:p>
      <w:pPr>
        <w:pStyle w:val="ListBullet"/>
      </w:pPr>
      <w:r>
        <w:t>Fight, Flight, Freeze, And Fawn Are Automatic Survival Responses Designed To Protect You.</w:t>
      </w:r>
    </w:p>
    <w:p>
      <w:pPr>
        <w:pStyle w:val="ListBullet"/>
      </w:pPr>
      <w:r>
        <w:t>These Responses Are Biological Adaptations Rather Than Personality Flaws.</w:t>
      </w:r>
    </w:p>
    <w:p>
      <w:pPr>
        <w:pStyle w:val="ListBullet"/>
      </w:pPr>
      <w:r>
        <w:t>Your Dominant Survival Pattern Often Reflects Experiences That Once Helped You Feel Safe.</w:t>
      </w:r>
    </w:p>
    <w:p>
      <w:pPr>
        <w:pStyle w:val="ListBullet"/>
      </w:pPr>
      <w:r>
        <w:t>Most People Use More Than One Survival Response Depending On The Situation.</w:t>
      </w:r>
    </w:p>
    <w:p>
      <w:pPr>
        <w:pStyle w:val="ListBullet"/>
      </w:pPr>
      <w:r>
        <w:t>Chronic Stress Strengthens Survival Patterns By Repeating Them Over Time.</w:t>
      </w:r>
    </w:p>
    <w:p>
      <w:pPr>
        <w:pStyle w:val="ListBullet"/>
      </w:pPr>
      <w:r>
        <w:t>Awareness Of Your Survival Response Is The First Step Toward Lasting Nervous System Regulation.</w:t>
      </w:r>
    </w:p>
    <w:p>
      <w:pPr>
        <w:pStyle w:val="ListBullet"/>
      </w:pPr>
      <w:r>
        <w:t>Healing Does Not Eliminate Survival Responses—It Improves Your Ability To Recover And Return To Balance.</w:t>
      </w:r>
    </w:p>
    <w:p>
      <w:pPr>
        <w:pStyle w:val="Heading3"/>
      </w:pPr>
      <w:r>
        <w:t>Chapter Reflection</w:t>
      </w:r>
    </w:p>
    <w:p>
      <w:r>
        <w:t>Before Continuing, Reflect On The Following Questions.</w:t>
      </w:r>
    </w:p>
    <w:p>
      <w:pPr>
        <w:pStyle w:val="ListBullet"/>
      </w:pPr>
      <w:r>
        <w:t>Which Survival Response Describes Me Most Often?</w:t>
      </w:r>
    </w:p>
    <w:p>
      <w:pPr>
        <w:pStyle w:val="ListBullet"/>
      </w:pPr>
      <w:r>
        <w:t>Do My Responses Change Depending On Where I Am Or Who I Am With?</w:t>
      </w:r>
    </w:p>
    <w:p>
      <w:pPr>
        <w:pStyle w:val="ListBullet"/>
      </w:pPr>
      <w:r>
        <w:t>Which Survival Pattern Helped Me Earlier In Life?</w:t>
      </w:r>
    </w:p>
    <w:p>
      <w:pPr>
        <w:pStyle w:val="ListBullet"/>
      </w:pPr>
      <w:r>
        <w:t>How Does My Body Feel When My Survival Response Activates?</w:t>
      </w:r>
    </w:p>
    <w:p>
      <w:pPr>
        <w:pStyle w:val="ListBullet"/>
      </w:pPr>
      <w:r>
        <w:t>What Situations Consistently Trigger My Nervous System?</w:t>
      </w:r>
    </w:p>
    <w:p>
      <w:pPr>
        <w:pStyle w:val="ListBullet"/>
      </w:pPr>
      <w:r>
        <w:t>What Small Daily Practices Could Help Me Return To Calm More Quickly?</w:t>
      </w:r>
    </w:p>
    <w:p>
      <w:r>
        <w:t>In the next chapter, we will explore how temporary stress gradually becomes chronic stress, why the nervous system sometimes loses its ability to reset fully, and how the cumulative effects of everyday life can quietly keep the body locked in survival mode for months or even years.</w:t>
      </w:r>
    </w:p>
    <w:p>
      <w:r>
        <w:br w:type="page"/>
      </w:r>
    </w:p>
    <w:p>
      <w:pPr>
        <w:pStyle w:val="Heading1"/>
        <w:jc w:val="center"/>
      </w:pPr>
      <w:r>
        <w:t>Chapter 4: When Stress Stops Being Temporary</w:t>
      </w:r>
    </w:p>
    <w:p>
      <w:pPr>
        <w:pStyle w:val="Quote"/>
      </w:pPr>
      <w:r>
        <w:rPr>
          <w:i/>
        </w:rPr>
        <w:t>"Stress Is Not Usually What Breaks The Body. It Is The Lack Of Recovery Between Stressful Experiences That Gradually Changes How The Nervous System Functions."</w:t>
      </w:r>
    </w:p>
    <w:p>
      <w:pPr>
        <w:pStyle w:val="Heading3"/>
      </w:pPr>
      <w:r>
        <w:t>Chapter Overview</w:t>
      </w:r>
    </w:p>
    <w:p>
      <w:r>
        <w:t>Stress is a normal part of being human.</w:t>
      </w:r>
    </w:p>
    <w:p>
      <w:r>
        <w:t>Every day, your body successfully manages dozens of small challenges without causing lasting harm.</w:t>
      </w:r>
    </w:p>
    <w:p>
      <w:r>
        <w:t>A busy morning.</w:t>
      </w:r>
    </w:p>
    <w:p>
      <w:r>
        <w:t>A difficult meeting.</w:t>
      </w:r>
    </w:p>
    <w:p>
      <w:r>
        <w:t>Heavy traffic.</w:t>
      </w:r>
    </w:p>
    <w:p>
      <w:r>
        <w:t>An unexpected bill.</w:t>
      </w:r>
    </w:p>
    <w:p>
      <w:r>
        <w:t>A disagreement with someone you love.</w:t>
      </w:r>
    </w:p>
    <w:p>
      <w:r>
        <w:t>These experiences temporarily activate your nervous system, and under healthy circumstances, your body gradually returns to balance once the challenge has passed.</w:t>
      </w:r>
    </w:p>
    <w:p>
      <w:r>
        <w:t>The problem begins when that return to balance never fully happens.</w:t>
      </w:r>
    </w:p>
    <w:p>
      <w:r>
        <w:t>Instead of experiencing:</w:t>
      </w:r>
    </w:p>
    <w:p>
      <w:pPr>
        <w:pStyle w:val="Heading3"/>
      </w:pPr>
      <w:r>
        <w:t>Stress → Recovery → Stress → Recovery</w:t>
      </w:r>
    </w:p>
    <w:p>
      <w:r>
        <w:t>Many people now live in a different pattern:</w:t>
      </w:r>
    </w:p>
    <w:p>
      <w:r>
        <w:rPr>
          <w:b/>
        </w:rPr>
        <w:t>Stress → More Stress → Less Sleep → More Stress → More Responsibilities → More Stress.</w:t>
      </w:r>
    </w:p>
    <w:p>
      <w:r>
        <w:t>Days become weeks.</w:t>
      </w:r>
    </w:p>
    <w:p>
      <w:r>
        <w:t>Weeks become months.</w:t>
      </w:r>
    </w:p>
    <w:p>
      <w:r>
        <w:t>Months become years.</w:t>
      </w:r>
    </w:p>
    <w:p>
      <w:r>
        <w:t>Eventually, the nervous system begins behaving as though survival mode is simply everyday life.</w:t>
      </w:r>
    </w:p>
    <w:p>
      <w:r>
        <w:t>This chapter explains how temporary stress gradually becomes chronic stress, why the body struggles to recover, and why understanding this process is essential for long-term healing.</w:t>
      </w:r>
    </w:p>
    <w:p>
      <w:pPr>
        <w:pStyle w:val="Heading3"/>
      </w:pPr>
      <w:r>
        <w:t>Stress Was Never Meant To Be Permanent</w:t>
      </w:r>
    </w:p>
    <w:p>
      <w:r>
        <w:t>Your stress response is one of the most remarkable survival systems ever developed.</w:t>
      </w:r>
    </w:p>
    <w:p>
      <w:r>
        <w:t>It is designed to help you:</w:t>
      </w:r>
    </w:p>
    <w:p>
      <w:pPr>
        <w:pStyle w:val="ListBullet"/>
      </w:pPr>
      <w:r>
        <w:t>Escape Danger.</w:t>
      </w:r>
    </w:p>
    <w:p>
      <w:pPr>
        <w:pStyle w:val="ListBullet"/>
      </w:pPr>
      <w:r>
        <w:t>Solve Immediate Problems.</w:t>
      </w:r>
    </w:p>
    <w:p>
      <w:pPr>
        <w:pStyle w:val="ListBullet"/>
      </w:pPr>
      <w:r>
        <w:t>Increase Alertness.</w:t>
      </w:r>
    </w:p>
    <w:p>
      <w:pPr>
        <w:pStyle w:val="ListBullet"/>
      </w:pPr>
      <w:r>
        <w:t>Protect Yourself.</w:t>
      </w:r>
    </w:p>
    <w:p>
      <w:pPr>
        <w:pStyle w:val="ListBullet"/>
      </w:pPr>
      <w:r>
        <w:t>Respond Quickly During Emergencies.</w:t>
      </w:r>
    </w:p>
    <w:p>
      <w:pPr>
        <w:pStyle w:val="ListBullet"/>
      </w:pPr>
      <w:r>
        <w:t>After the stressful event ends, your body is designed to shift into recovery.</w:t>
      </w:r>
    </w:p>
    <w:p>
      <w:r>
        <w:t>During recovery, the nervous system supports:</w:t>
      </w:r>
    </w:p>
    <w:p>
      <w:pPr>
        <w:pStyle w:val="ListBullet"/>
      </w:pPr>
      <w:r>
        <w:t>Slower Heart Rate.</w:t>
      </w:r>
    </w:p>
    <w:p>
      <w:pPr>
        <w:pStyle w:val="ListBullet"/>
      </w:pPr>
      <w:r>
        <w:t>Deeper Breathing.</w:t>
      </w:r>
    </w:p>
    <w:p>
      <w:pPr>
        <w:pStyle w:val="ListBullet"/>
      </w:pPr>
      <w:r>
        <w:t>Muscle Relaxation.</w:t>
      </w:r>
    </w:p>
    <w:p>
      <w:pPr>
        <w:pStyle w:val="ListBullet"/>
      </w:pPr>
      <w:r>
        <w:t>Improved Digestion.</w:t>
      </w:r>
    </w:p>
    <w:p>
      <w:pPr>
        <w:pStyle w:val="ListBullet"/>
      </w:pPr>
      <w:r>
        <w:t>Tissue Repair.</w:t>
      </w:r>
    </w:p>
    <w:p>
      <w:pPr>
        <w:pStyle w:val="ListBullet"/>
      </w:pPr>
      <w:r>
        <w:t>Memory Consolidation.</w:t>
      </w:r>
    </w:p>
    <w:p>
      <w:pPr>
        <w:pStyle w:val="ListBullet"/>
      </w:pPr>
      <w:r>
        <w:t>Restorative Sleep.</w:t>
      </w:r>
    </w:p>
    <w:p>
      <w:pPr>
        <w:pStyle w:val="ListBullet"/>
      </w:pPr>
      <w:r>
        <w:t>Emotional Processing.</w:t>
      </w:r>
    </w:p>
    <w:p>
      <w:pPr>
        <w:pStyle w:val="ListBullet"/>
      </w:pPr>
      <w:r>
        <w:t>This cycle of activation followed by recovery allows the body to remain resilient.</w:t>
      </w:r>
    </w:p>
    <w:p>
      <w:pPr>
        <w:pStyle w:val="ListBullet"/>
      </w:pPr>
      <w:r>
        <w:t>Problems arise when activation continues without enough opportunities for restoration.</w:t>
      </w:r>
    </w:p>
    <w:p>
      <w:pPr>
        <w:pStyle w:val="Heading3"/>
      </w:pPr>
      <w:r>
        <w:t>Acute Stress Versus Chronic Stress</w:t>
      </w:r>
    </w:p>
    <w:p>
      <w:r>
        <w:t>Understanding the difference between acute and chronic stress is one of the most important concepts in nervous system health.</w:t>
      </w:r>
    </w:p>
    <w:p>
      <w:pPr>
        <w:pStyle w:val="Heading3"/>
      </w:pPr>
      <w:r>
        <w:t>Acute Stress</w:t>
      </w:r>
    </w:p>
    <w:p>
      <w:r>
        <w:t>Acute stress is short-term.</w:t>
      </w:r>
    </w:p>
    <w:p>
      <w:r>
        <w:t>Examples include:</w:t>
      </w:r>
    </w:p>
    <w:p>
      <w:pPr>
        <w:pStyle w:val="ListBullet"/>
      </w:pPr>
      <w:r>
        <w:t>Giving A Presentation.</w:t>
      </w:r>
    </w:p>
    <w:p>
      <w:pPr>
        <w:pStyle w:val="ListBullet"/>
      </w:pPr>
      <w:r>
        <w:t>Avoiding A Car Accident.</w:t>
      </w:r>
    </w:p>
    <w:p>
      <w:pPr>
        <w:pStyle w:val="ListBullet"/>
      </w:pPr>
      <w:r>
        <w:t>Taking An Important Exam.</w:t>
      </w:r>
    </w:p>
    <w:p>
      <w:pPr>
        <w:pStyle w:val="ListBullet"/>
      </w:pPr>
      <w:r>
        <w:t>Responding To A Sudden Emergency.</w:t>
      </w:r>
    </w:p>
    <w:p>
      <w:pPr>
        <w:pStyle w:val="ListBullet"/>
      </w:pPr>
      <w:r>
        <w:t>Competing In A Sporting Event.</w:t>
      </w:r>
    </w:p>
    <w:p>
      <w:pPr>
        <w:pStyle w:val="ListBullet"/>
      </w:pPr>
      <w:r>
        <w:t>Once the event is over, the nervous system gradually settles.</w:t>
      </w:r>
    </w:p>
    <w:p>
      <w:pPr>
        <w:pStyle w:val="ListBullet"/>
      </w:pPr>
      <w:r>
        <w:t>The body returns toward its normal baseline.</w:t>
      </w:r>
    </w:p>
    <w:p>
      <w:pPr>
        <w:pStyle w:val="ListBullet"/>
      </w:pPr>
      <w:r>
        <w:t>Acute stress is not always harmful.</w:t>
      </w:r>
    </w:p>
    <w:p>
      <w:r>
        <w:t>In fact, it can improve performance, increase focus, and help us respond effectively during challenging situations.</w:t>
      </w:r>
    </w:p>
    <w:p>
      <w:pPr>
        <w:pStyle w:val="Heading3"/>
      </w:pPr>
      <w:r>
        <w:t>Chronic Stress</w:t>
      </w:r>
    </w:p>
    <w:p>
      <w:r>
        <w:t>Chronic stress occurs when the nervous system remains activated for prolonged periods.</w:t>
      </w:r>
    </w:p>
    <w:p>
      <w:r>
        <w:t>Instead of fully recovering, the body continues preparing for the next challenge.</w:t>
      </w:r>
    </w:p>
    <w:p>
      <w:r>
        <w:t>Common sources include:</w:t>
      </w:r>
    </w:p>
    <w:p>
      <w:pPr>
        <w:pStyle w:val="ListBullet"/>
      </w:pPr>
      <w:r>
        <w:t>Financial Pressure.</w:t>
      </w:r>
    </w:p>
    <w:p>
      <w:pPr>
        <w:pStyle w:val="ListBullet"/>
      </w:pPr>
      <w:r>
        <w:t>Caregiving Responsibilities.</w:t>
      </w:r>
    </w:p>
    <w:p>
      <w:pPr>
        <w:pStyle w:val="ListBullet"/>
      </w:pPr>
      <w:r>
        <w:t>Workplace Burnout.</w:t>
      </w:r>
    </w:p>
    <w:p>
      <w:pPr>
        <w:pStyle w:val="ListBullet"/>
      </w:pPr>
      <w:r>
        <w:t>Relationship Conflict.</w:t>
      </w:r>
    </w:p>
    <w:p>
      <w:pPr>
        <w:pStyle w:val="ListBullet"/>
      </w:pPr>
      <w:r>
        <w:t>Chronic Pain.</w:t>
      </w:r>
    </w:p>
    <w:p>
      <w:pPr>
        <w:pStyle w:val="ListBullet"/>
      </w:pPr>
      <w:r>
        <w:t>Poor Sleep.</w:t>
      </w:r>
    </w:p>
    <w:p>
      <w:pPr>
        <w:pStyle w:val="ListBullet"/>
      </w:pPr>
      <w:r>
        <w:t>Long Working Hours.</w:t>
      </w:r>
    </w:p>
    <w:p>
      <w:pPr>
        <w:pStyle w:val="ListBullet"/>
      </w:pPr>
      <w:r>
        <w:t>Health Concerns.</w:t>
      </w:r>
    </w:p>
    <w:p>
      <w:pPr>
        <w:pStyle w:val="ListBullet"/>
      </w:pPr>
      <w:r>
        <w:t>Information Overload.</w:t>
      </w:r>
    </w:p>
    <w:p>
      <w:pPr>
        <w:pStyle w:val="ListBullet"/>
      </w:pPr>
      <w:r>
        <w:t>Ongoing Uncertainty.</w:t>
      </w:r>
    </w:p>
    <w:p>
      <w:pPr>
        <w:pStyle w:val="ListBullet"/>
      </w:pPr>
      <w:r>
        <w:t>The stress response itself is not the problem.</w:t>
      </w:r>
    </w:p>
    <w:p>
      <w:pPr>
        <w:pStyle w:val="ListBullet"/>
      </w:pPr>
      <w:r>
        <w:t>The absence of recovery is.</w:t>
      </w:r>
    </w:p>
    <w:p>
      <w:pPr>
        <w:pStyle w:val="Heading3"/>
      </w:pPr>
      <w:r>
        <w:t>The Stress Bucket</w:t>
      </w:r>
    </w:p>
    <w:p>
      <w:r>
        <w:t>Imagine carrying a bucket.</w:t>
      </w:r>
    </w:p>
    <w:p>
      <w:r>
        <w:t>Every stressful experience adds water.</w:t>
      </w:r>
    </w:p>
    <w:p>
      <w:r>
        <w:t>Examples include:</w:t>
      </w:r>
    </w:p>
    <w:p>
      <w:pPr>
        <w:pStyle w:val="ListBullet"/>
      </w:pPr>
      <w:r>
        <w:t>Poor Sleep.</w:t>
      </w:r>
    </w:p>
    <w:p>
      <w:pPr>
        <w:pStyle w:val="ListBullet"/>
      </w:pPr>
      <w:r>
        <w:t>Work Deadlines.</w:t>
      </w:r>
    </w:p>
    <w:p>
      <w:pPr>
        <w:pStyle w:val="ListBullet"/>
      </w:pPr>
      <w:r>
        <w:t>Family Responsibilities.</w:t>
      </w:r>
    </w:p>
    <w:p>
      <w:pPr>
        <w:pStyle w:val="ListBullet"/>
      </w:pPr>
      <w:r>
        <w:t>Illness.</w:t>
      </w:r>
    </w:p>
    <w:p>
      <w:pPr>
        <w:pStyle w:val="ListBullet"/>
      </w:pPr>
      <w:r>
        <w:t>Financial Worry.</w:t>
      </w:r>
    </w:p>
    <w:p>
      <w:pPr>
        <w:pStyle w:val="ListBullet"/>
      </w:pPr>
      <w:r>
        <w:t>Emotional Conflict.</w:t>
      </w:r>
    </w:p>
    <w:p>
      <w:pPr>
        <w:pStyle w:val="ListBullet"/>
      </w:pPr>
      <w:r>
        <w:t>Excessive Screen Time.</w:t>
      </w:r>
    </w:p>
    <w:p>
      <w:pPr>
        <w:pStyle w:val="ListBullet"/>
      </w:pPr>
      <w:r>
        <w:t>Traffic.</w:t>
      </w:r>
    </w:p>
    <w:p>
      <w:pPr>
        <w:pStyle w:val="ListBullet"/>
      </w:pPr>
      <w:r>
        <w:t>Noise.</w:t>
      </w:r>
    </w:p>
    <w:p>
      <w:pPr>
        <w:pStyle w:val="ListBullet"/>
      </w:pPr>
      <w:r>
        <w:t>Loneliness.</w:t>
      </w:r>
    </w:p>
    <w:p>
      <w:pPr>
        <w:pStyle w:val="ListBullet"/>
      </w:pPr>
      <w:r>
        <w:t>Recovery activities slowly empty the bucket.</w:t>
      </w:r>
    </w:p>
    <w:p>
      <w:r>
        <w:t>Examples include:</w:t>
      </w:r>
    </w:p>
    <w:p>
      <w:pPr>
        <w:pStyle w:val="ListBullet"/>
      </w:pPr>
      <w:r>
        <w:t>Quality Sleep.</w:t>
      </w:r>
    </w:p>
    <w:p>
      <w:pPr>
        <w:pStyle w:val="ListBullet"/>
      </w:pPr>
      <w:r>
        <w:t>Healthy Nutrition.</w:t>
      </w:r>
    </w:p>
    <w:p>
      <w:pPr>
        <w:pStyle w:val="ListBullet"/>
      </w:pPr>
      <w:r>
        <w:t>Gentle Exercise.</w:t>
      </w:r>
    </w:p>
    <w:p>
      <w:pPr>
        <w:pStyle w:val="ListBullet"/>
      </w:pPr>
      <w:r>
        <w:t>Deep Breathing.</w:t>
      </w:r>
    </w:p>
    <w:p>
      <w:pPr>
        <w:pStyle w:val="ListBullet"/>
      </w:pPr>
      <w:r>
        <w:t>Time In Nature.</w:t>
      </w:r>
    </w:p>
    <w:p>
      <w:pPr>
        <w:pStyle w:val="ListBullet"/>
      </w:pPr>
      <w:r>
        <w:t>Positive Relationships.</w:t>
      </w:r>
    </w:p>
    <w:p>
      <w:pPr>
        <w:pStyle w:val="ListBullet"/>
      </w:pPr>
      <w:r>
        <w:t>Laughter.</w:t>
      </w:r>
    </w:p>
    <w:p>
      <w:pPr>
        <w:pStyle w:val="ListBullet"/>
      </w:pPr>
      <w:r>
        <w:t>Quiet Reflection.</w:t>
      </w:r>
    </w:p>
    <w:p>
      <w:pPr>
        <w:pStyle w:val="ListBullet"/>
      </w:pPr>
      <w:r>
        <w:t>Meaningful Rest.</w:t>
      </w:r>
    </w:p>
    <w:p>
      <w:pPr>
        <w:pStyle w:val="ListBullet"/>
      </w:pPr>
      <w:r>
        <w:t>If the bucket empties regularly, your nervous system remains resilient.</w:t>
      </w:r>
    </w:p>
    <w:p>
      <w:pPr>
        <w:pStyle w:val="ListBullet"/>
      </w:pPr>
      <w:r>
        <w:t>If the bucket continues to fill without sufficient recovery, it eventually overflows.</w:t>
      </w:r>
    </w:p>
    <w:p>
      <w:r>
        <w:t>That overflow often appears as:</w:t>
      </w:r>
    </w:p>
    <w:p>
      <w:pPr>
        <w:pStyle w:val="ListBullet"/>
      </w:pPr>
      <w:r>
        <w:t>Anxiety.</w:t>
      </w:r>
    </w:p>
    <w:p>
      <w:pPr>
        <w:pStyle w:val="ListBullet"/>
      </w:pPr>
      <w:r>
        <w:t>Exhaustion.</w:t>
      </w:r>
    </w:p>
    <w:p>
      <w:pPr>
        <w:pStyle w:val="ListBullet"/>
      </w:pPr>
      <w:r>
        <w:t>Irritability.</w:t>
      </w:r>
    </w:p>
    <w:p>
      <w:pPr>
        <w:pStyle w:val="ListBullet"/>
      </w:pPr>
      <w:r>
        <w:t>Poor Sleep.</w:t>
      </w:r>
    </w:p>
    <w:p>
      <w:pPr>
        <w:pStyle w:val="ListBullet"/>
      </w:pPr>
      <w:r>
        <w:t>Brain Fog.</w:t>
      </w:r>
    </w:p>
    <w:p>
      <w:pPr>
        <w:pStyle w:val="ListBullet"/>
      </w:pPr>
      <w:r>
        <w:t>Frequent Illness.</w:t>
      </w:r>
    </w:p>
    <w:p>
      <w:pPr>
        <w:pStyle w:val="ListBullet"/>
      </w:pPr>
      <w:r>
        <w:t>Emotional Reactivity.</w:t>
      </w:r>
    </w:p>
    <w:p>
      <w:pPr>
        <w:pStyle w:val="ListBullet"/>
      </w:pPr>
      <w:r>
        <w:t>The bucket did not overflow because of one difficult day.</w:t>
      </w:r>
    </w:p>
    <w:p>
      <w:pPr>
        <w:pStyle w:val="ListBullet"/>
      </w:pPr>
      <w:r>
        <w:t>It overflowed because recovery could not keep pace with accumulated stress.</w:t>
      </w:r>
    </w:p>
    <w:p>
      <w:pPr>
        <w:pStyle w:val="Heading3"/>
      </w:pPr>
      <w:r>
        <w:t>Stress Accumulates Quietly</w:t>
      </w:r>
    </w:p>
    <w:p>
      <w:r>
        <w:t>One reason chronic stress is difficult to recognize is that it develops gradually.</w:t>
      </w:r>
    </w:p>
    <w:p>
      <w:r>
        <w:t>Few people wake up one morning, suddenly overwhelmed.</w:t>
      </w:r>
    </w:p>
    <w:p>
      <w:r>
        <w:t>Instead, they slowly adapt.</w:t>
      </w:r>
    </w:p>
    <w:p>
      <w:r>
        <w:t>They begin saying things like:</w:t>
      </w:r>
    </w:p>
    <w:p>
      <w:pPr>
        <w:pStyle w:val="Heading3"/>
      </w:pPr>
      <w:r>
        <w:t>"I've Just Been Busy."</w:t>
      </w:r>
    </w:p>
    <w:p>
      <w:pPr>
        <w:pStyle w:val="Heading3"/>
      </w:pPr>
      <w:r>
        <w:t>"This Is A Temporary Season."</w:t>
      </w:r>
    </w:p>
    <w:p>
      <w:pPr>
        <w:pStyle w:val="Heading3"/>
      </w:pPr>
      <w:r>
        <w:t>"I'll Rest Later."</w:t>
      </w:r>
    </w:p>
    <w:p>
      <w:pPr>
        <w:pStyle w:val="Heading3"/>
      </w:pPr>
      <w:r>
        <w:t>"I Just Need To Push Through."</w:t>
      </w:r>
    </w:p>
    <w:p>
      <w:r>
        <w:t>Weeks pass.</w:t>
      </w:r>
    </w:p>
    <w:p>
      <w:r>
        <w:t>Then months.</w:t>
      </w:r>
    </w:p>
    <w:p>
      <w:r>
        <w:t>Eventually, what once felt exhausting begins feeling normal.</w:t>
      </w:r>
    </w:p>
    <w:p>
      <w:r>
        <w:t>Unfortunately, the nervous system continues carrying the physiological burden.</w:t>
      </w:r>
    </w:p>
    <w:p>
      <w:pPr>
        <w:pStyle w:val="Heading3"/>
      </w:pPr>
      <w:r>
        <w:rPr>
          <w:b/>
        </w:rPr>
        <w:t>RN Insight</w:t>
      </w:r>
    </w:p>
    <w:p>
      <w:pPr>
        <w:pStyle w:val="Quote"/>
      </w:pPr>
      <w:r>
        <w:rPr>
          <w:i/>
        </w:rPr>
        <w:t>In healthcare, we sometimes see patients who have been functioning under enormous stress for years. They have continued working, caring for family members, attending appointments, and meeting responsibilities. From the outside, they appear to be managing well.</w:t>
      </w:r>
    </w:p>
    <w:p>
      <w:pPr>
        <w:pStyle w:val="Quote"/>
      </w:pPr>
      <w:r>
        <w:rPr>
          <w:i/>
        </w:rPr>
        <w:t>Then one additional challenge occurs—a minor illness, an unexpected family issue, or a difficult week at work—and suddenly they feel as though everything has fallen apart.</w:t>
      </w:r>
    </w:p>
    <w:p>
      <w:pPr>
        <w:pStyle w:val="Quote"/>
      </w:pPr>
      <w:r>
        <w:rPr>
          <w:i/>
        </w:rPr>
        <w:t>People often describe this as "the last straw."</w:t>
      </w:r>
    </w:p>
    <w:p>
      <w:pPr>
        <w:pStyle w:val="Quote"/>
      </w:pPr>
      <w:r>
        <w:rPr>
          <w:i/>
        </w:rPr>
        <w:t>In reality, it is usually the result of accumulated physiological stress rather than one isolated event.</w:t>
      </w:r>
    </w:p>
    <w:p>
      <w:pPr>
        <w:pStyle w:val="Heading3"/>
      </w:pPr>
      <w:r>
        <w:t>Why Recovery Becomes Harder</w:t>
      </w:r>
    </w:p>
    <w:p>
      <w:r>
        <w:t>As chronic stress continues, the nervous system becomes increasingly efficient at detecting possible threats.</w:t>
      </w:r>
    </w:p>
    <w:p>
      <w:r>
        <w:t>Unfortunately, it may become less efficient at recognizing safety.</w:t>
      </w:r>
    </w:p>
    <w:p>
      <w:r>
        <w:t>You may notice:</w:t>
      </w:r>
    </w:p>
    <w:p>
      <w:pPr>
        <w:pStyle w:val="ListBullet"/>
      </w:pPr>
      <w:r>
        <w:t>Difficulty Relaxing.</w:t>
      </w:r>
    </w:p>
    <w:p>
      <w:pPr>
        <w:pStyle w:val="ListBullet"/>
      </w:pPr>
      <w:r>
        <w:t>Trouble Falling Asleep.</w:t>
      </w:r>
    </w:p>
    <w:p>
      <w:pPr>
        <w:pStyle w:val="ListBullet"/>
      </w:pPr>
      <w:r>
        <w:t>Feeling Restless During Quiet Moments.</w:t>
      </w:r>
    </w:p>
    <w:p>
      <w:pPr>
        <w:pStyle w:val="ListBullet"/>
      </w:pPr>
      <w:r>
        <w:t>Constant Mental Activity.</w:t>
      </w:r>
    </w:p>
    <w:p>
      <w:pPr>
        <w:pStyle w:val="ListBullet"/>
      </w:pPr>
      <w:r>
        <w:t>Worry Even During Vacations.</w:t>
      </w:r>
    </w:p>
    <w:p>
      <w:pPr>
        <w:pStyle w:val="ListBullet"/>
      </w:pPr>
      <w:r>
        <w:t>Feeling Guilty While Resting.</w:t>
      </w:r>
    </w:p>
    <w:p>
      <w:pPr>
        <w:pStyle w:val="ListBullet"/>
      </w:pPr>
      <w:r>
        <w:t>These experiences do not necessarily mean your body has forgotten how to relax.</w:t>
      </w:r>
    </w:p>
    <w:p>
      <w:pPr>
        <w:pStyle w:val="ListBullet"/>
      </w:pPr>
      <w:r>
        <w:t>Rather, it has become accustomed to remaining alert.</w:t>
      </w:r>
    </w:p>
    <w:p>
      <w:pPr>
        <w:pStyle w:val="ListBullet"/>
      </w:pPr>
      <w:r>
        <w:t>Recovery begins to feel unfamiliar.</w:t>
      </w:r>
    </w:p>
    <w:p>
      <w:pPr>
        <w:pStyle w:val="Heading3"/>
      </w:pPr>
      <w:r>
        <w:t>The Cost Of Constant Readiness</w:t>
      </w:r>
    </w:p>
    <w:p>
      <w:r>
        <w:t>Imagine driving a car while keeping one foot lightly on the accelerator all day.</w:t>
      </w:r>
    </w:p>
    <w:p>
      <w:r>
        <w:t>The engine continues running harder than necessary.</w:t>
      </w:r>
    </w:p>
    <w:p>
      <w:r>
        <w:t>Fuel is consumed more quickly.</w:t>
      </w:r>
    </w:p>
    <w:p>
      <w:r>
        <w:t>Mechanical wear gradually increases.</w:t>
      </w:r>
    </w:p>
    <w:p>
      <w:r>
        <w:t>The same principle applies to the human body.</w:t>
      </w:r>
    </w:p>
    <w:p>
      <w:r>
        <w:t>When the nervous system remains continuously activated:</w:t>
      </w:r>
    </w:p>
    <w:p>
      <w:pPr>
        <w:pStyle w:val="ListBullet"/>
      </w:pPr>
      <w:r>
        <w:t>Muscles Stay Tight.</w:t>
      </w:r>
    </w:p>
    <w:p>
      <w:pPr>
        <w:pStyle w:val="ListBullet"/>
      </w:pPr>
      <w:r>
        <w:t>Breathing Becomes Shallower.</w:t>
      </w:r>
    </w:p>
    <w:p>
      <w:pPr>
        <w:pStyle w:val="ListBullet"/>
      </w:pPr>
      <w:r>
        <w:t>Heart Rate May Remain Elevated.</w:t>
      </w:r>
    </w:p>
    <w:p>
      <w:pPr>
        <w:pStyle w:val="ListBullet"/>
      </w:pPr>
      <w:r>
        <w:t>Sleep Quality Declines.</w:t>
      </w:r>
    </w:p>
    <w:p>
      <w:pPr>
        <w:pStyle w:val="ListBullet"/>
      </w:pPr>
      <w:r>
        <w:t>Digestion May Become Less Efficient.</w:t>
      </w:r>
    </w:p>
    <w:p>
      <w:pPr>
        <w:pStyle w:val="ListBullet"/>
      </w:pPr>
      <w:r>
        <w:t>Mental Fatigue Increases.</w:t>
      </w:r>
    </w:p>
    <w:p>
      <w:pPr>
        <w:pStyle w:val="ListBullet"/>
      </w:pPr>
      <w:r>
        <w:t>Emotional Resilience Decreases.</w:t>
      </w:r>
    </w:p>
    <w:p>
      <w:r>
        <w:t>These changes often occur gradually enough that people accept them as normal aging or simply part of adulthood.</w:t>
      </w:r>
    </w:p>
    <w:p>
      <w:pPr>
        <w:pStyle w:val="Heading3"/>
      </w:pPr>
      <w:r>
        <w:t>High Functioning Does Not Mean Well Regulated</w:t>
      </w:r>
    </w:p>
    <w:p>
      <w:r>
        <w:t>One of the greatest misconceptions about stress is that productivity equals health.</w:t>
      </w:r>
    </w:p>
    <w:p>
      <w:r>
        <w:t>Many people continue functioning at remarkably high levels while their nervous systems remain chronically activated.</w:t>
      </w:r>
    </w:p>
    <w:p>
      <w:r>
        <w:t>They:</w:t>
      </w:r>
    </w:p>
    <w:p>
      <w:pPr>
        <w:pStyle w:val="ListBullet"/>
      </w:pPr>
      <w:r>
        <w:t>Meet Deadlines.</w:t>
      </w:r>
    </w:p>
    <w:p>
      <w:pPr>
        <w:pStyle w:val="ListBullet"/>
      </w:pPr>
      <w:r>
        <w:t>Care For Others.</w:t>
      </w:r>
    </w:p>
    <w:p>
      <w:pPr>
        <w:pStyle w:val="ListBullet"/>
      </w:pPr>
      <w:r>
        <w:t>Manage Households.</w:t>
      </w:r>
    </w:p>
    <w:p>
      <w:pPr>
        <w:pStyle w:val="ListBullet"/>
      </w:pPr>
      <w:r>
        <w:t>Attend Meetings.</w:t>
      </w:r>
    </w:p>
    <w:p>
      <w:pPr>
        <w:pStyle w:val="ListBullet"/>
      </w:pPr>
      <w:r>
        <w:t>Volunteer.</w:t>
      </w:r>
    </w:p>
    <w:p>
      <w:pPr>
        <w:pStyle w:val="ListBullet"/>
      </w:pPr>
      <w:r>
        <w:t>Exercise.</w:t>
      </w:r>
    </w:p>
    <w:p>
      <w:pPr>
        <w:pStyle w:val="ListBullet"/>
      </w:pPr>
      <w:r>
        <w:t>Appear Calm.</w:t>
      </w:r>
    </w:p>
    <w:p>
      <w:r>
        <w:t>Yet internally they may experience:</w:t>
      </w:r>
    </w:p>
    <w:p>
      <w:pPr>
        <w:pStyle w:val="ListBullet"/>
      </w:pPr>
      <w:r>
        <w:t>Constant Fatigue.</w:t>
      </w:r>
    </w:p>
    <w:p>
      <w:pPr>
        <w:pStyle w:val="ListBullet"/>
      </w:pPr>
      <w:r>
        <w:t>Emotional Exhaustion.</w:t>
      </w:r>
    </w:p>
    <w:p>
      <w:pPr>
        <w:pStyle w:val="ListBullet"/>
      </w:pPr>
      <w:r>
        <w:t>Poor Sleep.</w:t>
      </w:r>
    </w:p>
    <w:p>
      <w:pPr>
        <w:pStyle w:val="ListBullet"/>
      </w:pPr>
      <w:r>
        <w:t>Brain Fog.</w:t>
      </w:r>
    </w:p>
    <w:p>
      <w:pPr>
        <w:pStyle w:val="ListBullet"/>
      </w:pPr>
      <w:r>
        <w:t>Irritability.</w:t>
      </w:r>
    </w:p>
    <w:p>
      <w:pPr>
        <w:pStyle w:val="ListBullet"/>
      </w:pPr>
      <w:r>
        <w:t>Digestive Problems.</w:t>
      </w:r>
    </w:p>
    <w:p>
      <w:pPr>
        <w:pStyle w:val="ListBullet"/>
      </w:pPr>
      <w:r>
        <w:t>Difficulty Feeling Joy.</w:t>
      </w:r>
    </w:p>
    <w:p>
      <w:pPr>
        <w:pStyle w:val="ListBullet"/>
      </w:pPr>
      <w:r>
        <w:t>Functioning and thriving are not the same thing.</w:t>
      </w:r>
    </w:p>
    <w:p>
      <w:r>
        <w:t>Your ability to continue performing responsibilities does not necessarily reflect the state of your nervous system.</w:t>
      </w:r>
    </w:p>
    <w:p>
      <w:pPr>
        <w:pStyle w:val="Heading3"/>
      </w:pPr>
      <w:r>
        <w:t>The Body Begins Conserving Energy</w:t>
      </w:r>
    </w:p>
    <w:p>
      <w:r>
        <w:t>When stress persists, the body begins making adjustments.</w:t>
      </w:r>
    </w:p>
    <w:p>
      <w:r>
        <w:t>Instead of expecting immediate recovery, it starts conserving resources.</w:t>
      </w:r>
    </w:p>
    <w:p>
      <w:r>
        <w:t>You may notice:</w:t>
      </w:r>
    </w:p>
    <w:p>
      <w:pPr>
        <w:pStyle w:val="ListBullet"/>
      </w:pPr>
      <w:r>
        <w:t>Reduced Motivation.</w:t>
      </w:r>
    </w:p>
    <w:p>
      <w:pPr>
        <w:pStyle w:val="ListBullet"/>
      </w:pPr>
      <w:r>
        <w:t>Lower Physical Stamina.</w:t>
      </w:r>
    </w:p>
    <w:p>
      <w:pPr>
        <w:pStyle w:val="ListBullet"/>
      </w:pPr>
      <w:r>
        <w:t>Increased Need For Rest.</w:t>
      </w:r>
    </w:p>
    <w:p>
      <w:pPr>
        <w:pStyle w:val="ListBullet"/>
      </w:pPr>
      <w:r>
        <w:t>Difficulty Concentrating.</w:t>
      </w:r>
    </w:p>
    <w:p>
      <w:pPr>
        <w:pStyle w:val="ListBullet"/>
      </w:pPr>
      <w:r>
        <w:t>Feeling Emotionally Flat.</w:t>
      </w:r>
    </w:p>
    <w:p>
      <w:pPr>
        <w:pStyle w:val="ListBullet"/>
      </w:pPr>
      <w:r>
        <w:t>Less Interest In Activities You Once Enjoyed.</w:t>
      </w:r>
    </w:p>
    <w:p>
      <w:pPr>
        <w:pStyle w:val="ListBullet"/>
      </w:pPr>
      <w:r>
        <w:t>Many people interpret these changes as personal failure.</w:t>
      </w:r>
    </w:p>
    <w:p>
      <w:pPr>
        <w:pStyle w:val="ListBullet"/>
      </w:pPr>
      <w:r>
        <w:t>In reality, the body may simply be attempting to protect itself from further depletion.</w:t>
      </w:r>
    </w:p>
    <w:p>
      <w:pPr>
        <w:pStyle w:val="Heading3"/>
      </w:pPr>
      <w:r>
        <w:t>Why Small Stressors Suddenly Feel Huge</w:t>
      </w:r>
    </w:p>
    <w:p>
      <w:r>
        <w:t>One common question people ask is:</w:t>
      </w:r>
    </w:p>
    <w:p>
      <w:pPr>
        <w:pStyle w:val="Heading3"/>
      </w:pPr>
      <w:r>
        <w:t>"Why Am I So Sensitive Lately?"</w:t>
      </w:r>
    </w:p>
    <w:p>
      <w:r>
        <w:t>The answer often lies in the accumulated load on the nervous system.</w:t>
      </w:r>
    </w:p>
    <w:p>
      <w:r>
        <w:t>Imagine carrying a heavy backpack all day.</w:t>
      </w:r>
    </w:p>
    <w:p>
      <w:r>
        <w:t>Adding one more book may feel unbearable.</w:t>
      </w:r>
    </w:p>
    <w:p>
      <w:r>
        <w:t>The book itself is not particularly heavy.</w:t>
      </w:r>
    </w:p>
    <w:p>
      <w:r>
        <w:t>The problem is that everything is already inside the backpack.</w:t>
      </w:r>
    </w:p>
    <w:p>
      <w:r>
        <w:t>Similarly, when the nervous system has been under prolonged stress, even minor inconveniences can produce surprisingly intense emotional or physical reactions.</w:t>
      </w:r>
    </w:p>
    <w:p>
      <w:r>
        <w:t>The nervous system is not reacting only to today's challenge.</w:t>
      </w:r>
    </w:p>
    <w:p>
      <w:r>
        <w:t>It is reacting to everything it has not yet recovered from.</w:t>
      </w:r>
    </w:p>
    <w:p>
      <w:pPr>
        <w:pStyle w:val="Heading3"/>
      </w:pPr>
      <w:r>
        <w:rPr>
          <w:b/>
        </w:rPr>
        <w:t>Bedside Example</w:t>
      </w:r>
    </w:p>
    <w:p>
      <w:pPr>
        <w:pStyle w:val="Quote"/>
      </w:pPr>
      <w:r>
        <w:rPr>
          <w:i/>
        </w:rPr>
        <w:t>A woman recovering from surgery became tearful when her breakfast tray arrived later than expected. She apologized repeatedly, saying, "I don't Normally Cry Over Things Like This."</w:t>
      </w:r>
    </w:p>
    <w:p>
      <w:pPr>
        <w:pStyle w:val="Quote"/>
      </w:pPr>
      <w:r>
        <w:rPr>
          <w:i/>
        </w:rPr>
        <w:t>As we talked, it became clear that the delayed meal was not the true cause of her emotional response. She had experienced weeks of pain before surgery, several sleepless nights in the hospital, concern about her recovery, and worry about responsibilities waiting for her at home.</w:t>
      </w:r>
    </w:p>
    <w:p>
      <w:pPr>
        <w:pStyle w:val="Quote"/>
      </w:pPr>
      <w:r>
        <w:rPr>
          <w:i/>
        </w:rPr>
        <w:t>The late breakfast arrived just as her emotional reserves were already depleted.</w:t>
      </w:r>
    </w:p>
    <w:p>
      <w:pPr>
        <w:pStyle w:val="Quote"/>
      </w:pPr>
      <w:r>
        <w:rPr>
          <w:i/>
        </w:rPr>
        <w:t>This is something healthcare professionals witness often. Small events can trigger large reactions when the nervous system has been carrying a heavy burden for an extended period.</w:t>
      </w:r>
    </w:p>
    <w:p>
      <w:pPr>
        <w:pStyle w:val="Heading3"/>
      </w:pPr>
      <w:r>
        <w:t>Recovery Is An Active Biological Process</w:t>
      </w:r>
    </w:p>
    <w:p>
      <w:r>
        <w:t>Many people believe recovery simply means doing nothing.</w:t>
      </w:r>
    </w:p>
    <w:p>
      <w:r>
        <w:t>True recovery is much more than inactivity.</w:t>
      </w:r>
    </w:p>
    <w:p>
      <w:r>
        <w:t>Recovery is the process through which the body restores balance.</w:t>
      </w:r>
    </w:p>
    <w:p>
      <w:r>
        <w:t>Effective recovery supports:</w:t>
      </w:r>
    </w:p>
    <w:p>
      <w:pPr>
        <w:pStyle w:val="ListBullet"/>
      </w:pPr>
      <w:r>
        <w:t>Hormonal Regulation.</w:t>
      </w:r>
    </w:p>
    <w:p>
      <w:pPr>
        <w:pStyle w:val="ListBullet"/>
      </w:pPr>
      <w:r>
        <w:t>Tissue Repair.</w:t>
      </w:r>
    </w:p>
    <w:p>
      <w:pPr>
        <w:pStyle w:val="ListBullet"/>
      </w:pPr>
      <w:r>
        <w:t>Emotional Processing.</w:t>
      </w:r>
    </w:p>
    <w:p>
      <w:pPr>
        <w:pStyle w:val="ListBullet"/>
      </w:pPr>
      <w:r>
        <w:t>Memory Formation.</w:t>
      </w:r>
    </w:p>
    <w:p>
      <w:pPr>
        <w:pStyle w:val="ListBullet"/>
      </w:pPr>
      <w:r>
        <w:t>Immune Function.</w:t>
      </w:r>
    </w:p>
    <w:p>
      <w:pPr>
        <w:pStyle w:val="ListBullet"/>
      </w:pPr>
      <w:r>
        <w:t>Energy Restoration.</w:t>
      </w:r>
    </w:p>
    <w:p>
      <w:pPr>
        <w:pStyle w:val="ListBullet"/>
      </w:pPr>
      <w:r>
        <w:t>Nervous System Regulation.</w:t>
      </w:r>
    </w:p>
    <w:p>
      <w:pPr>
        <w:pStyle w:val="ListBullet"/>
      </w:pPr>
      <w:r>
        <w:t>Simply sitting still while continuing to worry is not the same as genuine recovery.</w:t>
      </w:r>
    </w:p>
    <w:p>
      <w:pPr>
        <w:pStyle w:val="ListBullet"/>
      </w:pPr>
      <w:r>
        <w:t>The body needs repeated experiences that communicate safety.</w:t>
      </w:r>
    </w:p>
    <w:p>
      <w:pPr>
        <w:pStyle w:val="Heading3"/>
      </w:pPr>
      <w:r>
        <w:t>The Nervous System Needs Permission To Recover</w:t>
      </w:r>
    </w:p>
    <w:p>
      <w:r>
        <w:t>One of the greatest obstacles to healing is the belief that rest must always be earned.</w:t>
      </w:r>
    </w:p>
    <w:p>
      <w:r>
        <w:t>Many people have learned messages such as:</w:t>
      </w:r>
    </w:p>
    <w:p>
      <w:pPr>
        <w:pStyle w:val="ListBullet"/>
      </w:pPr>
      <w:r>
        <w:t>"Keep Pushing."</w:t>
      </w:r>
    </w:p>
    <w:p>
      <w:pPr>
        <w:pStyle w:val="ListBullet"/>
      </w:pPr>
      <w:r>
        <w:t>"Don't Be Lazy."</w:t>
      </w:r>
    </w:p>
    <w:p>
      <w:pPr>
        <w:pStyle w:val="ListBullet"/>
      </w:pPr>
      <w:r>
        <w:t>"Stay Productive."</w:t>
      </w:r>
    </w:p>
    <w:p>
      <w:pPr>
        <w:pStyle w:val="ListBullet"/>
      </w:pPr>
      <w:r>
        <w:t>"Rest Later."</w:t>
      </w:r>
    </w:p>
    <w:p>
      <w:pPr>
        <w:pStyle w:val="ListBullet"/>
      </w:pPr>
      <w:r>
        <w:t>"Other People Need You More."</w:t>
      </w:r>
    </w:p>
    <w:p>
      <w:r>
        <w:t>While responsibility is an important part of life, a nervous system that never receives permission to recover eventually struggles to maintain health.</w:t>
      </w:r>
    </w:p>
    <w:p>
      <w:r>
        <w:t>Recovery is not avoidance.</w:t>
      </w:r>
    </w:p>
    <w:p>
      <w:r>
        <w:t>Recovery is preparation.</w:t>
      </w:r>
    </w:p>
    <w:p>
      <w:r>
        <w:t>Just as athletes schedule recovery between intense training sessions, the nervous system requires periods of restoration to function well over the long term.</w:t>
      </w:r>
    </w:p>
    <w:p>
      <w:pPr>
        <w:pStyle w:val="Heading3"/>
      </w:pPr>
      <w:r>
        <w:t>Small Recovery Moments Matter</w:t>
      </w:r>
    </w:p>
    <w:p>
      <w:r>
        <w:t>Fortunately, recovery does not always require extended vacations or major lifestyle changes.</w:t>
      </w:r>
    </w:p>
    <w:p>
      <w:r>
        <w:t>Small moments repeated consistently can gradually reduce nervous system load.</w:t>
      </w:r>
    </w:p>
    <w:p>
      <w:r>
        <w:t>Examples include:</w:t>
      </w:r>
    </w:p>
    <w:p>
      <w:pPr>
        <w:pStyle w:val="ListBullet"/>
      </w:pPr>
      <w:r>
        <w:t>Five Minutes Of Slow Breathing.</w:t>
      </w:r>
    </w:p>
    <w:p>
      <w:pPr>
        <w:pStyle w:val="ListBullet"/>
      </w:pPr>
      <w:r>
        <w:t>A Short Walk Outdoors.</w:t>
      </w:r>
    </w:p>
    <w:p>
      <w:pPr>
        <w:pStyle w:val="ListBullet"/>
      </w:pPr>
      <w:r>
        <w:t>Stretching Between Meetings.</w:t>
      </w:r>
    </w:p>
    <w:p>
      <w:pPr>
        <w:pStyle w:val="ListBullet"/>
      </w:pPr>
      <w:r>
        <w:t>Drinking Water Mindfully.</w:t>
      </w:r>
    </w:p>
    <w:p>
      <w:pPr>
        <w:pStyle w:val="ListBullet"/>
      </w:pPr>
      <w:r>
        <w:t>Eating Without Multitasking.</w:t>
      </w:r>
    </w:p>
    <w:p>
      <w:pPr>
        <w:pStyle w:val="ListBullet"/>
      </w:pPr>
      <w:r>
        <w:t>Stepping Away From Screens.</w:t>
      </w:r>
    </w:p>
    <w:p>
      <w:pPr>
        <w:pStyle w:val="ListBullet"/>
      </w:pPr>
      <w:r>
        <w:t>Connecting With A Trusted Friend.</w:t>
      </w:r>
    </w:p>
    <w:p>
      <w:pPr>
        <w:pStyle w:val="ListBullet"/>
      </w:pPr>
      <w:r>
        <w:t>Spending Time In Natural Light.</w:t>
      </w:r>
    </w:p>
    <w:p>
      <w:pPr>
        <w:pStyle w:val="ListBullet"/>
      </w:pPr>
      <w:r>
        <w:t>Practicing Gratitude Before Bed.</w:t>
      </w:r>
    </w:p>
    <w:p>
      <w:r>
        <w:t>Each of these experiences sends small but meaningful signals that help the nervous system recognize that immediate danger has passed.</w:t>
      </w:r>
    </w:p>
    <w:p>
      <w:pPr>
        <w:pStyle w:val="Heading3"/>
      </w:pPr>
      <w:r>
        <w:t>The Body Wants To Heal</w:t>
      </w:r>
    </w:p>
    <w:p>
      <w:r>
        <w:t>Perhaps the most encouraging truth about chronic stress is this:</w:t>
      </w:r>
    </w:p>
    <w:p>
      <w:pPr>
        <w:pStyle w:val="ListBullet"/>
      </w:pPr>
      <w:r>
        <w:t>Your nervous system was designed to adapt.</w:t>
      </w:r>
    </w:p>
    <w:p>
      <w:pPr>
        <w:pStyle w:val="ListBullet"/>
      </w:pPr>
      <w:r>
        <w:t>That means it is adapted to prolonged stress.</w:t>
      </w:r>
    </w:p>
    <w:p>
      <w:pPr>
        <w:pStyle w:val="ListBullet"/>
      </w:pPr>
      <w:r>
        <w:t>It also means it can adapt to repeated experiences of safety.</w:t>
      </w:r>
    </w:p>
    <w:p>
      <w:pPr>
        <w:pStyle w:val="ListBullet"/>
      </w:pPr>
      <w:r>
        <w:t>Healing rarely happens overnight.</w:t>
      </w:r>
    </w:p>
    <w:p>
      <w:pPr>
        <w:pStyle w:val="ListBullet"/>
      </w:pPr>
      <w:r>
        <w:t>The nervous system learns through repetition.</w:t>
      </w:r>
    </w:p>
    <w:p>
      <w:pPr>
        <w:pStyle w:val="ListBullet"/>
      </w:pPr>
      <w:r>
        <w:t>Every healthy meal.</w:t>
      </w:r>
    </w:p>
    <w:p>
      <w:pPr>
        <w:pStyle w:val="ListBullet"/>
      </w:pPr>
      <w:r>
        <w:t>Every full night's sleep.</w:t>
      </w:r>
    </w:p>
    <w:p>
      <w:pPr>
        <w:pStyle w:val="ListBullet"/>
      </w:pPr>
      <w:r>
        <w:t>Every calm conversation.</w:t>
      </w:r>
    </w:p>
    <w:p>
      <w:pPr>
        <w:pStyle w:val="ListBullet"/>
      </w:pPr>
      <w:r>
        <w:t>Every breathing exercise.</w:t>
      </w:r>
    </w:p>
    <w:p>
      <w:pPr>
        <w:pStyle w:val="ListBullet"/>
      </w:pPr>
      <w:r>
        <w:t>Every quiet walk.</w:t>
      </w:r>
    </w:p>
    <w:p>
      <w:pPr>
        <w:pStyle w:val="ListBullet"/>
      </w:pPr>
      <w:r>
        <w:t>Every healthy boundary.</w:t>
      </w:r>
    </w:p>
    <w:p>
      <w:pPr>
        <w:pStyle w:val="ListBullet"/>
      </w:pPr>
      <w:r>
        <w:t>These moments gradually teach the body a new pattern.</w:t>
      </w:r>
    </w:p>
    <w:p>
      <w:pPr>
        <w:pStyle w:val="Heading3"/>
      </w:pPr>
      <w:r>
        <w:t>Key Takeaways</w:t>
      </w:r>
    </w:p>
    <w:p>
      <w:pPr>
        <w:pStyle w:val="ListBullet"/>
      </w:pPr>
      <w:r>
        <w:t>Acute Stress Is Temporary And Followed By Recovery.</w:t>
      </w:r>
    </w:p>
    <w:p>
      <w:pPr>
        <w:pStyle w:val="ListBullet"/>
      </w:pPr>
      <w:r>
        <w:t>Chronic Stress Develops When Recovery Cannot Keep Pace With Ongoing Demands.</w:t>
      </w:r>
    </w:p>
    <w:p>
      <w:pPr>
        <w:pStyle w:val="ListBullet"/>
      </w:pPr>
      <w:r>
        <w:t>The Nervous System Gradually Adapts To Repeated Stress Until High Alert Feels Normal.</w:t>
      </w:r>
    </w:p>
    <w:p>
      <w:pPr>
        <w:pStyle w:val="ListBullet"/>
      </w:pPr>
      <w:r>
        <w:t>High Productivity Does Not Necessarily Mean A Healthy Or Well-Regulated Nervous System.</w:t>
      </w:r>
    </w:p>
    <w:p>
      <w:pPr>
        <w:pStyle w:val="ListBullet"/>
      </w:pPr>
      <w:r>
        <w:t>Small Stressors Often Feel Larger When Recovery Has Been Inadequate For An Extended Period.</w:t>
      </w:r>
    </w:p>
    <w:p>
      <w:pPr>
        <w:pStyle w:val="ListBullet"/>
      </w:pPr>
      <w:r>
        <w:t>Recovery Is An Active Biological Process That Supports Healing Throughout The Entire Body.</w:t>
      </w:r>
    </w:p>
    <w:p>
      <w:pPr>
        <w:pStyle w:val="ListBullet"/>
      </w:pPr>
      <w:r>
        <w:t>Consistent Daily Recovery Habits Can Gradually Reduce the Nervous System's Load and Improve Resilience.</w:t>
      </w:r>
    </w:p>
    <w:p>
      <w:pPr>
        <w:pStyle w:val="Heading3"/>
      </w:pPr>
      <w:r>
        <w:t>Chapter Reflection</w:t>
      </w:r>
    </w:p>
    <w:p>
      <w:r>
        <w:t>Before Moving Forward, Reflect On The Following Questions.</w:t>
      </w:r>
    </w:p>
    <w:p>
      <w:pPr>
        <w:pStyle w:val="ListBullet"/>
      </w:pPr>
      <w:r>
        <w:t>When Did I Last Experience Genuine Recovery Rather Than Simply Taking A Break?</w:t>
      </w:r>
    </w:p>
    <w:p>
      <w:pPr>
        <w:pStyle w:val="ListBullet"/>
      </w:pPr>
      <w:r>
        <w:t>Which Sources Of Stress Have Been Filling My "Stress Bucket" Recently?</w:t>
      </w:r>
    </w:p>
    <w:p>
      <w:pPr>
        <w:pStyle w:val="ListBullet"/>
      </w:pPr>
      <w:r>
        <w:t>What Signs Suggest My Nervous System May Be Carrying More Than It Can Comfortably Manage?</w:t>
      </w:r>
    </w:p>
    <w:p>
      <w:pPr>
        <w:pStyle w:val="ListBullet"/>
      </w:pPr>
      <w:r>
        <w:t>Do I Believe Rest Must Be Earned, Or Do I View It As A Necessary Part Of Health?</w:t>
      </w:r>
    </w:p>
    <w:p>
      <w:pPr>
        <w:pStyle w:val="ListBullet"/>
      </w:pPr>
      <w:r>
        <w:t>Which Small Recovery Practice Could I Begin Repeating Every Day?</w:t>
      </w:r>
    </w:p>
    <w:p>
      <w:r>
        <w:t>In the next chapter, we will explore what happens inside the body when stress becomes chronic. You will learn how prolonged nervous system activation influences hormones, inflammation, metabolism, immunity, and many of the physical symptoms that people often fail to connect with ongoing stress.</w:t>
      </w:r>
    </w:p>
    <w:p>
      <w:r>
        <w:br w:type="page"/>
      </w:r>
    </w:p>
    <w:p>
      <w:pPr>
        <w:pStyle w:val="Heading1"/>
        <w:jc w:val="center"/>
      </w:pPr>
      <w:r>
        <w:t>PART II - HOW CHRONIC STRESS CHANGES THE BODY</w:t>
      </w:r>
    </w:p>
    <w:p>
      <w:r>
        <w:br w:type="page"/>
      </w:r>
    </w:p>
    <w:p>
      <w:pPr>
        <w:pStyle w:val="Heading1"/>
        <w:jc w:val="center"/>
      </w:pPr>
      <w:r>
        <w:t>Chapter 5: The Biology of Being Stuck</w:t>
      </w:r>
    </w:p>
    <w:p>
      <w:pPr>
        <w:pStyle w:val="Quote"/>
      </w:pPr>
      <w:r>
        <w:rPr>
          <w:i/>
        </w:rPr>
        <w:t>"Your Nervous System Not Only Influences Your Thoughts. It Influences Nearly Every Major System In Your Body."</w:t>
      </w:r>
    </w:p>
    <w:p>
      <w:pPr>
        <w:pStyle w:val="Heading3"/>
      </w:pPr>
      <w:r>
        <w:t>Chapter Overview</w:t>
      </w:r>
    </w:p>
    <w:p>
      <w:r>
        <w:t xml:space="preserve">When people hear the words </w:t>
      </w:r>
      <w:r>
        <w:rPr>
          <w:b/>
        </w:rPr>
        <w:t>"chronic stress,"</w:t>
      </w:r>
      <w:r>
        <w:t xml:space="preserve"> they often imagine an emotional problem.</w:t>
      </w:r>
    </w:p>
    <w:p>
      <w:r>
        <w:t>They think about:</w:t>
      </w:r>
    </w:p>
    <w:p>
      <w:pPr>
        <w:pStyle w:val="ListBullet"/>
      </w:pPr>
      <w:r>
        <w:t>Feeling Worried.</w:t>
      </w:r>
    </w:p>
    <w:p>
      <w:pPr>
        <w:pStyle w:val="ListBullet"/>
      </w:pPr>
      <w:r>
        <w:t>Feeling Overwhelmed.</w:t>
      </w:r>
    </w:p>
    <w:p>
      <w:pPr>
        <w:pStyle w:val="ListBullet"/>
      </w:pPr>
      <w:r>
        <w:t>Feeling Irritable.</w:t>
      </w:r>
    </w:p>
    <w:p>
      <w:pPr>
        <w:pStyle w:val="ListBullet"/>
      </w:pPr>
      <w:r>
        <w:t>Feeling Anxious.</w:t>
      </w:r>
    </w:p>
    <w:p>
      <w:pPr>
        <w:pStyle w:val="ListBullet"/>
      </w:pPr>
      <w:r>
        <w:t>While these experiences are certainly important, chronic stress is much more than an emotional state.</w:t>
      </w:r>
    </w:p>
    <w:p>
      <w:pPr>
        <w:pStyle w:val="ListBullet"/>
      </w:pPr>
      <w:r>
        <w:t>It is a whole-body biological process.</w:t>
      </w:r>
    </w:p>
    <w:p>
      <w:r>
        <w:t>When your nervous system remains activated for weeks, months, or years, it affects far more than your mood.</w:t>
      </w:r>
    </w:p>
    <w:p>
      <w:r>
        <w:t>It can influence:</w:t>
      </w:r>
    </w:p>
    <w:p>
      <w:pPr>
        <w:pStyle w:val="ListBullet"/>
      </w:pPr>
      <w:r>
        <w:t>Hormones.</w:t>
      </w:r>
    </w:p>
    <w:p>
      <w:pPr>
        <w:pStyle w:val="ListBullet"/>
      </w:pPr>
      <w:r>
        <w:t>Heart Function.</w:t>
      </w:r>
    </w:p>
    <w:p>
      <w:pPr>
        <w:pStyle w:val="ListBullet"/>
      </w:pPr>
      <w:r>
        <w:t>Blood Pressure.</w:t>
      </w:r>
    </w:p>
    <w:p>
      <w:pPr>
        <w:pStyle w:val="ListBullet"/>
      </w:pPr>
      <w:r>
        <w:t>Digestion.</w:t>
      </w:r>
    </w:p>
    <w:p>
      <w:pPr>
        <w:pStyle w:val="ListBullet"/>
      </w:pPr>
      <w:r>
        <w:t>Sleep.</w:t>
      </w:r>
    </w:p>
    <w:p>
      <w:pPr>
        <w:pStyle w:val="ListBullet"/>
      </w:pPr>
      <w:r>
        <w:t>Immune Function.</w:t>
      </w:r>
    </w:p>
    <w:p>
      <w:pPr>
        <w:pStyle w:val="ListBullet"/>
      </w:pPr>
      <w:r>
        <w:t>Blood Sugar Regulation.</w:t>
      </w:r>
    </w:p>
    <w:p>
      <w:pPr>
        <w:pStyle w:val="ListBullet"/>
      </w:pPr>
      <w:r>
        <w:t>Muscle Tension.</w:t>
      </w:r>
    </w:p>
    <w:p>
      <w:pPr>
        <w:pStyle w:val="ListBullet"/>
      </w:pPr>
      <w:r>
        <w:t>Memory.</w:t>
      </w:r>
    </w:p>
    <w:p>
      <w:pPr>
        <w:pStyle w:val="ListBullet"/>
      </w:pPr>
      <w:r>
        <w:t>Energy Production.</w:t>
      </w:r>
    </w:p>
    <w:p>
      <w:pPr>
        <w:pStyle w:val="ListBullet"/>
      </w:pPr>
      <w:r>
        <w:t>Emotional Regulation.</w:t>
      </w:r>
    </w:p>
    <w:p>
      <w:r>
        <w:t>Understanding these biological changes can help explain why stress often produces symptoms throughout the entire body.</w:t>
      </w:r>
    </w:p>
    <w:p>
      <w:r>
        <w:t>This chapter explores what happens inside you when survival mode becomes your body's default operating system.</w:t>
      </w:r>
    </w:p>
    <w:p>
      <w:pPr>
        <w:pStyle w:val="Heading3"/>
      </w:pPr>
      <w:r>
        <w:t>Your Body Functions As One Integrated System</w:t>
      </w:r>
    </w:p>
    <w:p>
      <w:r>
        <w:t>Many people think of the body as a collection of separate parts.</w:t>
      </w:r>
    </w:p>
    <w:p>
      <w:r>
        <w:t>The brain controls thinking.</w:t>
      </w:r>
    </w:p>
    <w:p>
      <w:r>
        <w:t>The heart pumps blood.</w:t>
      </w:r>
    </w:p>
    <w:p>
      <w:r>
        <w:t>The stomach digests food.</w:t>
      </w:r>
    </w:p>
    <w:p>
      <w:r>
        <w:t>The muscles create movement.</w:t>
      </w:r>
    </w:p>
    <w:p>
      <w:r>
        <w:t>In reality, every major body system constantly communicates with the others.</w:t>
      </w:r>
    </w:p>
    <w:p>
      <w:r>
        <w:t>Your nervous system acts like the body's central communication network.</w:t>
      </w:r>
    </w:p>
    <w:p>
      <w:r>
        <w:t>When it detects safety, it sends signals that support:</w:t>
      </w:r>
    </w:p>
    <w:p>
      <w:pPr>
        <w:pStyle w:val="ListBullet"/>
      </w:pPr>
      <w:r>
        <w:t>Healing.</w:t>
      </w:r>
    </w:p>
    <w:p>
      <w:pPr>
        <w:pStyle w:val="ListBullet"/>
      </w:pPr>
      <w:r>
        <w:t>Growth.</w:t>
      </w:r>
    </w:p>
    <w:p>
      <w:pPr>
        <w:pStyle w:val="ListBullet"/>
      </w:pPr>
      <w:r>
        <w:t>Repair.</w:t>
      </w:r>
    </w:p>
    <w:p>
      <w:pPr>
        <w:pStyle w:val="ListBullet"/>
      </w:pPr>
      <w:r>
        <w:t>Digestion.</w:t>
      </w:r>
    </w:p>
    <w:p>
      <w:pPr>
        <w:pStyle w:val="ListBullet"/>
      </w:pPr>
      <w:r>
        <w:t>Sleep.</w:t>
      </w:r>
    </w:p>
    <w:p>
      <w:pPr>
        <w:pStyle w:val="ListBullet"/>
      </w:pPr>
      <w:r>
        <w:t>Learning.</w:t>
      </w:r>
    </w:p>
    <w:p>
      <w:pPr>
        <w:pStyle w:val="ListBullet"/>
      </w:pPr>
      <w:r>
        <w:t>Reproduction.</w:t>
      </w:r>
    </w:p>
    <w:p>
      <w:pPr>
        <w:pStyle w:val="ListBullet"/>
      </w:pPr>
      <w:r>
        <w:t>Healthy Immune Function.</w:t>
      </w:r>
    </w:p>
    <w:p>
      <w:pPr>
        <w:pStyle w:val="ListBullet"/>
      </w:pPr>
      <w:r>
        <w:t>When it detects danger, it sends a completely different set of instructions.</w:t>
      </w:r>
    </w:p>
    <w:p>
      <w:pPr>
        <w:pStyle w:val="ListBullet"/>
      </w:pPr>
      <w:r>
        <w:t>Those instructions prioritize survival.</w:t>
      </w:r>
    </w:p>
    <w:p>
      <w:pPr>
        <w:pStyle w:val="Heading3"/>
      </w:pPr>
      <w:r>
        <w:t>The Stress Response Begins Almost Instantly</w:t>
      </w:r>
    </w:p>
    <w:p>
      <w:r>
        <w:t>The moment your brain perceives a threat, multiple systems begin responding.</w:t>
      </w:r>
    </w:p>
    <w:p>
      <w:r>
        <w:t>Within seconds:</w:t>
      </w:r>
    </w:p>
    <w:p>
      <w:pPr>
        <w:pStyle w:val="ListBullet"/>
      </w:pPr>
      <w:r>
        <w:t>Stress Hormones Increase.</w:t>
      </w:r>
    </w:p>
    <w:p>
      <w:pPr>
        <w:pStyle w:val="ListBullet"/>
      </w:pPr>
      <w:r>
        <w:t>Heart Rate Rises.</w:t>
      </w:r>
    </w:p>
    <w:p>
      <w:pPr>
        <w:pStyle w:val="ListBullet"/>
      </w:pPr>
      <w:r>
        <w:t>Breathing Speeds Up.</w:t>
      </w:r>
    </w:p>
    <w:p>
      <w:pPr>
        <w:pStyle w:val="ListBullet"/>
      </w:pPr>
      <w:r>
        <w:t>Blood Flow Is Redirected Toward Muscles.</w:t>
      </w:r>
    </w:p>
    <w:p>
      <w:pPr>
        <w:pStyle w:val="ListBullet"/>
      </w:pPr>
      <w:r>
        <w:t>Digestion Slows.</w:t>
      </w:r>
    </w:p>
    <w:p>
      <w:pPr>
        <w:pStyle w:val="ListBullet"/>
      </w:pPr>
      <w:r>
        <w:t>Attention Narrows.</w:t>
      </w:r>
    </w:p>
    <w:p>
      <w:pPr>
        <w:pStyle w:val="ListBullet"/>
      </w:pPr>
      <w:r>
        <w:t>Muscles Tighten.</w:t>
      </w:r>
    </w:p>
    <w:p>
      <w:pPr>
        <w:pStyle w:val="ListBullet"/>
      </w:pPr>
      <w:r>
        <w:t>Energy Availability Increases.</w:t>
      </w:r>
    </w:p>
    <w:p>
      <w:pPr>
        <w:pStyle w:val="ListBullet"/>
      </w:pPr>
      <w:r>
        <w:t>These changes are not mistakes.</w:t>
      </w:r>
    </w:p>
    <w:p>
      <w:pPr>
        <w:pStyle w:val="ListBullet"/>
      </w:pPr>
      <w:r>
        <w:t>They are carefully coordinated biological responses designed to improve survival during short-term danger.</w:t>
      </w:r>
    </w:p>
    <w:p>
      <w:pPr>
        <w:pStyle w:val="ListBullet"/>
      </w:pPr>
      <w:r>
        <w:t>The problem develops when these responses remain activated long after the threat has passed.</w:t>
      </w:r>
    </w:p>
    <w:p>
      <w:pPr>
        <w:pStyle w:val="Heading3"/>
      </w:pPr>
      <w:r>
        <w:t>Understanding Stress Hormones</w:t>
      </w:r>
    </w:p>
    <w:p>
      <w:r>
        <w:t>Stress hormones are often portrayed as harmful.</w:t>
      </w:r>
    </w:p>
    <w:p>
      <w:r>
        <w:t>In reality, they are essential for life.</w:t>
      </w:r>
    </w:p>
    <w:p>
      <w:r>
        <w:t xml:space="preserve">One of the best-known stress hormones is </w:t>
      </w:r>
      <w:r>
        <w:rPr>
          <w:b/>
        </w:rPr>
        <w:t>cortisol</w:t>
      </w:r>
      <w:r>
        <w:t>.</w:t>
      </w:r>
    </w:p>
    <w:p>
      <w:r>
        <w:t>Cortisol helps:</w:t>
      </w:r>
    </w:p>
    <w:p>
      <w:pPr>
        <w:pStyle w:val="ListBullet"/>
      </w:pPr>
      <w:r>
        <w:t>Maintain Blood Sugar.</w:t>
      </w:r>
    </w:p>
    <w:p>
      <w:pPr>
        <w:pStyle w:val="ListBullet"/>
      </w:pPr>
      <w:r>
        <w:t>Regulate Blood Pressure.</w:t>
      </w:r>
    </w:p>
    <w:p>
      <w:pPr>
        <w:pStyle w:val="ListBullet"/>
      </w:pPr>
      <w:r>
        <w:t>Support Metabolism.</w:t>
      </w:r>
    </w:p>
    <w:p>
      <w:pPr>
        <w:pStyle w:val="ListBullet"/>
      </w:pPr>
      <w:r>
        <w:t>Reduce Excessive Inflammation.</w:t>
      </w:r>
    </w:p>
    <w:p>
      <w:pPr>
        <w:pStyle w:val="ListBullet"/>
      </w:pPr>
      <w:r>
        <w:t>Mobilize Energy During Stress.</w:t>
      </w:r>
    </w:p>
    <w:p>
      <w:pPr>
        <w:pStyle w:val="ListBullet"/>
      </w:pPr>
      <w:r>
        <w:t>Help The Body Wake In The Morning.</w:t>
      </w:r>
    </w:p>
    <w:p>
      <w:pPr>
        <w:pStyle w:val="ListBullet"/>
      </w:pPr>
      <w:r>
        <w:t>Without cortisol, the body could not function properly.</w:t>
      </w:r>
    </w:p>
    <w:p>
      <w:pPr>
        <w:pStyle w:val="ListBullet"/>
      </w:pPr>
      <w:r>
        <w:t>The issue is not cortisol itself.</w:t>
      </w:r>
    </w:p>
    <w:p>
      <w:pPr>
        <w:pStyle w:val="ListBullet"/>
      </w:pPr>
      <w:r>
        <w:t>The issue is prolonged activation of the systems that regulate it.</w:t>
      </w:r>
    </w:p>
    <w:p>
      <w:r>
        <w:t>When stress becomes chronic, the body's normal hormonal rhythms may become disrupted, contributing to fatigue, sleep difficulties, and changes in mood or energy.</w:t>
      </w:r>
    </w:p>
    <w:p>
      <w:pPr>
        <w:pStyle w:val="Heading3"/>
      </w:pPr>
      <w:r>
        <w:t>The Nervous System And Adrenal Activation</w:t>
      </w:r>
    </w:p>
    <w:p>
      <w:r>
        <w:t>You may have heard the phrase:</w:t>
      </w:r>
    </w:p>
    <w:p>
      <w:pPr>
        <w:pStyle w:val="Heading3"/>
      </w:pPr>
      <w:r>
        <w:t>"My Adrenal Glands Are Exhausted."</w:t>
      </w:r>
    </w:p>
    <w:p>
      <w:r>
        <w:t>Although this expression is common, it does not accurately describe a recognized medical diagnosis.</w:t>
      </w:r>
    </w:p>
    <w:p>
      <w:r>
        <w:t>People often experience the effects of prolonged stress on the body's stress-response systems.</w:t>
      </w:r>
    </w:p>
    <w:p>
      <w:r>
        <w:t>During chronic activation:</w:t>
      </w:r>
    </w:p>
    <w:p>
      <w:pPr>
        <w:pStyle w:val="ListBullet"/>
      </w:pPr>
      <w:r>
        <w:t>Stress Hormones May Remain Elevated Or Become Dysregulated.</w:t>
      </w:r>
    </w:p>
    <w:p>
      <w:pPr>
        <w:pStyle w:val="ListBullet"/>
      </w:pPr>
      <w:r>
        <w:t>Sleep Becomes Less Restorative.</w:t>
      </w:r>
    </w:p>
    <w:p>
      <w:pPr>
        <w:pStyle w:val="ListBullet"/>
      </w:pPr>
      <w:r>
        <w:t>Energy May Fluctuate.</w:t>
      </w:r>
    </w:p>
    <w:p>
      <w:pPr>
        <w:pStyle w:val="ListBullet"/>
      </w:pPr>
      <w:r>
        <w:t>Recovery Takes Longer.</w:t>
      </w:r>
    </w:p>
    <w:p>
      <w:pPr>
        <w:pStyle w:val="ListBullet"/>
      </w:pPr>
      <w:r>
        <w:t>Mental Fatigue Increases.</w:t>
      </w:r>
    </w:p>
    <w:p>
      <w:r>
        <w:t>Rather than thinking of the adrenal glands as "burning out," it is more accurate to understand that the body's stress-response network—including the brain, nervous system, hormones, and adrenal glands—may become less well regulated after prolonged stress.</w:t>
      </w:r>
    </w:p>
    <w:p>
      <w:pPr>
        <w:pStyle w:val="Heading3"/>
      </w:pPr>
      <w:r>
        <w:t>Blood Flow Changes During Survival Mode</w:t>
      </w:r>
    </w:p>
    <w:p>
      <w:r>
        <w:t>When danger appears, the body redistributes blood flow.</w:t>
      </w:r>
    </w:p>
    <w:p>
      <w:r>
        <w:t>More blood is directed toward:</w:t>
      </w:r>
    </w:p>
    <w:p>
      <w:pPr>
        <w:pStyle w:val="ListBullet"/>
      </w:pPr>
      <w:r>
        <w:t>Major Muscles.</w:t>
      </w:r>
    </w:p>
    <w:p>
      <w:pPr>
        <w:pStyle w:val="ListBullet"/>
      </w:pPr>
      <w:r>
        <w:t>Heart.</w:t>
      </w:r>
    </w:p>
    <w:p>
      <w:pPr>
        <w:pStyle w:val="ListBullet"/>
      </w:pPr>
      <w:r>
        <w:t>Lungs.</w:t>
      </w:r>
    </w:p>
    <w:p>
      <w:pPr>
        <w:pStyle w:val="ListBullet"/>
      </w:pPr>
      <w:r>
        <w:t>Brain Regions Involved In Survival.</w:t>
      </w:r>
    </w:p>
    <w:p>
      <w:r>
        <w:t>At the same time, less immediate priority is given to:</w:t>
      </w:r>
    </w:p>
    <w:p>
      <w:pPr>
        <w:pStyle w:val="ListBullet"/>
      </w:pPr>
      <w:r>
        <w:t>Digestion.</w:t>
      </w:r>
    </w:p>
    <w:p>
      <w:pPr>
        <w:pStyle w:val="ListBullet"/>
      </w:pPr>
      <w:r>
        <w:t>Reproductive Function.</w:t>
      </w:r>
    </w:p>
    <w:p>
      <w:pPr>
        <w:pStyle w:val="ListBullet"/>
      </w:pPr>
      <w:r>
        <w:t>Long-Term Tissue Repair.</w:t>
      </w:r>
    </w:p>
    <w:p>
      <w:pPr>
        <w:pStyle w:val="ListBullet"/>
      </w:pPr>
      <w:r>
        <w:t>This temporary shift is helpful during emergencies.</w:t>
      </w:r>
    </w:p>
    <w:p>
      <w:r>
        <w:t>However, if it continues for extended periods, some people may notice symptoms such as digestive discomfort, changes in appetite, or slower recovery from physical exertion.</w:t>
      </w:r>
    </w:p>
    <w:p>
      <w:pPr>
        <w:pStyle w:val="Heading3"/>
      </w:pPr>
      <w:r>
        <w:t>Muscle Tension Is Part Of Protection</w:t>
      </w:r>
    </w:p>
    <w:p>
      <w:r>
        <w:t>One of the most common physical signs of chronic stress is persistent muscle tension.</w:t>
      </w:r>
    </w:p>
    <w:p>
      <w:r>
        <w:t>Why?</w:t>
      </w:r>
    </w:p>
    <w:p>
      <w:r>
        <w:t>Because muscles prepare for action whenever the nervous system senses danger.</w:t>
      </w:r>
    </w:p>
    <w:p>
      <w:r>
        <w:t>Common areas include:</w:t>
      </w:r>
    </w:p>
    <w:p>
      <w:pPr>
        <w:pStyle w:val="ListBullet"/>
      </w:pPr>
      <w:r>
        <w:t>Jaw.</w:t>
      </w:r>
    </w:p>
    <w:p>
      <w:pPr>
        <w:pStyle w:val="ListBullet"/>
      </w:pPr>
      <w:r>
        <w:t>Neck.</w:t>
      </w:r>
    </w:p>
    <w:p>
      <w:pPr>
        <w:pStyle w:val="ListBullet"/>
      </w:pPr>
      <w:r>
        <w:t>Shoulders.</w:t>
      </w:r>
    </w:p>
    <w:p>
      <w:pPr>
        <w:pStyle w:val="ListBullet"/>
      </w:pPr>
      <w:r>
        <w:t>Upper Back.</w:t>
      </w:r>
    </w:p>
    <w:p>
      <w:pPr>
        <w:pStyle w:val="ListBullet"/>
      </w:pPr>
      <w:r>
        <w:t>Lower Back.</w:t>
      </w:r>
    </w:p>
    <w:p>
      <w:pPr>
        <w:pStyle w:val="ListBullet"/>
      </w:pPr>
      <w:r>
        <w:t>Hips.</w:t>
      </w:r>
    </w:p>
    <w:p>
      <w:r>
        <w:t>Many people become so accustomed to carrying tension that they no longer notice it until someone points it out.</w:t>
      </w:r>
    </w:p>
    <w:p>
      <w:r>
        <w:t>Persistent muscle tightness may contribute to:</w:t>
      </w:r>
    </w:p>
    <w:p>
      <w:pPr>
        <w:pStyle w:val="ListBullet"/>
      </w:pPr>
      <w:r>
        <w:t>Headaches.</w:t>
      </w:r>
    </w:p>
    <w:p>
      <w:pPr>
        <w:pStyle w:val="ListBullet"/>
      </w:pPr>
      <w:r>
        <w:t>Neck Pain.</w:t>
      </w:r>
    </w:p>
    <w:p>
      <w:pPr>
        <w:pStyle w:val="ListBullet"/>
      </w:pPr>
      <w:r>
        <w:t>Shoulder Discomfort.</w:t>
      </w:r>
    </w:p>
    <w:p>
      <w:pPr>
        <w:pStyle w:val="ListBullet"/>
      </w:pPr>
      <w:r>
        <w:t>Jaw Clenching.</w:t>
      </w:r>
    </w:p>
    <w:p>
      <w:pPr>
        <w:pStyle w:val="ListBullet"/>
      </w:pPr>
      <w:r>
        <w:t>Back Pain.</w:t>
      </w:r>
    </w:p>
    <w:p>
      <w:pPr>
        <w:pStyle w:val="ListBullet"/>
      </w:pPr>
      <w:r>
        <w:t>Reduced Flexibility.</w:t>
      </w:r>
    </w:p>
    <w:p>
      <w:pPr>
        <w:pStyle w:val="ListBullet"/>
      </w:pPr>
      <w:r>
        <w:t>The muscles are not malfunctioning.</w:t>
      </w:r>
    </w:p>
    <w:p>
      <w:pPr>
        <w:pStyle w:val="ListBullet"/>
      </w:pPr>
      <w:r>
        <w:t>They are remaining prepared for movement.</w:t>
      </w:r>
    </w:p>
    <w:p>
      <w:pPr>
        <w:pStyle w:val="Heading3"/>
      </w:pPr>
      <w:r>
        <w:rPr>
          <w:b/>
        </w:rPr>
        <w:t>RN Insight</w:t>
      </w:r>
    </w:p>
    <w:p>
      <w:pPr>
        <w:pStyle w:val="Quote"/>
      </w:pPr>
      <w:r>
        <w:rPr>
          <w:i/>
        </w:rPr>
        <w:t>During routine patient assessments, it is common to notice people holding their shoulders close to their ears, clenching their jaw, or gripping the sides of the examination bed without realizing it. When asked to relax, many respond with surprise because they had not noticed how much tension they were carrying. This illustrates how chronic stress can become the body's "new normal." Sometimes awareness is the first step toward releasing unnecessary muscle guarding.</w:t>
      </w:r>
    </w:p>
    <w:p>
      <w:pPr>
        <w:pStyle w:val="Heading3"/>
      </w:pPr>
      <w:r>
        <w:t>The Brain Uses A Great Deal Of Energy</w:t>
      </w:r>
    </w:p>
    <w:p>
      <w:r>
        <w:t>Although the brain represents only a small percentage of total body weight, it requires a substantial amount of the body's available energy.</w:t>
      </w:r>
    </w:p>
    <w:p>
      <w:r>
        <w:t>When the nervous system remains highly activated, energy is continuously directed toward:</w:t>
      </w:r>
    </w:p>
    <w:p>
      <w:pPr>
        <w:pStyle w:val="ListBullet"/>
      </w:pPr>
      <w:r>
        <w:t>Monitoring The Environment.</w:t>
      </w:r>
    </w:p>
    <w:p>
      <w:pPr>
        <w:pStyle w:val="ListBullet"/>
      </w:pPr>
      <w:r>
        <w:t>Anticipating Threats.</w:t>
      </w:r>
    </w:p>
    <w:p>
      <w:pPr>
        <w:pStyle w:val="ListBullet"/>
      </w:pPr>
      <w:r>
        <w:t>Processing Stress.</w:t>
      </w:r>
    </w:p>
    <w:p>
      <w:pPr>
        <w:pStyle w:val="ListBullet"/>
      </w:pPr>
      <w:r>
        <w:t>Maintaining Vigilance.</w:t>
      </w:r>
    </w:p>
    <w:p>
      <w:r>
        <w:t>This constant activity may contribute to:</w:t>
      </w:r>
    </w:p>
    <w:p>
      <w:pPr>
        <w:pStyle w:val="ListBullet"/>
      </w:pPr>
      <w:r>
        <w:t>Mental Fatigue.</w:t>
      </w:r>
    </w:p>
    <w:p>
      <w:pPr>
        <w:pStyle w:val="ListBullet"/>
      </w:pPr>
      <w:r>
        <w:t>Brain Fog.</w:t>
      </w:r>
    </w:p>
    <w:p>
      <w:pPr>
        <w:pStyle w:val="ListBullet"/>
      </w:pPr>
      <w:r>
        <w:t>Difficulty Concentrating.</w:t>
      </w:r>
    </w:p>
    <w:p>
      <w:pPr>
        <w:pStyle w:val="ListBullet"/>
      </w:pPr>
      <w:r>
        <w:t>Slower Decision-Making.</w:t>
      </w:r>
    </w:p>
    <w:p>
      <w:pPr>
        <w:pStyle w:val="ListBullet"/>
      </w:pPr>
      <w:r>
        <w:t>Reduced Creativity.</w:t>
      </w:r>
    </w:p>
    <w:p>
      <w:pPr>
        <w:pStyle w:val="ListBullet"/>
      </w:pPr>
      <w:r>
        <w:t>Many people describe feeling mentally exhausted even after relatively quiet days.</w:t>
      </w:r>
    </w:p>
    <w:p>
      <w:pPr>
        <w:pStyle w:val="ListBullet"/>
      </w:pPr>
      <w:r>
        <w:t>Their brains have been working hard behind the scenes.</w:t>
      </w:r>
    </w:p>
    <w:p>
      <w:pPr>
        <w:pStyle w:val="Heading3"/>
      </w:pPr>
      <w:r>
        <w:t>Chronic Stress Influences Digestion</w:t>
      </w:r>
    </w:p>
    <w:p>
      <w:r>
        <w:t>The digestive system functions most efficiently when the body feels safe.</w:t>
      </w:r>
    </w:p>
    <w:p>
      <w:r>
        <w:t>When survival mode dominates, digestion often becomes less of a priority.</w:t>
      </w:r>
    </w:p>
    <w:p>
      <w:r>
        <w:t>Some people notice:</w:t>
      </w:r>
    </w:p>
    <w:p>
      <w:pPr>
        <w:pStyle w:val="ListBullet"/>
      </w:pPr>
      <w:r>
        <w:t>Changes In Appetite.</w:t>
      </w:r>
    </w:p>
    <w:p>
      <w:pPr>
        <w:pStyle w:val="ListBullet"/>
      </w:pPr>
      <w:r>
        <w:t>Stomach Discomfort.</w:t>
      </w:r>
    </w:p>
    <w:p>
      <w:pPr>
        <w:pStyle w:val="ListBullet"/>
      </w:pPr>
      <w:r>
        <w:t>Bloating.</w:t>
      </w:r>
    </w:p>
    <w:p>
      <w:pPr>
        <w:pStyle w:val="ListBullet"/>
      </w:pPr>
      <w:r>
        <w:t>Nausea.</w:t>
      </w:r>
    </w:p>
    <w:p>
      <w:pPr>
        <w:pStyle w:val="ListBullet"/>
      </w:pPr>
      <w:r>
        <w:t>Altered Bowel Habits.</w:t>
      </w:r>
    </w:p>
    <w:p>
      <w:pPr>
        <w:pStyle w:val="ListBullet"/>
      </w:pPr>
      <w:r>
        <w:t>Increased Sensitivity To Certain Foods.</w:t>
      </w:r>
    </w:p>
    <w:p>
      <w:r>
        <w:t>These symptoms always deserve appropriate medical evaluation, particularly if they are severe, persistent, or accompanied by alarming features.</w:t>
      </w:r>
    </w:p>
    <w:p>
      <w:r>
        <w:t>However, stress is one factor that may influence digestive function in many individuals.</w:t>
      </w:r>
    </w:p>
    <w:p>
      <w:pPr>
        <w:pStyle w:val="Heading3"/>
      </w:pPr>
      <w:r>
        <w:t>The Immune System And Stress</w:t>
      </w:r>
    </w:p>
    <w:p>
      <w:r>
        <w:t>The immune system and nervous system communicate continuously.</w:t>
      </w:r>
    </w:p>
    <w:p>
      <w:r>
        <w:t>Short periods of stress can temporarily alter immune activity.</w:t>
      </w:r>
    </w:p>
    <w:p>
      <w:r>
        <w:t>Long-term stress may contribute to changes in immune regulation, which may influence how the body responds to illness or recovers from injury.</w:t>
      </w:r>
    </w:p>
    <w:p>
      <w:r>
        <w:t>Some people experiencing prolonged stress report:</w:t>
      </w:r>
    </w:p>
    <w:p>
      <w:pPr>
        <w:pStyle w:val="ListBullet"/>
      </w:pPr>
      <w:r>
        <w:t>Frequent Minor Illnesses.</w:t>
      </w:r>
    </w:p>
    <w:p>
      <w:pPr>
        <w:pStyle w:val="ListBullet"/>
      </w:pPr>
      <w:r>
        <w:t>Longer Recovery After Infections.</w:t>
      </w:r>
    </w:p>
    <w:p>
      <w:pPr>
        <w:pStyle w:val="ListBullet"/>
      </w:pPr>
      <w:r>
        <w:t>Slower Healing.</w:t>
      </w:r>
    </w:p>
    <w:p>
      <w:pPr>
        <w:pStyle w:val="ListBullet"/>
      </w:pPr>
      <w:r>
        <w:t>Feeling run-down.</w:t>
      </w:r>
    </w:p>
    <w:p>
      <w:r>
        <w:t>Many different medical conditions can produce these symptoms, so persistent concerns should always be discussed with a healthcare professional.</w:t>
      </w:r>
    </w:p>
    <w:p>
      <w:pPr>
        <w:pStyle w:val="Heading3"/>
      </w:pPr>
      <w:r>
        <w:t>Blood Sugar And Energy</w:t>
      </w:r>
    </w:p>
    <w:p>
      <w:r>
        <w:t>The body requires a steady supply of energy.</w:t>
      </w:r>
    </w:p>
    <w:p>
      <w:r>
        <w:t>During stress, hormones help ensure that enough fuel is available for immediate action.</w:t>
      </w:r>
    </w:p>
    <w:p>
      <w:r>
        <w:t>If stress becomes prolonged, some people experience:</w:t>
      </w:r>
    </w:p>
    <w:p>
      <w:pPr>
        <w:pStyle w:val="ListBullet"/>
      </w:pPr>
      <w:r>
        <w:t>Energy Highs And Lows.</w:t>
      </w:r>
    </w:p>
    <w:p>
      <w:pPr>
        <w:pStyle w:val="ListBullet"/>
      </w:pPr>
      <w:r>
        <w:t>Afternoon Fatigue.</w:t>
      </w:r>
    </w:p>
    <w:p>
      <w:pPr>
        <w:pStyle w:val="ListBullet"/>
      </w:pPr>
      <w:r>
        <w:t>Increased Hunger.</w:t>
      </w:r>
    </w:p>
    <w:p>
      <w:pPr>
        <w:pStyle w:val="ListBullet"/>
      </w:pPr>
      <w:r>
        <w:t>Cravings For Highly Processed Foods.</w:t>
      </w:r>
    </w:p>
    <w:p>
      <w:pPr>
        <w:pStyle w:val="ListBullet"/>
      </w:pPr>
      <w:r>
        <w:t>Difficulty Maintaining Stable Energy.</w:t>
      </w:r>
    </w:p>
    <w:p>
      <w:pPr>
        <w:pStyle w:val="ListBullet"/>
      </w:pPr>
      <w:r>
        <w:t>These experiences do not necessarily mean something is permanently wrong with metabolism.</w:t>
      </w:r>
    </w:p>
    <w:p>
      <w:pPr>
        <w:pStyle w:val="ListBullet"/>
      </w:pPr>
      <w:r>
        <w:t>They often reflect the body's efforts to meet repeated demands for readily available energy.</w:t>
      </w:r>
    </w:p>
    <w:p>
      <w:pPr>
        <w:pStyle w:val="Heading3"/>
      </w:pPr>
      <w:r>
        <w:t>Sleep Is One Of The First Systems To Change</w:t>
      </w:r>
    </w:p>
    <w:p>
      <w:r>
        <w:t>Sleep and the nervous system have a two-way relationship.</w:t>
      </w:r>
    </w:p>
    <w:p>
      <w:r>
        <w:t>Poor sleep increases stress sensitivity.</w:t>
      </w:r>
    </w:p>
    <w:p>
      <w:r>
        <w:t>Stress makes restorative sleep more difficult.</w:t>
      </w:r>
    </w:p>
    <w:p>
      <w:r>
        <w:t>This creates a cycle.</w:t>
      </w:r>
    </w:p>
    <w:p>
      <w:r>
        <w:t>You become more tired.</w:t>
      </w:r>
    </w:p>
    <w:p>
      <w:r>
        <w:t>Your nervous system becomes more reactive.</w:t>
      </w:r>
    </w:p>
    <w:p>
      <w:r>
        <w:t>Greater reactivity makes sleep even harder.</w:t>
      </w:r>
    </w:p>
    <w:p>
      <w:r>
        <w:t>Eventually, many people feel:</w:t>
      </w:r>
    </w:p>
    <w:p>
      <w:pPr>
        <w:pStyle w:val="ListBullet"/>
      </w:pPr>
      <w:r>
        <w:t>Tired During The Day.</w:t>
      </w:r>
    </w:p>
    <w:p>
      <w:pPr>
        <w:pStyle w:val="ListBullet"/>
      </w:pPr>
      <w:r>
        <w:t>Alert At Night.</w:t>
      </w:r>
    </w:p>
    <w:p>
      <w:pPr>
        <w:pStyle w:val="ListBullet"/>
      </w:pPr>
      <w:r>
        <w:t>Wired But Exhausted.</w:t>
      </w:r>
    </w:p>
    <w:p>
      <w:pPr>
        <w:pStyle w:val="ListBullet"/>
      </w:pPr>
      <w:r>
        <w:t>Unable To Relax.</w:t>
      </w:r>
    </w:p>
    <w:p>
      <w:pPr>
        <w:pStyle w:val="ListBullet"/>
      </w:pPr>
      <w:r>
        <w:t>Breaking this cycle becomes one of the most important goals in nervous system recovery.</w:t>
      </w:r>
    </w:p>
    <w:p>
      <w:pPr>
        <w:pStyle w:val="Heading3"/>
      </w:pPr>
      <w:r>
        <w:rPr>
          <w:b/>
        </w:rPr>
        <w:t>Bedside Example</w:t>
      </w:r>
    </w:p>
    <w:p>
      <w:pPr>
        <w:pStyle w:val="Quote"/>
      </w:pPr>
      <w:r>
        <w:rPr>
          <w:i/>
        </w:rPr>
        <w:t>A patient once described feeling "exhausted from the moment I wake up." He assumed something was seriously wrong because he had been sleeping seven hours most nights. As we talked, he explained that he woke several times each night worrying about work, checked emails before getting out of bed, skipped breakfast, and rushed through his mornings.</w:t>
      </w:r>
    </w:p>
    <w:p>
      <w:pPr>
        <w:pStyle w:val="Quote"/>
      </w:pPr>
      <w:r>
        <w:rPr>
          <w:i/>
        </w:rPr>
        <w:t>His body had technically been in bed for seven hours, but his nervous system had spent much of the night and morning in a state of heightened alertness. Sleep duration alone was not telling the whole story. The quality of his recovery mattered just as much.</w:t>
      </w:r>
    </w:p>
    <w:p>
      <w:pPr>
        <w:pStyle w:val="Heading3"/>
      </w:pPr>
      <w:r>
        <w:t>Chronic Stress Can Affect Mood Without Causing A Mental Illness</w:t>
      </w:r>
    </w:p>
    <w:p>
      <w:r>
        <w:t>Living in survival mode often changes emotional experiences.</w:t>
      </w:r>
    </w:p>
    <w:p>
      <w:r>
        <w:t>People may notice:</w:t>
      </w:r>
    </w:p>
    <w:p>
      <w:pPr>
        <w:pStyle w:val="ListBullet"/>
      </w:pPr>
      <w:r>
        <w:t>Less Joy.</w:t>
      </w:r>
    </w:p>
    <w:p>
      <w:pPr>
        <w:pStyle w:val="ListBullet"/>
      </w:pPr>
      <w:r>
        <w:t>Increased Irritability.</w:t>
      </w:r>
    </w:p>
    <w:p>
      <w:pPr>
        <w:pStyle w:val="ListBullet"/>
      </w:pPr>
      <w:r>
        <w:t>Reduced Patience.</w:t>
      </w:r>
    </w:p>
    <w:p>
      <w:pPr>
        <w:pStyle w:val="ListBullet"/>
      </w:pPr>
      <w:r>
        <w:t>Feeling Emotionally Flat.</w:t>
      </w:r>
    </w:p>
    <w:p>
      <w:pPr>
        <w:pStyle w:val="ListBullet"/>
      </w:pPr>
      <w:r>
        <w:t>Difficulty Experiencing Excitement.</w:t>
      </w:r>
    </w:p>
    <w:p>
      <w:pPr>
        <w:pStyle w:val="ListBullet"/>
      </w:pPr>
      <w:r>
        <w:t>Feeling Detached.</w:t>
      </w:r>
    </w:p>
    <w:p>
      <w:pPr>
        <w:pStyle w:val="ListBullet"/>
      </w:pPr>
      <w:r>
        <w:t>These changes do not automatically indicate a mental health disorder.</w:t>
      </w:r>
    </w:p>
    <w:p>
      <w:pPr>
        <w:pStyle w:val="ListBullet"/>
      </w:pPr>
      <w:r>
        <w:t>They may reflect the emotional effects of prolonged activation of the nervous system.</w:t>
      </w:r>
    </w:p>
    <w:p>
      <w:r>
        <w:t>However, if low mood, anxiety, hopelessness, or emotional distress become persistent or significantly interfere with daily life, seeking evaluation from a qualified healthcare or mental health professional is important.</w:t>
      </w:r>
    </w:p>
    <w:p>
      <w:pPr>
        <w:pStyle w:val="Heading3"/>
      </w:pPr>
      <w:r>
        <w:t>Adaptation Is Not The Same As Damage</w:t>
      </w:r>
    </w:p>
    <w:p>
      <w:r>
        <w:t>Perhaps the most encouraging concept in this chapter is this:</w:t>
      </w:r>
    </w:p>
    <w:p>
      <w:pPr>
        <w:pStyle w:val="ListBullet"/>
      </w:pPr>
      <w:r>
        <w:t>The body adapts.</w:t>
      </w:r>
    </w:p>
    <w:p>
      <w:pPr>
        <w:pStyle w:val="ListBullet"/>
      </w:pPr>
      <w:r>
        <w:t>That adaptation may produce symptoms.</w:t>
      </w:r>
    </w:p>
    <w:p>
      <w:pPr>
        <w:pStyle w:val="ListBullet"/>
      </w:pPr>
      <w:r>
        <w:t>But adaptation is not necessarily permanent damage.</w:t>
      </w:r>
    </w:p>
    <w:p>
      <w:pPr>
        <w:pStyle w:val="ListBullet"/>
      </w:pPr>
      <w:r>
        <w:t>The nervous system changes according to the environment it most often experiences.</w:t>
      </w:r>
    </w:p>
    <w:p>
      <w:pPr>
        <w:pStyle w:val="ListBullet"/>
      </w:pPr>
      <w:r>
        <w:t>If the environment consistently communicates danger, the body adapts accordingly.</w:t>
      </w:r>
    </w:p>
    <w:p>
      <w:pPr>
        <w:pStyle w:val="ListBullet"/>
      </w:pPr>
      <w:r>
        <w:t>If the environment begins communicating safety, many of those adaptations can gradually become less pronounced.</w:t>
      </w:r>
    </w:p>
    <w:p>
      <w:pPr>
        <w:pStyle w:val="ListBullet"/>
      </w:pPr>
      <w:r>
        <w:t>Recovery requires patience because the nervous system changes through repeated experiences, not overnight transformations.</w:t>
      </w:r>
    </w:p>
    <w:p>
      <w:pPr>
        <w:pStyle w:val="Heading3"/>
      </w:pPr>
      <w:r>
        <w:t>Healing Happens System By System</w:t>
      </w:r>
    </w:p>
    <w:p>
      <w:r>
        <w:t>Many people hope for one solution that fixes everything immediately.</w:t>
      </w:r>
    </w:p>
    <w:p>
      <w:r>
        <w:t>Biology rarely works that way.</w:t>
      </w:r>
    </w:p>
    <w:p>
      <w:r>
        <w:t>Recovery usually occurs gradually.</w:t>
      </w:r>
    </w:p>
    <w:p>
      <w:r>
        <w:t>Sleep improves.</w:t>
      </w:r>
    </w:p>
    <w:p>
      <w:r>
        <w:t>Energy slowly increases.</w:t>
      </w:r>
    </w:p>
    <w:p>
      <w:r>
        <w:t>Muscles become less tense.</w:t>
      </w:r>
    </w:p>
    <w:p>
      <w:r>
        <w:t>Digestion stabilizes.</w:t>
      </w:r>
    </w:p>
    <w:p>
      <w:r>
        <w:t>Mood becomes more consistent.</w:t>
      </w:r>
    </w:p>
    <w:p>
      <w:r>
        <w:t>Concentration returns.</w:t>
      </w:r>
    </w:p>
    <w:p>
      <w:r>
        <w:t>Stress recovery becomes faster.</w:t>
      </w:r>
    </w:p>
    <w:p>
      <w:r>
        <w:t>Each improvement reinforces the next.</w:t>
      </w:r>
    </w:p>
    <w:p>
      <w:r>
        <w:t>The body's systems begin to support one another again rather than remain locked in survival mode.</w:t>
      </w:r>
    </w:p>
    <w:p>
      <w:pPr>
        <w:pStyle w:val="Heading3"/>
      </w:pPr>
      <w:r>
        <w:t>Key Takeaways</w:t>
      </w:r>
    </w:p>
    <w:p>
      <w:pPr>
        <w:pStyle w:val="ListBullet"/>
      </w:pPr>
      <w:r>
        <w:t>Chronic Stress Influences Nearly Every Major Body System.</w:t>
      </w:r>
    </w:p>
    <w:p>
      <w:pPr>
        <w:pStyle w:val="ListBullet"/>
      </w:pPr>
      <w:r>
        <w:t>Stress Hormones Are Essential For Survival, but Can Become Dysregulated During Prolonged Stress.</w:t>
      </w:r>
    </w:p>
    <w:p>
      <w:pPr>
        <w:pStyle w:val="ListBullet"/>
      </w:pPr>
      <w:r>
        <w:t>Persistent Nervous System Activation Affects Sleep, Digestion, Energy, Muscle Tension, And Emotional Regulation.</w:t>
      </w:r>
    </w:p>
    <w:p>
      <w:pPr>
        <w:pStyle w:val="ListBullet"/>
      </w:pPr>
      <w:r>
        <w:t>Many Physical Symptoms Reflect Protective Adaptations Rather Than Immediate Signs Of Permanent Damage.</w:t>
      </w:r>
    </w:p>
    <w:p>
      <w:pPr>
        <w:pStyle w:val="ListBullet"/>
      </w:pPr>
      <w:r>
        <w:t>The Nervous System Continuously Communicates With Hormones, The Immune System, And Other Organs.</w:t>
      </w:r>
    </w:p>
    <w:p>
      <w:pPr>
        <w:pStyle w:val="ListBullet"/>
      </w:pPr>
      <w:r>
        <w:t>Adaptation To Chronic Stress Does Not Mean Recovery Is Impossible.</w:t>
      </w:r>
    </w:p>
    <w:p>
      <w:pPr>
        <w:pStyle w:val="ListBullet"/>
      </w:pPr>
      <w:r>
        <w:t>Repeated Daily Signals Of Safety Help The Body Gradually Restore Health And Balance.</w:t>
      </w:r>
    </w:p>
    <w:p>
      <w:pPr>
        <w:pStyle w:val="Heading3"/>
      </w:pPr>
      <w:r>
        <w:t>Chapter Reflection</w:t>
      </w:r>
    </w:p>
    <w:p>
      <w:r>
        <w:t>Before Continuing, Take A Few Minutes To Reflect.</w:t>
      </w:r>
    </w:p>
    <w:p>
      <w:pPr>
        <w:pStyle w:val="ListBullet"/>
      </w:pPr>
      <w:r>
        <w:t>Which Physical Symptoms Have I Experienced During Periods Of Prolonged Stress?</w:t>
      </w:r>
    </w:p>
    <w:p>
      <w:pPr>
        <w:pStyle w:val="ListBullet"/>
      </w:pPr>
      <w:r>
        <w:t>Which Body System Seems Most Affected By Stress In My Life?</w:t>
      </w:r>
    </w:p>
    <w:p>
      <w:pPr>
        <w:pStyle w:val="ListBullet"/>
      </w:pPr>
      <w:r>
        <w:t>Have I Been Focusing Only On Symptoms Rather Than The Underlying Stress Load?</w:t>
      </w:r>
    </w:p>
    <w:p>
      <w:pPr>
        <w:pStyle w:val="ListBullet"/>
      </w:pPr>
      <w:r>
        <w:t>What Small Daily Habit Could Better Support My Body's Natural Recovery Processes?</w:t>
      </w:r>
    </w:p>
    <w:p>
      <w:pPr>
        <w:pStyle w:val="ListBullet"/>
      </w:pPr>
      <w:r>
        <w:t>How Would My Life Change If My Nervous System No Longer Needed To Remain On Constant Alert?</w:t>
      </w:r>
    </w:p>
    <w:p>
      <w:r>
        <w:t>In the next chapter, we will explore one of the most common yet misunderstood symptoms of chronic nervous system activation: persistent fatigue. You will learn why feeling tired is often not simply a matter of sleep or motivation, but a biological signal that the body has been working overtime to protect you.</w:t>
      </w:r>
    </w:p>
    <w:p>
      <w:r>
        <w:br w:type="page"/>
      </w:r>
    </w:p>
    <w:p>
      <w:pPr>
        <w:pStyle w:val="Heading1"/>
        <w:jc w:val="center"/>
      </w:pPr>
      <w:r>
        <w:t>Chapter 6: Why You Feel Tired All the Time</w:t>
      </w:r>
    </w:p>
    <w:p>
      <w:pPr>
        <w:pStyle w:val="Quote"/>
      </w:pPr>
      <w:r>
        <w:rPr>
          <w:i/>
        </w:rPr>
        <w:t>"Fatigue Is Not Always A Sign That Your Body Needs More Willpower. Sometimes It Is A Sign That Your Nervous System Has Been Protecting You For Too Long."</w:t>
      </w:r>
    </w:p>
    <w:p>
      <w:pPr>
        <w:pStyle w:val="Heading3"/>
      </w:pPr>
      <w:r>
        <w:t>Chapter Overview</w:t>
      </w:r>
    </w:p>
    <w:p>
      <w:r>
        <w:t>Few symptoms are more frustrating than persistent fatigue.</w:t>
      </w:r>
    </w:p>
    <w:p>
      <w:r>
        <w:t>You go to bed tired.</w:t>
      </w:r>
    </w:p>
    <w:p>
      <w:r>
        <w:t>You wake up tired.</w:t>
      </w:r>
    </w:p>
    <w:p>
      <w:r>
        <w:t>You push through the day.</w:t>
      </w:r>
    </w:p>
    <w:p>
      <w:r>
        <w:t>You rely on caffeine to function.</w:t>
      </w:r>
    </w:p>
    <w:p>
      <w:r>
        <w:t>You promise yourself you will rest tomorrow.</w:t>
      </w:r>
    </w:p>
    <w:p>
      <w:r>
        <w:t>Tomorrow arrives, and you still feel exhausted.</w:t>
      </w:r>
    </w:p>
    <w:p>
      <w:r>
        <w:t>Many people begin asking themselves difficult questions:</w:t>
      </w:r>
    </w:p>
    <w:p>
      <w:pPr>
        <w:pStyle w:val="ListBullet"/>
      </w:pPr>
      <w:r>
        <w:t>"Am I Just Lazy?"</w:t>
      </w:r>
    </w:p>
    <w:p>
      <w:pPr>
        <w:pStyle w:val="ListBullet"/>
      </w:pPr>
      <w:r>
        <w:t>"Am I Getting Older?"</w:t>
      </w:r>
    </w:p>
    <w:p>
      <w:pPr>
        <w:pStyle w:val="ListBullet"/>
      </w:pPr>
      <w:r>
        <w:t>"Why Can't I Keep Up Like Everyone Else?"</w:t>
      </w:r>
    </w:p>
    <w:p>
      <w:pPr>
        <w:pStyle w:val="ListBullet"/>
      </w:pPr>
      <w:r>
        <w:t>"Why Doesn't Sleep Fix This?"</w:t>
      </w:r>
    </w:p>
    <w:p>
      <w:pPr>
        <w:pStyle w:val="ListBullet"/>
      </w:pPr>
      <w:r>
        <w:t>"Why Am I So Tired When My Tests Are Normal?"</w:t>
      </w:r>
    </w:p>
    <w:p>
      <w:pPr>
        <w:pStyle w:val="ListBullet"/>
      </w:pPr>
      <w:r>
        <w:t>Persistent fatigue is one of the most common reasons people seek medical care.</w:t>
      </w:r>
    </w:p>
    <w:p>
      <w:pPr>
        <w:pStyle w:val="ListBullet"/>
      </w:pPr>
      <w:r>
        <w:t>It is also one of the most misunderstood.</w:t>
      </w:r>
    </w:p>
    <w:p>
      <w:r>
        <w:t>Fatigue has many possible causes, including medical conditions that require proper evaluation. These may include anemia, thyroid disorders, sleep disorders, nutritional deficiencies, infections, medication effects, depression, chronic illnesses, and many other health concerns.</w:t>
      </w:r>
    </w:p>
    <w:p>
      <w:r>
        <w:t>However, once serious medical causes have been appropriately evaluated, another important possibility deserves attention:</w:t>
      </w:r>
    </w:p>
    <w:p>
      <w:r>
        <w:rPr>
          <w:b/>
        </w:rPr>
        <w:t>A nervous system that has been living in survival mode for too long.</w:t>
      </w:r>
    </w:p>
    <w:p>
      <w:r>
        <w:t>This chapter explores why chronic stress can produce profound fatigue, why recovery is different from simply sleeping, and how understanding your body's energy system can become an important step toward healing.</w:t>
      </w:r>
    </w:p>
    <w:p>
      <w:pPr>
        <w:pStyle w:val="Heading3"/>
      </w:pPr>
      <w:r>
        <w:t>Your Body Is Constantly Managing Energy</w:t>
      </w:r>
    </w:p>
    <w:p>
      <w:r>
        <w:t>Every moment of every day, your body makes decisions about how to use its available energy.</w:t>
      </w:r>
    </w:p>
    <w:p>
      <w:r>
        <w:t>Energy is needed for:</w:t>
      </w:r>
    </w:p>
    <w:p>
      <w:pPr>
        <w:pStyle w:val="ListBullet"/>
      </w:pPr>
      <w:r>
        <w:t>Thinking.</w:t>
      </w:r>
    </w:p>
    <w:p>
      <w:pPr>
        <w:pStyle w:val="ListBullet"/>
      </w:pPr>
      <w:r>
        <w:t>Moving.</w:t>
      </w:r>
    </w:p>
    <w:p>
      <w:pPr>
        <w:pStyle w:val="ListBullet"/>
      </w:pPr>
      <w:r>
        <w:t>Digesting Food.</w:t>
      </w:r>
    </w:p>
    <w:p>
      <w:pPr>
        <w:pStyle w:val="ListBullet"/>
      </w:pPr>
      <w:r>
        <w:t>Healing.</w:t>
      </w:r>
    </w:p>
    <w:p>
      <w:pPr>
        <w:pStyle w:val="ListBullet"/>
      </w:pPr>
      <w:r>
        <w:t>Regulating Temperature.</w:t>
      </w:r>
    </w:p>
    <w:p>
      <w:pPr>
        <w:pStyle w:val="ListBullet"/>
      </w:pPr>
      <w:r>
        <w:t>Fighting Infection.</w:t>
      </w:r>
    </w:p>
    <w:p>
      <w:pPr>
        <w:pStyle w:val="ListBullet"/>
      </w:pPr>
      <w:r>
        <w:t>Repairing Cells.</w:t>
      </w:r>
    </w:p>
    <w:p>
      <w:pPr>
        <w:pStyle w:val="ListBullet"/>
      </w:pPr>
      <w:r>
        <w:t>Maintaining Hormonal Balance.</w:t>
      </w:r>
    </w:p>
    <w:p>
      <w:pPr>
        <w:pStyle w:val="ListBullet"/>
      </w:pPr>
      <w:r>
        <w:t>Supporting Heart And Lung Function.</w:t>
      </w:r>
    </w:p>
    <w:p>
      <w:pPr>
        <w:pStyle w:val="ListBullet"/>
      </w:pPr>
      <w:r>
        <w:t>Energy is not unlimited.</w:t>
      </w:r>
    </w:p>
    <w:p>
      <w:pPr>
        <w:pStyle w:val="ListBullet"/>
      </w:pPr>
      <w:r>
        <w:t>The nervous system constantly decides where that energy is most urgently needed.</w:t>
      </w:r>
    </w:p>
    <w:p>
      <w:pPr>
        <w:pStyle w:val="ListBullet"/>
      </w:pPr>
      <w:r>
        <w:t>When survival becomes the priority, energy is redirected toward protection.</w:t>
      </w:r>
    </w:p>
    <w:p>
      <w:pPr>
        <w:pStyle w:val="Heading3"/>
      </w:pPr>
      <w:r>
        <w:t>Survival Mode Is Expensive</w:t>
      </w:r>
    </w:p>
    <w:p>
      <w:r>
        <w:t>Imagine leaving every light in your home turned on all day and all night.</w:t>
      </w:r>
    </w:p>
    <w:p>
      <w:r>
        <w:t>Eventually, your electrical bill would increase.</w:t>
      </w:r>
    </w:p>
    <w:p>
      <w:r>
        <w:t>Now, imagine your nervous system operating similarly.</w:t>
      </w:r>
    </w:p>
    <w:p>
      <w:r>
        <w:t>Instead of occasionally activating during emergencies, it remains alert around the clock.</w:t>
      </w:r>
    </w:p>
    <w:p>
      <w:r>
        <w:t>This constant activation requires enormous biological resources.</w:t>
      </w:r>
    </w:p>
    <w:p>
      <w:r>
        <w:t>Your body continuously supports:</w:t>
      </w:r>
    </w:p>
    <w:p>
      <w:pPr>
        <w:pStyle w:val="ListBullet"/>
      </w:pPr>
      <w:r>
        <w:t>Heightened Awareness.</w:t>
      </w:r>
    </w:p>
    <w:p>
      <w:pPr>
        <w:pStyle w:val="ListBullet"/>
      </w:pPr>
      <w:r>
        <w:t>Muscle Readiness.</w:t>
      </w:r>
    </w:p>
    <w:p>
      <w:pPr>
        <w:pStyle w:val="ListBullet"/>
      </w:pPr>
      <w:r>
        <w:t>Emotional Monitoring.</w:t>
      </w:r>
    </w:p>
    <w:p>
      <w:pPr>
        <w:pStyle w:val="ListBullet"/>
      </w:pPr>
      <w:r>
        <w:t>Environmental Scanning.</w:t>
      </w:r>
    </w:p>
    <w:p>
      <w:pPr>
        <w:pStyle w:val="ListBullet"/>
      </w:pPr>
      <w:r>
        <w:t>Hormonal Regulation.</w:t>
      </w:r>
    </w:p>
    <w:p>
      <w:pPr>
        <w:pStyle w:val="ListBullet"/>
      </w:pPr>
      <w:r>
        <w:t>Increased Mental Activity.</w:t>
      </w:r>
    </w:p>
    <w:p>
      <w:pPr>
        <w:pStyle w:val="ListBullet"/>
      </w:pPr>
      <w:r>
        <w:t>Even while sitting quietly, your nervous system may be working much harder than you realize.</w:t>
      </w:r>
    </w:p>
    <w:p>
      <w:pPr>
        <w:pStyle w:val="ListBullet"/>
      </w:pPr>
      <w:r>
        <w:t>That continuous effort can contribute to persistent fatigue.</w:t>
      </w:r>
    </w:p>
    <w:p>
      <w:pPr>
        <w:pStyle w:val="Heading3"/>
      </w:pPr>
      <w:r>
        <w:t>Being Tired And Feeling Safe Are Not The Same Thing</w:t>
      </w:r>
    </w:p>
    <w:p>
      <w:r>
        <w:t>One of the greatest misconceptions about fatigue is that sleep alone should fix it.</w:t>
      </w:r>
    </w:p>
    <w:p>
      <w:r>
        <w:t>Sleep is essential.</w:t>
      </w:r>
    </w:p>
    <w:p>
      <w:r>
        <w:t>But sleep is only one part of recovery.</w:t>
      </w:r>
    </w:p>
    <w:p>
      <w:r>
        <w:t>A person can sleep for eight hours while their nervous system remains highly activated.</w:t>
      </w:r>
    </w:p>
    <w:p>
      <w:r>
        <w:t>Examples include:</w:t>
      </w:r>
    </w:p>
    <w:p>
      <w:pPr>
        <w:pStyle w:val="ListBullet"/>
      </w:pPr>
      <w:r>
        <w:t>Frequent Nighttime Awakenings.</w:t>
      </w:r>
    </w:p>
    <w:p>
      <w:pPr>
        <w:pStyle w:val="ListBullet"/>
      </w:pPr>
      <w:r>
        <w:t>Racing Thoughts Before Bed.</w:t>
      </w:r>
    </w:p>
    <w:p>
      <w:pPr>
        <w:pStyle w:val="ListBullet"/>
      </w:pPr>
      <w:r>
        <w:t>Grinding Teeth During Sleep.</w:t>
      </w:r>
    </w:p>
    <w:p>
      <w:pPr>
        <w:pStyle w:val="ListBullet"/>
      </w:pPr>
      <w:r>
        <w:t>Shallow Sleep.</w:t>
      </w:r>
    </w:p>
    <w:p>
      <w:pPr>
        <w:pStyle w:val="ListBullet"/>
      </w:pPr>
      <w:r>
        <w:t>Waking Feeling Unrefreshed.</w:t>
      </w:r>
    </w:p>
    <w:p>
      <w:pPr>
        <w:pStyle w:val="ListBullet"/>
      </w:pPr>
      <w:r>
        <w:t>In these situations, the body may spend the night resting physically without fully recovering neurologically.</w:t>
      </w:r>
    </w:p>
    <w:p>
      <w:pPr>
        <w:pStyle w:val="Heading3"/>
      </w:pPr>
      <w:r>
        <w:t>The Difference Between Rest And Recovery</w:t>
      </w:r>
    </w:p>
    <w:p>
      <w:r>
        <w:t>Rest and recovery are closely related but not identical.</w:t>
      </w:r>
    </w:p>
    <w:p>
      <w:r>
        <w:t>Rest means reducing activity.</w:t>
      </w:r>
    </w:p>
    <w:p>
      <w:r>
        <w:t>Recovery means restoring function.</w:t>
      </w:r>
    </w:p>
    <w:p>
      <w:r>
        <w:t>You can rest without recovering.</w:t>
      </w:r>
    </w:p>
    <w:p>
      <w:r>
        <w:t>For example:</w:t>
      </w:r>
    </w:p>
    <w:p>
      <w:pPr>
        <w:pStyle w:val="ListBullet"/>
      </w:pPr>
      <w:r>
        <w:t>Watching Television While Worrying.</w:t>
      </w:r>
    </w:p>
    <w:p>
      <w:pPr>
        <w:pStyle w:val="ListBullet"/>
      </w:pPr>
      <w:r>
        <w:t>Scrolling Through Social Media For Hours.</w:t>
      </w:r>
    </w:p>
    <w:p>
      <w:pPr>
        <w:pStyle w:val="ListBullet"/>
      </w:pPr>
      <w:r>
        <w:t>Sitting On The Couch While Mentally Replaying Stressful Events.</w:t>
      </w:r>
    </w:p>
    <w:p>
      <w:pPr>
        <w:pStyle w:val="ListBullet"/>
      </w:pPr>
      <w:r>
        <w:t>Although the body appears inactive, the nervous system may still be highly engaged.</w:t>
      </w:r>
    </w:p>
    <w:p>
      <w:r>
        <w:t>True recovery supports:</w:t>
      </w:r>
    </w:p>
    <w:p>
      <w:pPr>
        <w:pStyle w:val="ListBullet"/>
      </w:pPr>
      <w:r>
        <w:t>Muscle Relaxation.</w:t>
      </w:r>
    </w:p>
    <w:p>
      <w:pPr>
        <w:pStyle w:val="ListBullet"/>
      </w:pPr>
      <w:r>
        <w:t>Emotional Processing.</w:t>
      </w:r>
    </w:p>
    <w:p>
      <w:pPr>
        <w:pStyle w:val="ListBullet"/>
      </w:pPr>
      <w:r>
        <w:t>Hormonal Balance.</w:t>
      </w:r>
    </w:p>
    <w:p>
      <w:pPr>
        <w:pStyle w:val="ListBullet"/>
      </w:pPr>
      <w:r>
        <w:t>Nervous System Regulation.</w:t>
      </w:r>
    </w:p>
    <w:p>
      <w:pPr>
        <w:pStyle w:val="ListBullet"/>
      </w:pPr>
      <w:r>
        <w:t>Cellular Repair.</w:t>
      </w:r>
    </w:p>
    <w:p>
      <w:pPr>
        <w:pStyle w:val="ListBullet"/>
      </w:pPr>
      <w:r>
        <w:t>Restorative Sleep.</w:t>
      </w:r>
    </w:p>
    <w:p>
      <w:pPr>
        <w:pStyle w:val="ListBullet"/>
      </w:pPr>
      <w:r>
        <w:t>Recovery requires more than simply stopping work.</w:t>
      </w:r>
    </w:p>
    <w:p>
      <w:r>
        <w:t>It requires helping the body recognize that it is safe enough to shift out of survival mode.</w:t>
      </w:r>
    </w:p>
    <w:p>
      <w:pPr>
        <w:pStyle w:val="Heading3"/>
      </w:pPr>
      <w:r>
        <w:t>Why You Wake Up Already Exhausted</w:t>
      </w:r>
    </w:p>
    <w:p>
      <w:r>
        <w:t>Many people assume that morning fatigue means they simply need more sleep.</w:t>
      </w:r>
    </w:p>
    <w:p>
      <w:r>
        <w:t>Sometimes that is true.</w:t>
      </w:r>
    </w:p>
    <w:p>
      <w:r>
        <w:t>Other times, the nervous system has remained active throughout the night.</w:t>
      </w:r>
    </w:p>
    <w:p>
      <w:r>
        <w:t>Imagine working an overnight shift while lying in bed.</w:t>
      </w:r>
    </w:p>
    <w:p>
      <w:r>
        <w:t>You may not be physically moving, but your brain continues:</w:t>
      </w:r>
    </w:p>
    <w:p>
      <w:pPr>
        <w:pStyle w:val="ListBullet"/>
      </w:pPr>
      <w:r>
        <w:t>Monitoring Threats.</w:t>
      </w:r>
    </w:p>
    <w:p>
      <w:pPr>
        <w:pStyle w:val="ListBullet"/>
      </w:pPr>
      <w:r>
        <w:t>Processing Worries.</w:t>
      </w:r>
    </w:p>
    <w:p>
      <w:pPr>
        <w:pStyle w:val="ListBullet"/>
      </w:pPr>
      <w:r>
        <w:t>Anticipating Tomorrow.</w:t>
      </w:r>
    </w:p>
    <w:p>
      <w:pPr>
        <w:pStyle w:val="ListBullet"/>
      </w:pPr>
      <w:r>
        <w:t>Responding To Stress Hormones.</w:t>
      </w:r>
    </w:p>
    <w:p>
      <w:r>
        <w:t>By morning, your body has technically slept, but your nervous system has done very little recovering.</w:t>
      </w:r>
    </w:p>
    <w:p>
      <w:r>
        <w:t>This helps explain why some people wake feeling as tired as when they went to bed.</w:t>
      </w:r>
    </w:p>
    <w:p>
      <w:pPr>
        <w:pStyle w:val="Heading3"/>
      </w:pPr>
      <w:r>
        <w:rPr>
          <w:b/>
        </w:rPr>
        <w:t>RN Insight</w:t>
      </w:r>
    </w:p>
    <w:p>
      <w:pPr>
        <w:pStyle w:val="Quote"/>
      </w:pPr>
      <w:r>
        <w:rPr>
          <w:i/>
        </w:rPr>
        <w:t>One of the most common comments patients make during morning assessments is, "I Slept All Night, But I Still Feel Exhausted."</w:t>
      </w:r>
    </w:p>
    <w:p>
      <w:pPr>
        <w:pStyle w:val="Quote"/>
      </w:pPr>
      <w:r>
        <w:rPr>
          <w:i/>
        </w:rPr>
        <w:t>As nurses, we learn that the number of hours someone spends in bed tells only part of the story. Sleep quality, pain, breathing, emotional stress, medications, and nervous system activation all influence how restorative sleep actually becomes. Two people may both sleep seven hours, yet one wakes refreshed while the other feels completely drained.</w:t>
      </w:r>
    </w:p>
    <w:p>
      <w:pPr>
        <w:pStyle w:val="Heading3"/>
      </w:pPr>
      <w:r>
        <w:t>The Brain Is One Of Your Biggest Energy Users</w:t>
      </w:r>
    </w:p>
    <w:p>
      <w:r>
        <w:t>Although the brain accounts for only a small percentage of total body weight, it consumes a significant portion of the body's available energy.</w:t>
      </w:r>
    </w:p>
    <w:p>
      <w:r>
        <w:t>Now imagine a brain that spends much of the day:</w:t>
      </w:r>
    </w:p>
    <w:p>
      <w:pPr>
        <w:pStyle w:val="ListBullet"/>
      </w:pPr>
      <w:r>
        <w:t>Anticipating Problems.</w:t>
      </w:r>
    </w:p>
    <w:p>
      <w:pPr>
        <w:pStyle w:val="ListBullet"/>
      </w:pPr>
      <w:r>
        <w:t>Monitoring Other People's Emotions.</w:t>
      </w:r>
    </w:p>
    <w:p>
      <w:pPr>
        <w:pStyle w:val="ListBullet"/>
      </w:pPr>
      <w:r>
        <w:t>Planning Worst-Case Scenarios.</w:t>
      </w:r>
    </w:p>
    <w:p>
      <w:pPr>
        <w:pStyle w:val="ListBullet"/>
      </w:pPr>
      <w:r>
        <w:t>Replaying Conversations.</w:t>
      </w:r>
    </w:p>
    <w:p>
      <w:pPr>
        <w:pStyle w:val="ListBullet"/>
      </w:pPr>
      <w:r>
        <w:t>Solving Endless Problems.</w:t>
      </w:r>
    </w:p>
    <w:p>
      <w:pPr>
        <w:pStyle w:val="ListBullet"/>
      </w:pPr>
      <w:r>
        <w:t>Staying Hypervigilant.</w:t>
      </w:r>
    </w:p>
    <w:p>
      <w:pPr>
        <w:pStyle w:val="ListBullet"/>
      </w:pPr>
      <w:r>
        <w:t>That level of mental effort requires energy.</w:t>
      </w:r>
    </w:p>
    <w:p>
      <w:r>
        <w:t>This is why people often say:</w:t>
      </w:r>
    </w:p>
    <w:p>
      <w:pPr>
        <w:pStyle w:val="Heading3"/>
      </w:pPr>
      <w:r>
        <w:t>"I'm Not Physically Tired. I'm Mentally Exhausted."</w:t>
      </w:r>
    </w:p>
    <w:p>
      <w:r>
        <w:t>Mental fatigue is real.</w:t>
      </w:r>
    </w:p>
    <w:p>
      <w:r>
        <w:t>The nervous system does not sharply distinguish between emotional and physical effort.</w:t>
      </w:r>
    </w:p>
    <w:p>
      <w:r>
        <w:t>Both require biological resources.</w:t>
      </w:r>
    </w:p>
    <w:p>
      <w:pPr>
        <w:pStyle w:val="Heading3"/>
      </w:pPr>
      <w:r>
        <w:t>The Energy Conservation Response</w:t>
      </w:r>
    </w:p>
    <w:p>
      <w:r>
        <w:t>One fascinating feature of the nervous system is its ability to conserve energy.</w:t>
      </w:r>
    </w:p>
    <w:p>
      <w:r>
        <w:t>When stress continues for prolonged periods, the brain may begin reducing energy expenditure wherever possible.</w:t>
      </w:r>
    </w:p>
    <w:p>
      <w:r>
        <w:t>This can appear as:</w:t>
      </w:r>
    </w:p>
    <w:p>
      <w:pPr>
        <w:pStyle w:val="ListBullet"/>
      </w:pPr>
      <w:r>
        <w:t>Lower Motivation.</w:t>
      </w:r>
    </w:p>
    <w:p>
      <w:pPr>
        <w:pStyle w:val="ListBullet"/>
      </w:pPr>
      <w:r>
        <w:t>Reduced Physical Activity.</w:t>
      </w:r>
    </w:p>
    <w:p>
      <w:pPr>
        <w:pStyle w:val="ListBullet"/>
      </w:pPr>
      <w:r>
        <w:t>Increased Desire To Rest.</w:t>
      </w:r>
    </w:p>
    <w:p>
      <w:pPr>
        <w:pStyle w:val="ListBullet"/>
      </w:pPr>
      <w:r>
        <w:t>Feeling Heavy.</w:t>
      </w:r>
    </w:p>
    <w:p>
      <w:pPr>
        <w:pStyle w:val="ListBullet"/>
      </w:pPr>
      <w:r>
        <w:t>Slower Thinking.</w:t>
      </w:r>
    </w:p>
    <w:p>
      <w:pPr>
        <w:pStyle w:val="ListBullet"/>
      </w:pPr>
      <w:r>
        <w:t>Difficulty Starting Tasks.</w:t>
      </w:r>
    </w:p>
    <w:p>
      <w:pPr>
        <w:pStyle w:val="ListBullet"/>
      </w:pPr>
      <w:r>
        <w:t>Many people criticize themselves for these experiences.</w:t>
      </w:r>
    </w:p>
    <w:p>
      <w:r>
        <w:t>Instead, consider another possibility.</w:t>
      </w:r>
    </w:p>
    <w:p>
      <w:r>
        <w:t>Your body may be attempting to preserve its remaining resources.</w:t>
      </w:r>
    </w:p>
    <w:p>
      <w:r>
        <w:t>It is not necessarily refusing to work.</w:t>
      </w:r>
    </w:p>
    <w:p>
      <w:r>
        <w:t>It may be trying to protect you from complete exhaustion.</w:t>
      </w:r>
    </w:p>
    <w:p>
      <w:pPr>
        <w:pStyle w:val="Heading3"/>
      </w:pPr>
      <w:r>
        <w:t>Why Motivation Often Disappears</w:t>
      </w:r>
    </w:p>
    <w:p>
      <w:r>
        <w:t>People frequently confuse motivation with energy.</w:t>
      </w:r>
    </w:p>
    <w:p>
      <w:r>
        <w:t>They are related but different.</w:t>
      </w:r>
    </w:p>
    <w:p>
      <w:r>
        <w:t>Imagine asking someone to sprint after they have completed a marathon.</w:t>
      </w:r>
    </w:p>
    <w:p>
      <w:r>
        <w:t>The issue is not motivation.</w:t>
      </w:r>
    </w:p>
    <w:p>
      <w:r>
        <w:t>The issue is depleted capacity.</w:t>
      </w:r>
    </w:p>
    <w:p>
      <w:r>
        <w:t>Similarly, many people experiencing chronic stress genuinely want to exercise, socialize, or complete projects.</w:t>
      </w:r>
    </w:p>
    <w:p>
      <w:r>
        <w:t>Their nervous system simply lacks the available resources to support those activities comfortably.</w:t>
      </w:r>
    </w:p>
    <w:p>
      <w:r>
        <w:t>This is why phrases such as:</w:t>
      </w:r>
    </w:p>
    <w:p>
      <w:pPr>
        <w:pStyle w:val="ListBullet"/>
      </w:pPr>
      <w:r>
        <w:t>"Just Try Harder."</w:t>
      </w:r>
    </w:p>
    <w:p>
      <w:pPr>
        <w:pStyle w:val="ListBullet"/>
      </w:pPr>
      <w:r>
        <w:t>"Push Through."</w:t>
      </w:r>
    </w:p>
    <w:p>
      <w:pPr>
        <w:pStyle w:val="ListBullet"/>
      </w:pPr>
      <w:r>
        <w:t>"Be More Disciplined."</w:t>
      </w:r>
    </w:p>
    <w:p>
      <w:pPr>
        <w:pStyle w:val="ListBullet"/>
      </w:pPr>
      <w:r>
        <w:t>Often fail to address the real problem.</w:t>
      </w:r>
    </w:p>
    <w:p>
      <w:pPr>
        <w:pStyle w:val="ListBullet"/>
      </w:pPr>
      <w:r>
        <w:t>Recovery comes before sustainable performance.</w:t>
      </w:r>
    </w:p>
    <w:p>
      <w:pPr>
        <w:pStyle w:val="Heading3"/>
      </w:pPr>
      <w:r>
        <w:t>The Hidden Cost Of Constant Busyness</w:t>
      </w:r>
    </w:p>
    <w:p>
      <w:r>
        <w:t>Many individuals cope with fatigue by becoming even busier.</w:t>
      </w:r>
    </w:p>
    <w:p>
      <w:r>
        <w:t>This may sound contradictory, but it is surprisingly common.</w:t>
      </w:r>
    </w:p>
    <w:p>
      <w:r>
        <w:t>They fear that slowing down will cause everything to collapse.</w:t>
      </w:r>
    </w:p>
    <w:p>
      <w:r>
        <w:t>So they:</w:t>
      </w:r>
    </w:p>
    <w:p>
      <w:pPr>
        <w:pStyle w:val="ListBullet"/>
      </w:pPr>
      <w:r>
        <w:t>Work Longer Hours.</w:t>
      </w:r>
    </w:p>
    <w:p>
      <w:pPr>
        <w:pStyle w:val="ListBullet"/>
      </w:pPr>
      <w:r>
        <w:t>Skip Meals.</w:t>
      </w:r>
    </w:p>
    <w:p>
      <w:pPr>
        <w:pStyle w:val="ListBullet"/>
      </w:pPr>
      <w:r>
        <w:t>Ignore Fatigue.</w:t>
      </w:r>
    </w:p>
    <w:p>
      <w:pPr>
        <w:pStyle w:val="ListBullet"/>
      </w:pPr>
      <w:r>
        <w:t>Sleep Less.</w:t>
      </w:r>
    </w:p>
    <w:p>
      <w:pPr>
        <w:pStyle w:val="ListBullet"/>
      </w:pPr>
      <w:r>
        <w:t>Cancel Leisure Activities.</w:t>
      </w:r>
    </w:p>
    <w:p>
      <w:pPr>
        <w:pStyle w:val="ListBullet"/>
      </w:pPr>
      <w:r>
        <w:t>Continue Caring For Everyone Else.</w:t>
      </w:r>
    </w:p>
    <w:p>
      <w:pPr>
        <w:pStyle w:val="ListBullet"/>
      </w:pPr>
      <w:r>
        <w:t>This approach may temporarily maintain productivity.</w:t>
      </w:r>
    </w:p>
    <w:p>
      <w:pPr>
        <w:pStyle w:val="ListBullet"/>
      </w:pPr>
      <w:r>
        <w:t>Eventually, however, the body begins demanding recovery.</w:t>
      </w:r>
    </w:p>
    <w:p>
      <w:pPr>
        <w:pStyle w:val="ListBullet"/>
      </w:pPr>
      <w:r>
        <w:t>Fatigue becomes more difficult to ignore.</w:t>
      </w:r>
    </w:p>
    <w:p>
      <w:pPr>
        <w:pStyle w:val="Heading3"/>
      </w:pPr>
      <w:r>
        <w:rPr>
          <w:b/>
        </w:rPr>
        <w:t>Bedside Example</w:t>
      </w:r>
    </w:p>
    <w:p>
      <w:pPr>
        <w:pStyle w:val="Quote"/>
      </w:pPr>
      <w:r>
        <w:rPr>
          <w:i/>
        </w:rPr>
        <w:t>A father in his early fifties came to the hospital for evaluation because he felt exhausted every day. He continued working full-time, cared for his elderly mother, helped raise his grandchildren, and rarely took time for himself.</w:t>
      </w:r>
    </w:p>
    <w:p>
      <w:pPr>
        <w:pStyle w:val="Heading3"/>
      </w:pPr>
      <w:r>
        <w:t>He proudly said, "I Never Stop."</w:t>
      </w:r>
    </w:p>
    <w:p>
      <w:r>
        <w:t>Then he quietly added,</w:t>
      </w:r>
    </w:p>
    <w:p>
      <w:r>
        <w:t>"I Don't Remember The Last Time I Actually Felt Rested."</w:t>
      </w:r>
    </w:p>
    <w:p>
      <w:r>
        <w:t>His fatigue was not caused by laziness.</w:t>
      </w:r>
    </w:p>
    <w:p>
      <w:r>
        <w:t>His body had been carrying enormous physical and emotional responsibilities without enough recovery.</w:t>
      </w:r>
    </w:p>
    <w:p>
      <w:r>
        <w:t>His story is one that healthcare professionals hear often. People become so accustomed to functioning while exhausted that they no longer recognize how depleted they are until their bodies demand attention.</w:t>
      </w:r>
    </w:p>
    <w:p>
      <w:pPr>
        <w:pStyle w:val="Heading3"/>
      </w:pPr>
      <w:r>
        <w:t>Fatigue Can Become Self-Perpetuating</w:t>
      </w:r>
    </w:p>
    <w:p>
      <w:r>
        <w:t>Persistent fatigue often creates a cycle.</w:t>
      </w:r>
    </w:p>
    <w:p>
      <w:r>
        <w:t>Feeling tired leads to:</w:t>
      </w:r>
    </w:p>
    <w:p>
      <w:pPr>
        <w:pStyle w:val="ListBullet"/>
      </w:pPr>
      <w:r>
        <w:t>Less Physical Activity.</w:t>
      </w:r>
    </w:p>
    <w:p>
      <w:pPr>
        <w:pStyle w:val="ListBullet"/>
      </w:pPr>
      <w:r>
        <w:t>Poorer Sleep.</w:t>
      </w:r>
    </w:p>
    <w:p>
      <w:pPr>
        <w:pStyle w:val="ListBullet"/>
      </w:pPr>
      <w:r>
        <w:t>Increased Stress.</w:t>
      </w:r>
    </w:p>
    <w:p>
      <w:pPr>
        <w:pStyle w:val="ListBullet"/>
      </w:pPr>
      <w:r>
        <w:t>Greater Worry.</w:t>
      </w:r>
    </w:p>
    <w:p>
      <w:pPr>
        <w:pStyle w:val="ListBullet"/>
      </w:pPr>
      <w:r>
        <w:t>Reduced Social Connection.</w:t>
      </w:r>
    </w:p>
    <w:p>
      <w:pPr>
        <w:pStyle w:val="ListBullet"/>
      </w:pPr>
      <w:r>
        <w:t>Less Time Outdoors.</w:t>
      </w:r>
    </w:p>
    <w:p>
      <w:pPr>
        <w:pStyle w:val="ListBullet"/>
      </w:pPr>
      <w:r>
        <w:t>These changes may further increase fatigue.</w:t>
      </w:r>
    </w:p>
    <w:p>
      <w:pPr>
        <w:pStyle w:val="ListBullet"/>
      </w:pPr>
      <w:r>
        <w:t>Breaking the cycle usually requires gradual improvements rather than dramatic lifestyle changes.</w:t>
      </w:r>
    </w:p>
    <w:p>
      <w:pPr>
        <w:pStyle w:val="ListBullet"/>
      </w:pPr>
      <w:r>
        <w:t>Small, consistent recovery practices are often more sustainable than trying to overhaul everything at once.</w:t>
      </w:r>
    </w:p>
    <w:p>
      <w:pPr>
        <w:pStyle w:val="Heading3"/>
      </w:pPr>
      <w:r>
        <w:t>Recovery Happens In Layers</w:t>
      </w:r>
    </w:p>
    <w:p>
      <w:r>
        <w:t>One reason people become discouraged is that energy often improves gradually.</w:t>
      </w:r>
    </w:p>
    <w:p>
      <w:r>
        <w:t>You may first notice:</w:t>
      </w:r>
    </w:p>
    <w:p>
      <w:pPr>
        <w:pStyle w:val="ListBullet"/>
      </w:pPr>
      <w:r>
        <w:t>Slightly Better Concentration.</w:t>
      </w:r>
    </w:p>
    <w:p>
      <w:pPr>
        <w:pStyle w:val="ListBullet"/>
      </w:pPr>
      <w:r>
        <w:t>Fewer Afternoon Energy Crashes.</w:t>
      </w:r>
    </w:p>
    <w:p>
      <w:pPr>
        <w:pStyle w:val="ListBullet"/>
      </w:pPr>
      <w:r>
        <w:t>Improved Patience.</w:t>
      </w:r>
    </w:p>
    <w:p>
      <w:pPr>
        <w:pStyle w:val="ListBullet"/>
      </w:pPr>
      <w:r>
        <w:t>Better Sleep Quality.</w:t>
      </w:r>
    </w:p>
    <w:p>
      <w:pPr>
        <w:pStyle w:val="ListBullet"/>
      </w:pPr>
      <w:r>
        <w:t>Less Muscle Tension.</w:t>
      </w:r>
    </w:p>
    <w:p>
      <w:pPr>
        <w:pStyle w:val="ListBullet"/>
      </w:pPr>
      <w:r>
        <w:t>Greater Emotional Stability.</w:t>
      </w:r>
    </w:p>
    <w:p>
      <w:pPr>
        <w:pStyle w:val="ListBullet"/>
      </w:pPr>
      <w:r>
        <w:t>Only later do larger improvements become noticeable.</w:t>
      </w:r>
    </w:p>
    <w:p>
      <w:pPr>
        <w:pStyle w:val="ListBullet"/>
      </w:pPr>
      <w:r>
        <w:t>Healing is often cumulative.</w:t>
      </w:r>
    </w:p>
    <w:p>
      <w:pPr>
        <w:pStyle w:val="ListBullet"/>
      </w:pPr>
      <w:r>
        <w:t>Each healthy habit strengthens the next.</w:t>
      </w:r>
    </w:p>
    <w:p>
      <w:pPr>
        <w:pStyle w:val="Heading3"/>
      </w:pPr>
      <w:r>
        <w:t>Energy Is Built, Not Borrowed</w:t>
      </w:r>
    </w:p>
    <w:p>
      <w:r>
        <w:t>Caffeine, energy drinks, and stimulants can temporarily increase alertness.</w:t>
      </w:r>
    </w:p>
    <w:p>
      <w:r>
        <w:t>They may be useful in certain situations.</w:t>
      </w:r>
    </w:p>
    <w:p>
      <w:r>
        <w:t>However, they do not replace genuine recovery.</w:t>
      </w:r>
    </w:p>
    <w:p>
      <w:r>
        <w:t>Borrowing energy is different from building energy.</w:t>
      </w:r>
    </w:p>
    <w:p>
      <w:r>
        <w:t>Building energy involves supporting the body's natural recovery systems through:</w:t>
      </w:r>
    </w:p>
    <w:p>
      <w:pPr>
        <w:pStyle w:val="ListBullet"/>
      </w:pPr>
      <w:r>
        <w:t>Consistent Sleep.</w:t>
      </w:r>
    </w:p>
    <w:p>
      <w:pPr>
        <w:pStyle w:val="ListBullet"/>
      </w:pPr>
      <w:r>
        <w:t>Balanced Nutrition.</w:t>
      </w:r>
    </w:p>
    <w:p>
      <w:pPr>
        <w:pStyle w:val="ListBullet"/>
      </w:pPr>
      <w:r>
        <w:t>Hydration.</w:t>
      </w:r>
    </w:p>
    <w:p>
      <w:pPr>
        <w:pStyle w:val="ListBullet"/>
      </w:pPr>
      <w:r>
        <w:t>Gentle Physical Activity.</w:t>
      </w:r>
    </w:p>
    <w:p>
      <w:pPr>
        <w:pStyle w:val="ListBullet"/>
      </w:pPr>
      <w:r>
        <w:t>Stress Regulation.</w:t>
      </w:r>
    </w:p>
    <w:p>
      <w:pPr>
        <w:pStyle w:val="ListBullet"/>
      </w:pPr>
      <w:r>
        <w:t>Meaningful Social Connection.</w:t>
      </w:r>
    </w:p>
    <w:p>
      <w:pPr>
        <w:pStyle w:val="ListBullet"/>
      </w:pPr>
      <w:r>
        <w:t>Time For Recovery.</w:t>
      </w:r>
    </w:p>
    <w:p>
      <w:pPr>
        <w:pStyle w:val="ListBullet"/>
      </w:pPr>
      <w:r>
        <w:t>These habits help restore capacity rather than simply masking exhaustion.</w:t>
      </w:r>
    </w:p>
    <w:p>
      <w:pPr>
        <w:pStyle w:val="Heading3"/>
      </w:pPr>
      <w:r>
        <w:t>When Fatigue Needs Medical Evaluation</w:t>
      </w:r>
    </w:p>
    <w:p>
      <w:r>
        <w:t>Although chronic stress can contribute to fatigue, it is important not to assume stress is the only explanation.</w:t>
      </w:r>
    </w:p>
    <w:p>
      <w:r>
        <w:t>Persistent or worsening fatigue should be discussed with a qualified healthcare professional, particularly if it is accompanied by symptoms such as:</w:t>
      </w:r>
    </w:p>
    <w:p>
      <w:pPr>
        <w:pStyle w:val="ListBullet"/>
      </w:pPr>
      <w:r>
        <w:t>Unexplained Weight Loss.</w:t>
      </w:r>
    </w:p>
    <w:p>
      <w:pPr>
        <w:pStyle w:val="ListBullet"/>
      </w:pPr>
      <w:r>
        <w:t>Persistent Fever.</w:t>
      </w:r>
    </w:p>
    <w:p>
      <w:pPr>
        <w:pStyle w:val="ListBullet"/>
      </w:pPr>
      <w:r>
        <w:t>Shortness Of Breath.</w:t>
      </w:r>
    </w:p>
    <w:p>
      <w:pPr>
        <w:pStyle w:val="ListBullet"/>
      </w:pPr>
      <w:r>
        <w:t>Chest Pain.</w:t>
      </w:r>
    </w:p>
    <w:p>
      <w:pPr>
        <w:pStyle w:val="ListBullet"/>
      </w:pPr>
      <w:r>
        <w:t>Fainting.</w:t>
      </w:r>
    </w:p>
    <w:p>
      <w:pPr>
        <w:pStyle w:val="ListBullet"/>
      </w:pPr>
      <w:r>
        <w:t>Significant Weakness.</w:t>
      </w:r>
    </w:p>
    <w:p>
      <w:pPr>
        <w:pStyle w:val="ListBullet"/>
      </w:pPr>
      <w:r>
        <w:t>Swollen Lymph Nodes.</w:t>
      </w:r>
    </w:p>
    <w:p>
      <w:pPr>
        <w:pStyle w:val="ListBullet"/>
      </w:pPr>
      <w:r>
        <w:t>Blood In The Stool Or Urine.</w:t>
      </w:r>
    </w:p>
    <w:p>
      <w:pPr>
        <w:pStyle w:val="ListBullet"/>
      </w:pPr>
      <w:r>
        <w:t>New Neurological Symptoms.</w:t>
      </w:r>
    </w:p>
    <w:p>
      <w:pPr>
        <w:pStyle w:val="ListBullet"/>
      </w:pPr>
      <w:r>
        <w:t>Severe Sleep Disturbance.</w:t>
      </w:r>
    </w:p>
    <w:p>
      <w:r>
        <w:t>Your healthcare provider may recommend a medical history, physical examination, and, when appropriate, laboratory testing or additional evaluation to identify or rule out underlying medical conditions.</w:t>
      </w:r>
    </w:p>
    <w:p>
      <w:pPr>
        <w:pStyle w:val="Heading3"/>
      </w:pPr>
      <w:r>
        <w:t>The Body Wants To Restore Energy</w:t>
      </w:r>
    </w:p>
    <w:p>
      <w:r>
        <w:t>One encouraging truth is that fatigue caused or worsened by prolonged nervous system activation often improves as recovery improves.</w:t>
      </w:r>
    </w:p>
    <w:p>
      <w:r>
        <w:t>The body is remarkably adaptable.</w:t>
      </w:r>
    </w:p>
    <w:p>
      <w:r>
        <w:t>When given repeated opportunities for regulation, many people gradually experience:</w:t>
      </w:r>
    </w:p>
    <w:p>
      <w:pPr>
        <w:pStyle w:val="ListBullet"/>
      </w:pPr>
      <w:r>
        <w:t>More Stable Energy.</w:t>
      </w:r>
    </w:p>
    <w:p>
      <w:pPr>
        <w:pStyle w:val="ListBullet"/>
      </w:pPr>
      <w:r>
        <w:t>Improved Sleep.</w:t>
      </w:r>
    </w:p>
    <w:p>
      <w:pPr>
        <w:pStyle w:val="ListBullet"/>
      </w:pPr>
      <w:r>
        <w:t>Better Focus.</w:t>
      </w:r>
    </w:p>
    <w:p>
      <w:pPr>
        <w:pStyle w:val="ListBullet"/>
      </w:pPr>
      <w:r>
        <w:t>Increased Motivation.</w:t>
      </w:r>
    </w:p>
    <w:p>
      <w:pPr>
        <w:pStyle w:val="ListBullet"/>
      </w:pPr>
      <w:r>
        <w:t>Greater Physical Endurance.</w:t>
      </w:r>
    </w:p>
    <w:p>
      <w:pPr>
        <w:pStyle w:val="ListBullet"/>
      </w:pPr>
      <w:r>
        <w:t>Faster Recovery After Stress.</w:t>
      </w:r>
    </w:p>
    <w:p>
      <w:pPr>
        <w:pStyle w:val="ListBullet"/>
      </w:pPr>
      <w:r>
        <w:t>The goal is not endless productivity.</w:t>
      </w:r>
    </w:p>
    <w:p>
      <w:pPr>
        <w:pStyle w:val="ListBullet"/>
      </w:pPr>
      <w:r>
        <w:t>The goal is sustainable energy that supports a healthy, meaningful life.</w:t>
      </w:r>
    </w:p>
    <w:p>
      <w:pPr>
        <w:pStyle w:val="Heading3"/>
      </w:pPr>
      <w:r>
        <w:t>Key Takeaways</w:t>
      </w:r>
    </w:p>
    <w:p>
      <w:pPr>
        <w:pStyle w:val="ListBullet"/>
      </w:pPr>
      <w:r>
        <w:t>Persistent Fatigue Has Many Possible Causes And Always Deserves Appropriate Medical Evaluation When It Is Ongoing Or Concerning.</w:t>
      </w:r>
    </w:p>
    <w:p>
      <w:pPr>
        <w:pStyle w:val="ListBullet"/>
      </w:pPr>
      <w:r>
        <w:t>Chronic Nervous System Activation Can Consume Significant Physical And Mental Energy.</w:t>
      </w:r>
    </w:p>
    <w:p>
      <w:pPr>
        <w:pStyle w:val="ListBullet"/>
      </w:pPr>
      <w:r>
        <w:t>Sleep Alone Does Not Guarantee Full Recovery.</w:t>
      </w:r>
    </w:p>
    <w:p>
      <w:pPr>
        <w:pStyle w:val="ListBullet"/>
      </w:pPr>
      <w:r>
        <w:t>Rest And Recovery Are Related But Not Identical.</w:t>
      </w:r>
    </w:p>
    <w:p>
      <w:pPr>
        <w:pStyle w:val="ListBullet"/>
      </w:pPr>
      <w:r>
        <w:t>The Nervous System May Reduce Motivation As A Protective Energy-Conservation Strategy.</w:t>
      </w:r>
    </w:p>
    <w:p>
      <w:pPr>
        <w:pStyle w:val="ListBullet"/>
      </w:pPr>
      <w:r>
        <w:t>Small, Consistent Recovery Habits Build Energy More Effectively Than Constantly Borrowing Energy Through Stimulants Or Overwork.</w:t>
      </w:r>
    </w:p>
    <w:p>
      <w:pPr>
        <w:pStyle w:val="ListBullet"/>
      </w:pPr>
      <w:r>
        <w:t>Recovery Happens Gradually As The Nervous System Experiences Repeated Signals Of Safety.</w:t>
      </w:r>
    </w:p>
    <w:p>
      <w:pPr>
        <w:pStyle w:val="Heading3"/>
      </w:pPr>
      <w:r>
        <w:t>Chapter Reflection</w:t>
      </w:r>
    </w:p>
    <w:p>
      <w:r>
        <w:t>Before Continuing, Reflect On These Questions.</w:t>
      </w:r>
    </w:p>
    <w:p>
      <w:pPr>
        <w:pStyle w:val="ListBullet"/>
      </w:pPr>
      <w:r>
        <w:t>When Do I Feel Most Fatigued During The Day?</w:t>
      </w:r>
    </w:p>
    <w:p>
      <w:pPr>
        <w:pStyle w:val="ListBullet"/>
      </w:pPr>
      <w:r>
        <w:t>Do I Confuse Rest With Genuine Recovery?</w:t>
      </w:r>
    </w:p>
    <w:p>
      <w:pPr>
        <w:pStyle w:val="ListBullet"/>
      </w:pPr>
      <w:r>
        <w:t>Which Responsibilities Consistently Drain My Energy?</w:t>
      </w:r>
    </w:p>
    <w:p>
      <w:pPr>
        <w:pStyle w:val="ListBullet"/>
      </w:pPr>
      <w:r>
        <w:t>What Activities Leave Me Feeling More Restored Rather Than More Exhausted?</w:t>
      </w:r>
    </w:p>
    <w:p>
      <w:pPr>
        <w:pStyle w:val="ListBullet"/>
      </w:pPr>
      <w:r>
        <w:t>What Is One Small Recovery Habit I Can Begin Practicing Every Day?</w:t>
      </w:r>
    </w:p>
    <w:p>
      <w:r>
        <w:t>In the next chapter, we will explore the close relationship between chronic stress and anxiety. You will learn why the nervous system can remain trapped in an anxiety–stress feedback loop, why worry often persists even after problems have been solved, and how daily regulation practices can gradually interrupt this cycle and restore a greater sense of calm.</w:t>
      </w:r>
    </w:p>
    <w:p>
      <w:r>
        <w:br w:type="page"/>
      </w:r>
    </w:p>
    <w:p>
      <w:pPr>
        <w:pStyle w:val="Heading1"/>
        <w:jc w:val="center"/>
      </w:pPr>
      <w:r>
        <w:t>Chapter 7: The Anxiety-Stress Feedback Loop</w:t>
      </w:r>
    </w:p>
    <w:p>
      <w:pPr>
        <w:pStyle w:val="Quote"/>
      </w:pPr>
      <w:r>
        <w:rPr>
          <w:i/>
        </w:rPr>
        <w:t>"Anxiety Does Not Always Begin With Your Thoughts. Sometimes It Begins With A Nervous System That Has Forgotten What Calm Feels Like."</w:t>
      </w:r>
    </w:p>
    <w:p>
      <w:pPr>
        <w:pStyle w:val="Heading3"/>
      </w:pPr>
      <w:r>
        <w:t>Chapter Overview</w:t>
      </w:r>
    </w:p>
    <w:p>
      <w:r>
        <w:t>Anxiety is one of the most common experiences associated with chronic stress.</w:t>
      </w:r>
    </w:p>
    <w:p>
      <w:r>
        <w:t>For some people, it appears as constant worrying.</w:t>
      </w:r>
    </w:p>
    <w:p>
      <w:r>
        <w:t>For others, it feels like restlessness, irritability, racing thoughts, muscle tension, or an inability to relax.</w:t>
      </w:r>
    </w:p>
    <w:p>
      <w:r>
        <w:t>Some people describe it as a feeling that something bad is about to happen, even when they cannot identify any immediate danger.</w:t>
      </w:r>
    </w:p>
    <w:p>
      <w:r>
        <w:t>What makes anxiety especially confusing is that it often continues long after the original stressful event has ended.</w:t>
      </w:r>
    </w:p>
    <w:p>
      <w:r>
        <w:t>You may find yourself thinking:</w:t>
      </w:r>
    </w:p>
    <w:p>
      <w:pPr>
        <w:pStyle w:val="ListBullet"/>
      </w:pPr>
      <w:r>
        <w:t>"Everything Is Fine. Why Do I Still Feel So Anxious?"</w:t>
      </w:r>
    </w:p>
    <w:p>
      <w:pPr>
        <w:pStyle w:val="ListBullet"/>
      </w:pPr>
      <w:r>
        <w:t>"Why Can't I Stop Thinking About Worst-Case Scenarios?"</w:t>
      </w:r>
    </w:p>
    <w:p>
      <w:pPr>
        <w:pStyle w:val="ListBullet"/>
      </w:pPr>
      <w:r>
        <w:t>"Why Do I Feel Nervous For No Clear Reason?"</w:t>
      </w:r>
    </w:p>
    <w:p>
      <w:pPr>
        <w:pStyle w:val="ListBullet"/>
      </w:pPr>
      <w:r>
        <w:t>"Why Does My Body Stay Tense Even During Good Times?"</w:t>
      </w:r>
    </w:p>
    <w:p>
      <w:pPr>
        <w:pStyle w:val="ListBullet"/>
      </w:pPr>
      <w:r>
        <w:t>The answer often lies in the relationship between anxiety and the nervous system.</w:t>
      </w:r>
    </w:p>
    <w:p>
      <w:r>
        <w:t>Anxiety and chronic stress frequently reinforce one another, creating a self-perpetuating cycle that can become difficult to interrupt without understanding how it works.</w:t>
      </w:r>
    </w:p>
    <w:p>
      <w:r>
        <w:t>This chapter explores that cycle and explains why breaking it begins with regulating the body—not simply trying to control every anxious thought.</w:t>
      </w:r>
    </w:p>
    <w:p>
      <w:pPr>
        <w:pStyle w:val="Heading3"/>
      </w:pPr>
      <w:r>
        <w:t>Anxiety Is A Protective Emotion</w:t>
      </w:r>
    </w:p>
    <w:p>
      <w:r>
        <w:t>Many people view anxiety as an enemy.</w:t>
      </w:r>
    </w:p>
    <w:p>
      <w:r>
        <w:t>In reality, anxiety is one of the body's oldest survival tools.</w:t>
      </w:r>
    </w:p>
    <w:p>
      <w:r>
        <w:t>Its purpose is not to make life miserable.</w:t>
      </w:r>
    </w:p>
    <w:p>
      <w:r>
        <w:t>Its purpose is to prepare you for possible danger.</w:t>
      </w:r>
    </w:p>
    <w:p>
      <w:r>
        <w:t>Healthy anxiety encourages you to:</w:t>
      </w:r>
    </w:p>
    <w:p>
      <w:pPr>
        <w:pStyle w:val="ListBullet"/>
      </w:pPr>
      <w:r>
        <w:t>Lock Your Doors.</w:t>
      </w:r>
    </w:p>
    <w:p>
      <w:pPr>
        <w:pStyle w:val="ListBullet"/>
      </w:pPr>
      <w:r>
        <w:t>Wear A Seatbelt.</w:t>
      </w:r>
    </w:p>
    <w:p>
      <w:pPr>
        <w:pStyle w:val="ListBullet"/>
      </w:pPr>
      <w:r>
        <w:t>Study For An Examination.</w:t>
      </w:r>
    </w:p>
    <w:p>
      <w:pPr>
        <w:pStyle w:val="ListBullet"/>
      </w:pPr>
      <w:r>
        <w:t>Prepare For A Presentation.</w:t>
      </w:r>
    </w:p>
    <w:p>
      <w:pPr>
        <w:pStyle w:val="ListBullet"/>
      </w:pPr>
      <w:r>
        <w:t>Avoid Dangerous Situations.</w:t>
      </w:r>
    </w:p>
    <w:p>
      <w:pPr>
        <w:pStyle w:val="ListBullet"/>
      </w:pPr>
      <w:r>
        <w:t>Seek Medical Care When Necessary.</w:t>
      </w:r>
    </w:p>
    <w:p>
      <w:pPr>
        <w:pStyle w:val="ListBullet"/>
      </w:pPr>
      <w:r>
        <w:t>Without anxiety, human survival would be much more difficult.</w:t>
      </w:r>
    </w:p>
    <w:p>
      <w:pPr>
        <w:pStyle w:val="ListBullet"/>
      </w:pPr>
      <w:r>
        <w:t>The challenge begins when the nervous system starts identifying danger where little or none exists.</w:t>
      </w:r>
    </w:p>
    <w:p>
      <w:pPr>
        <w:pStyle w:val="Heading3"/>
      </w:pPr>
      <w:r>
        <w:t>Your Brain Prefers False Alarms</w:t>
      </w:r>
    </w:p>
    <w:p>
      <w:r>
        <w:t>From an evolutionary perspective, it is safer for the brain to overreact than underreact.</w:t>
      </w:r>
    </w:p>
    <w:p>
      <w:r>
        <w:t>Imagine early humans hearing movement in nearby bushes.</w:t>
      </w:r>
    </w:p>
    <w:p>
      <w:r>
        <w:t>If they assumed it was only the wind and ignored a predator, the consequences could be severe.</w:t>
      </w:r>
    </w:p>
    <w:p>
      <w:r>
        <w:t>If they assumed danger but found nothing, they simply experienced a false alarm.</w:t>
      </w:r>
    </w:p>
    <w:p>
      <w:r>
        <w:t>Evolution favored caution.</w:t>
      </w:r>
    </w:p>
    <w:p>
      <w:r>
        <w:t>Your nervous system still follows this principle today.</w:t>
      </w:r>
    </w:p>
    <w:p>
      <w:r>
        <w:t>It often asks:</w:t>
      </w:r>
    </w:p>
    <w:p>
      <w:r>
        <w:rPr>
          <w:i/>
        </w:rPr>
        <w:t>"What If?"</w:t>
      </w:r>
    </w:p>
    <w:p>
      <w:r>
        <w:t>Examples include:</w:t>
      </w:r>
    </w:p>
    <w:p>
      <w:pPr>
        <w:pStyle w:val="ListBullet"/>
      </w:pPr>
      <w:r>
        <w:t>What If I Fail?</w:t>
      </w:r>
    </w:p>
    <w:p>
      <w:pPr>
        <w:pStyle w:val="ListBullet"/>
      </w:pPr>
      <w:r>
        <w:t>What If Something Happens To My Family?</w:t>
      </w:r>
    </w:p>
    <w:p>
      <w:pPr>
        <w:pStyle w:val="ListBullet"/>
      </w:pPr>
      <w:r>
        <w:t>What If I Get Sick?</w:t>
      </w:r>
    </w:p>
    <w:p>
      <w:pPr>
        <w:pStyle w:val="ListBullet"/>
      </w:pPr>
      <w:r>
        <w:t>What If They Are Upset With Me?</w:t>
      </w:r>
    </w:p>
    <w:p>
      <w:pPr>
        <w:pStyle w:val="ListBullet"/>
      </w:pPr>
      <w:r>
        <w:t>What If I Forget Something Important?</w:t>
      </w:r>
    </w:p>
    <w:p>
      <w:pPr>
        <w:pStyle w:val="ListBullet"/>
      </w:pPr>
      <w:r>
        <w:t>These thoughts are attempts to protect you.</w:t>
      </w:r>
    </w:p>
    <w:p>
      <w:r>
        <w:t>The problem is that the brain cannot distinguish between repeatedly imagining danger and repeatedly experiencing danger.</w:t>
      </w:r>
    </w:p>
    <w:p>
      <w:pPr>
        <w:pStyle w:val="Heading3"/>
      </w:pPr>
      <w:r>
        <w:t>Chronic Stress Makes The Alarm More Sensitive</w:t>
      </w:r>
    </w:p>
    <w:p>
      <w:r>
        <w:t>Imagine the smoke detector in your home.</w:t>
      </w:r>
    </w:p>
    <w:p>
      <w:r>
        <w:t>When working properly, it sounds only when there is smoke.</w:t>
      </w:r>
    </w:p>
    <w:p>
      <w:r>
        <w:t>Now imagine it becoming so sensitive that it activates every time someone makes toast.</w:t>
      </w:r>
    </w:p>
    <w:p>
      <w:r>
        <w:t>Nothing is technically broken.</w:t>
      </w:r>
    </w:p>
    <w:p>
      <w:r>
        <w:t>The sensitivity has simply increased.</w:t>
      </w:r>
    </w:p>
    <w:p>
      <w:r>
        <w:t>The nervous system behaves similarly.</w:t>
      </w:r>
    </w:p>
    <w:p>
      <w:r>
        <w:t>After prolonged stress, the brain may become increasingly sensitive to:</w:t>
      </w:r>
    </w:p>
    <w:p>
      <w:pPr>
        <w:pStyle w:val="ListBullet"/>
      </w:pPr>
      <w:r>
        <w:t>Uncertainty.</w:t>
      </w:r>
    </w:p>
    <w:p>
      <w:pPr>
        <w:pStyle w:val="ListBullet"/>
      </w:pPr>
      <w:r>
        <w:t>Unexpected Change.</w:t>
      </w:r>
    </w:p>
    <w:p>
      <w:pPr>
        <w:pStyle w:val="ListBullet"/>
      </w:pPr>
      <w:r>
        <w:t>Conflict.</w:t>
      </w:r>
    </w:p>
    <w:p>
      <w:pPr>
        <w:pStyle w:val="ListBullet"/>
      </w:pPr>
      <w:r>
        <w:t>Loud Sounds.</w:t>
      </w:r>
    </w:p>
    <w:p>
      <w:pPr>
        <w:pStyle w:val="ListBullet"/>
      </w:pPr>
      <w:r>
        <w:t>Physical Sensations.</w:t>
      </w:r>
    </w:p>
    <w:p>
      <w:pPr>
        <w:pStyle w:val="ListBullet"/>
      </w:pPr>
      <w:r>
        <w:t>Social Situations.</w:t>
      </w:r>
    </w:p>
    <w:p>
      <w:pPr>
        <w:pStyle w:val="ListBullet"/>
      </w:pPr>
      <w:r>
        <w:t>Minor Problems.</w:t>
      </w:r>
    </w:p>
    <w:p>
      <w:pPr>
        <w:pStyle w:val="ListBullet"/>
      </w:pPr>
      <w:r>
        <w:t>Experiences that once seemed manageable now feel much more threatening.</w:t>
      </w:r>
    </w:p>
    <w:p>
      <w:pPr>
        <w:pStyle w:val="Heading3"/>
      </w:pPr>
      <w:r>
        <w:t>Hypervigilance Keeps Anxiety Alive</w:t>
      </w:r>
    </w:p>
    <w:p>
      <w:r>
        <w:t>One of anxiety's defining characteristics is hypervigilance.</w:t>
      </w:r>
    </w:p>
    <w:p>
      <w:r>
        <w:t>Hypervigilance means continuously scanning for possible danger.</w:t>
      </w:r>
    </w:p>
    <w:p>
      <w:r>
        <w:t>Some people monitor:</w:t>
      </w:r>
    </w:p>
    <w:p>
      <w:pPr>
        <w:pStyle w:val="ListBullet"/>
      </w:pPr>
      <w:r>
        <w:t>Their Heartbeat.</w:t>
      </w:r>
    </w:p>
    <w:p>
      <w:pPr>
        <w:pStyle w:val="ListBullet"/>
      </w:pPr>
      <w:r>
        <w:t>Their Breathing.</w:t>
      </w:r>
    </w:p>
    <w:p>
      <w:pPr>
        <w:pStyle w:val="ListBullet"/>
      </w:pPr>
      <w:r>
        <w:t>Physical Symptoms.</w:t>
      </w:r>
    </w:p>
    <w:p>
      <w:pPr>
        <w:pStyle w:val="ListBullet"/>
      </w:pPr>
      <w:r>
        <w:t>Financial Problems.</w:t>
      </w:r>
    </w:p>
    <w:p>
      <w:pPr>
        <w:pStyle w:val="ListBullet"/>
      </w:pPr>
      <w:r>
        <w:t>Relationships.</w:t>
      </w:r>
    </w:p>
    <w:p>
      <w:pPr>
        <w:pStyle w:val="ListBullet"/>
      </w:pPr>
      <w:r>
        <w:t>Work Performance.</w:t>
      </w:r>
    </w:p>
    <w:p>
      <w:pPr>
        <w:pStyle w:val="ListBullet"/>
      </w:pPr>
      <w:r>
        <w:t>Other People's Emotions.</w:t>
      </w:r>
    </w:p>
    <w:p>
      <w:pPr>
        <w:pStyle w:val="ListBullet"/>
      </w:pPr>
      <w:r>
        <w:t>News Headlines.</w:t>
      </w:r>
    </w:p>
    <w:p>
      <w:r>
        <w:t>The brain believes:</w:t>
      </w:r>
    </w:p>
    <w:p>
      <w:pPr>
        <w:pStyle w:val="Quote"/>
      </w:pPr>
      <w:r>
        <w:rPr>
          <w:i/>
        </w:rPr>
        <w:t>"If I Watch Closely Enough, I Can Prevent Something Bad From Happening."</w:t>
      </w:r>
    </w:p>
    <w:p>
      <w:r>
        <w:t>Although understandable, constant monitoring often increases anxiety rather than reducing it.</w:t>
      </w:r>
    </w:p>
    <w:p>
      <w:r>
        <w:t>The nervous system never receives evidence that it can safely relax.</w:t>
      </w:r>
    </w:p>
    <w:p>
      <w:pPr>
        <w:pStyle w:val="Heading3"/>
      </w:pPr>
      <w:r>
        <w:t>Worry Feels Productive</w:t>
      </w:r>
    </w:p>
    <w:p>
      <w:r>
        <w:t>Many people believe worrying helps them prepare.</w:t>
      </w:r>
    </w:p>
    <w:p>
      <w:r>
        <w:t>Sometimes planning is genuinely useful.</w:t>
      </w:r>
    </w:p>
    <w:p>
      <w:r>
        <w:t>However, worry and planning are not the same thing.</w:t>
      </w:r>
    </w:p>
    <w:p>
      <w:r>
        <w:t>Planning produces actions.</w:t>
      </w:r>
    </w:p>
    <w:p>
      <w:r>
        <w:t>Worry produces repetition.</w:t>
      </w:r>
    </w:p>
    <w:p>
      <w:r>
        <w:t>Planning asks:</w:t>
      </w:r>
    </w:p>
    <w:p>
      <w:pPr>
        <w:pStyle w:val="Heading3"/>
      </w:pPr>
      <w:r>
        <w:t>"What Can I Do?"</w:t>
      </w:r>
    </w:p>
    <w:p>
      <w:r>
        <w:t>Worry repeatedly asks:</w:t>
      </w:r>
    </w:p>
    <w:p>
      <w:pPr>
        <w:pStyle w:val="ListBullet"/>
      </w:pPr>
      <w:r>
        <w:rPr>
          <w:i/>
        </w:rPr>
        <w:t>"What If?"</w:t>
      </w:r>
    </w:p>
    <w:p>
      <w:pPr>
        <w:pStyle w:val="ListBullet"/>
      </w:pPr>
      <w:r>
        <w:t>Planning usually ends.</w:t>
      </w:r>
    </w:p>
    <w:p>
      <w:pPr>
        <w:pStyle w:val="ListBullet"/>
      </w:pPr>
      <w:r>
        <w:t>Worry often continues without resolution.</w:t>
      </w:r>
    </w:p>
    <w:p>
      <w:pPr>
        <w:pStyle w:val="ListBullet"/>
      </w:pPr>
      <w:r>
        <w:t>Unfortunately, the nervous system responds to repeated worrying as though danger remains present.</w:t>
      </w:r>
    </w:p>
    <w:p>
      <w:pPr>
        <w:pStyle w:val="Heading3"/>
      </w:pPr>
      <w:r>
        <w:rPr>
          <w:b/>
        </w:rPr>
        <w:t>RN Insight</w:t>
      </w:r>
    </w:p>
    <w:p>
      <w:pPr>
        <w:pStyle w:val="Quote"/>
      </w:pPr>
      <w:r>
        <w:rPr>
          <w:i/>
        </w:rPr>
        <w:t>Patients frequently tell nurses, "I can't Stop Thinking About It." Whether they are waiting for test results, preparing for surgery, or caring for a loved one, many describe going over the same thoughts repeatedly. While gathering information and making plans can be helpful, endless mental rehearsal rarely changes the outcome. Instead, it often keeps the nervous system activated. Helping patients distinguish between productive planning and repetitive worry is an important part of supporting emotional well-being.</w:t>
      </w:r>
    </w:p>
    <w:p>
      <w:pPr>
        <w:pStyle w:val="Heading3"/>
      </w:pPr>
      <w:r>
        <w:t>Physical Sensations Can Increase Anxiety</w:t>
      </w:r>
    </w:p>
    <w:p>
      <w:r>
        <w:t>Anxiety is not only experienced in the mind.</w:t>
      </w:r>
    </w:p>
    <w:p>
      <w:r>
        <w:t>It also affects the body.</w:t>
      </w:r>
    </w:p>
    <w:p>
      <w:r>
        <w:t>Common physical sensations include:</w:t>
      </w:r>
    </w:p>
    <w:p>
      <w:pPr>
        <w:pStyle w:val="ListBullet"/>
      </w:pPr>
      <w:r>
        <w:t>Faster Heartbeat.</w:t>
      </w:r>
    </w:p>
    <w:p>
      <w:pPr>
        <w:pStyle w:val="ListBullet"/>
      </w:pPr>
      <w:r>
        <w:t>Sweaty Hands.</w:t>
      </w:r>
    </w:p>
    <w:p>
      <w:pPr>
        <w:pStyle w:val="ListBullet"/>
      </w:pPr>
      <w:r>
        <w:t>Shallow Breathing.</w:t>
      </w:r>
    </w:p>
    <w:p>
      <w:pPr>
        <w:pStyle w:val="ListBullet"/>
      </w:pPr>
      <w:r>
        <w:t>Muscle Tightness.</w:t>
      </w:r>
    </w:p>
    <w:p>
      <w:pPr>
        <w:pStyle w:val="ListBullet"/>
      </w:pPr>
      <w:r>
        <w:t>Upset Stomach.</w:t>
      </w:r>
    </w:p>
    <w:p>
      <w:pPr>
        <w:pStyle w:val="ListBullet"/>
      </w:pPr>
      <w:r>
        <w:t>Dizziness.</w:t>
      </w:r>
    </w:p>
    <w:p>
      <w:pPr>
        <w:pStyle w:val="ListBullet"/>
      </w:pPr>
      <w:r>
        <w:t>Restlessness.</w:t>
      </w:r>
    </w:p>
    <w:p>
      <w:pPr>
        <w:pStyle w:val="ListBullet"/>
      </w:pPr>
      <w:r>
        <w:t>Trembling.</w:t>
      </w:r>
    </w:p>
    <w:p>
      <w:pPr>
        <w:pStyle w:val="ListBullet"/>
      </w:pPr>
      <w:r>
        <w:t>These sensations are normal features of the stress response.</w:t>
      </w:r>
    </w:p>
    <w:p>
      <w:r>
        <w:t>However, many people become frightened by the sensations themselves.</w:t>
      </w:r>
    </w:p>
    <w:p>
      <w:r>
        <w:t>For example:</w:t>
      </w:r>
    </w:p>
    <w:p>
      <w:pPr>
        <w:pStyle w:val="ListBullet"/>
      </w:pPr>
      <w:r>
        <w:t>A racing heart creates worry.</w:t>
      </w:r>
    </w:p>
    <w:p>
      <w:pPr>
        <w:pStyle w:val="ListBullet"/>
      </w:pPr>
      <w:r>
        <w:t>The worry increases stress.</w:t>
      </w:r>
    </w:p>
    <w:p>
      <w:pPr>
        <w:pStyle w:val="ListBullet"/>
      </w:pPr>
      <w:r>
        <w:t>Stress further increases heart rate.</w:t>
      </w:r>
    </w:p>
    <w:p>
      <w:pPr>
        <w:pStyle w:val="ListBullet"/>
      </w:pPr>
      <w:r>
        <w:t>The cycle continues.</w:t>
      </w:r>
    </w:p>
    <w:p>
      <w:pPr>
        <w:pStyle w:val="ListBullet"/>
      </w:pPr>
      <w:r>
        <w:t>The body's normal protective responses become interpreted as evidence that something dangerous is happening.</w:t>
      </w:r>
    </w:p>
    <w:p>
      <w:pPr>
        <w:pStyle w:val="Heading3"/>
      </w:pPr>
      <w:r>
        <w:t>The Anxiety-Stress Cycle</w:t>
      </w:r>
    </w:p>
    <w:p>
      <w:r>
        <w:t>Understanding this cycle helps explain why anxiety often feels difficult to escape.</w:t>
      </w:r>
    </w:p>
    <w:p>
      <w:r>
        <w:t>A stressful event occurs.</w:t>
      </w:r>
    </w:p>
    <w:p>
      <w:r>
        <w:t>↓</w:t>
      </w:r>
    </w:p>
    <w:p>
      <w:r>
        <w:t>The nervous system activates.</w:t>
      </w:r>
    </w:p>
    <w:p>
      <w:r>
        <w:t>↓</w:t>
      </w:r>
    </w:p>
    <w:p>
      <w:r>
        <w:t>Physical symptoms appear.</w:t>
      </w:r>
    </w:p>
    <w:p>
      <w:r>
        <w:t>↓</w:t>
      </w:r>
    </w:p>
    <w:p>
      <w:r>
        <w:t>The brain notices those symptoms.</w:t>
      </w:r>
    </w:p>
    <w:p>
      <w:r>
        <w:t>↓</w:t>
      </w:r>
    </w:p>
    <w:p>
      <w:r>
        <w:t>The brain assumes danger continues.</w:t>
      </w:r>
    </w:p>
    <w:p>
      <w:r>
        <w:t>↓</w:t>
      </w:r>
    </w:p>
    <w:p>
      <w:r>
        <w:t>More anxiety develops.</w:t>
      </w:r>
    </w:p>
    <w:p>
      <w:r>
        <w:t>↓</w:t>
      </w:r>
    </w:p>
    <w:p>
      <w:r>
        <w:t>The nervous system remains activated.</w:t>
      </w:r>
    </w:p>
    <w:p>
      <w:r>
        <w:t>↓</w:t>
      </w:r>
    </w:p>
    <w:p>
      <w:r>
        <w:t>More physical symptoms appear.</w:t>
      </w:r>
    </w:p>
    <w:p>
      <w:r>
        <w:t>Without interruption, this cycle repeats.</w:t>
      </w:r>
    </w:p>
    <w:p>
      <w:r>
        <w:t>Over time, the brain begins expecting anxiety before stressful situations even occur.</w:t>
      </w:r>
    </w:p>
    <w:p>
      <w:pPr>
        <w:pStyle w:val="Heading3"/>
      </w:pPr>
      <w:r>
        <w:t>Why Calm Can Feel Uncomfortable</w:t>
      </w:r>
    </w:p>
    <w:p>
      <w:r>
        <w:t>One surprising experience many people describe is feeling uneasy during quiet moments.</w:t>
      </w:r>
    </w:p>
    <w:p>
      <w:r>
        <w:t>Vacations.</w:t>
      </w:r>
    </w:p>
    <w:p>
      <w:r>
        <w:t>Weekends.</w:t>
      </w:r>
    </w:p>
    <w:p>
      <w:r>
        <w:t>Evenings.</w:t>
      </w:r>
    </w:p>
    <w:p>
      <w:r>
        <w:t>Days Off.</w:t>
      </w:r>
    </w:p>
    <w:p>
      <w:r>
        <w:t>Instead of relaxing, they begin worrying.</w:t>
      </w:r>
    </w:p>
    <w:p>
      <w:r>
        <w:t>Why?</w:t>
      </w:r>
    </w:p>
    <w:p>
      <w:r>
        <w:t>Because the nervous system has become accustomed to constant stimulation.</w:t>
      </w:r>
    </w:p>
    <w:p>
      <w:r>
        <w:t>Silence allows the brain to notice:</w:t>
      </w:r>
    </w:p>
    <w:p>
      <w:pPr>
        <w:pStyle w:val="ListBullet"/>
      </w:pPr>
      <w:r>
        <w:t>Unfinished Tasks.</w:t>
      </w:r>
    </w:p>
    <w:p>
      <w:pPr>
        <w:pStyle w:val="ListBullet"/>
      </w:pPr>
      <w:r>
        <w:t>Physical Sensations.</w:t>
      </w:r>
    </w:p>
    <w:p>
      <w:pPr>
        <w:pStyle w:val="ListBullet"/>
      </w:pPr>
      <w:r>
        <w:t>Emotional Stress.</w:t>
      </w:r>
    </w:p>
    <w:p>
      <w:pPr>
        <w:pStyle w:val="ListBullet"/>
      </w:pPr>
      <w:r>
        <w:t>Lingering Worries.</w:t>
      </w:r>
    </w:p>
    <w:p>
      <w:r>
        <w:t>For someone who has lived in survival mode for years, calm may initially feel unfamiliar rather than comforting.</w:t>
      </w:r>
    </w:p>
    <w:p>
      <w:r>
        <w:t>Learning to tolerate calm is an important part of recovery.</w:t>
      </w:r>
    </w:p>
    <w:p>
      <w:pPr>
        <w:pStyle w:val="Heading3"/>
      </w:pPr>
      <w:r>
        <w:t>Catastrophic Thinking</w:t>
      </w:r>
    </w:p>
    <w:p>
      <w:r>
        <w:t>An anxious nervous system often attempts to predict every possible negative outcome.</w:t>
      </w:r>
    </w:p>
    <w:p>
      <w:r>
        <w:t>This process is called catastrophic thinking.</w:t>
      </w:r>
    </w:p>
    <w:p>
      <w:r>
        <w:t>Examples include:</w:t>
      </w:r>
    </w:p>
    <w:p>
      <w:pPr>
        <w:pStyle w:val="ListBullet"/>
      </w:pPr>
      <w:r>
        <w:t>Assuming The Worst Before Receiving Information.</w:t>
      </w:r>
    </w:p>
    <w:p>
      <w:pPr>
        <w:pStyle w:val="ListBullet"/>
      </w:pPr>
      <w:r>
        <w:t>Believing Small Problems Will Become Major Disasters.</w:t>
      </w:r>
    </w:p>
    <w:p>
      <w:pPr>
        <w:pStyle w:val="ListBullet"/>
      </w:pPr>
      <w:r>
        <w:t>Expecting Rejection Without Evidence.</w:t>
      </w:r>
    </w:p>
    <w:p>
      <w:pPr>
        <w:pStyle w:val="ListBullet"/>
      </w:pPr>
      <w:r>
        <w:t>Interpreting Normal Physical Sensations As Serious Illness.</w:t>
      </w:r>
    </w:p>
    <w:p>
      <w:pPr>
        <w:pStyle w:val="ListBullet"/>
      </w:pPr>
      <w:r>
        <w:t>Preparing Emotionally For Events That Never Occur.</w:t>
      </w:r>
    </w:p>
    <w:p>
      <w:pPr>
        <w:pStyle w:val="ListBullet"/>
      </w:pPr>
      <w:r>
        <w:t>Catastrophic thinking usually develops with good intentions.</w:t>
      </w:r>
    </w:p>
    <w:p>
      <w:pPr>
        <w:pStyle w:val="ListBullet"/>
      </w:pPr>
      <w:r>
        <w:t>The brain believes that preparing for every possibility increases safety.</w:t>
      </w:r>
    </w:p>
    <w:p>
      <w:pPr>
        <w:pStyle w:val="ListBullet"/>
      </w:pPr>
      <w:r>
        <w:t>Unfortunately, it often increases stress instead.</w:t>
      </w:r>
    </w:p>
    <w:p>
      <w:pPr>
        <w:pStyle w:val="Heading3"/>
      </w:pPr>
      <w:r>
        <w:t>Uncertainty Feels Like Danger</w:t>
      </w:r>
    </w:p>
    <w:p>
      <w:r>
        <w:t>One of anxiety's greatest challenges is intolerance of uncertainty.</w:t>
      </w:r>
    </w:p>
    <w:p>
      <w:r>
        <w:t>The nervous system prefers clear answers.</w:t>
      </w:r>
    </w:p>
    <w:p>
      <w:r>
        <w:t>When certainty is unavailable, the brain often fills the gaps with imagined threats.</w:t>
      </w:r>
    </w:p>
    <w:p>
      <w:r>
        <w:t>This explains why waiting can be so stressful.</w:t>
      </w:r>
    </w:p>
    <w:p>
      <w:r>
        <w:t>Examples include:</w:t>
      </w:r>
    </w:p>
    <w:p>
      <w:pPr>
        <w:pStyle w:val="ListBullet"/>
      </w:pPr>
      <w:r>
        <w:t>Waiting For Medical Results.</w:t>
      </w:r>
    </w:p>
    <w:p>
      <w:pPr>
        <w:pStyle w:val="ListBullet"/>
      </w:pPr>
      <w:r>
        <w:t>Waiting For A Job Interview Response.</w:t>
      </w:r>
    </w:p>
    <w:p>
      <w:pPr>
        <w:pStyle w:val="ListBullet"/>
      </w:pPr>
      <w:r>
        <w:t>Waiting For Someone To Return A Call.</w:t>
      </w:r>
    </w:p>
    <w:p>
      <w:pPr>
        <w:pStyle w:val="ListBullet"/>
      </w:pPr>
      <w:r>
        <w:t>Waiting For Financial Decisions.</w:t>
      </w:r>
    </w:p>
    <w:p>
      <w:pPr>
        <w:pStyle w:val="ListBullet"/>
      </w:pPr>
      <w:r>
        <w:t>Waiting During Relationship Conflict.</w:t>
      </w:r>
    </w:p>
    <w:p>
      <w:r>
        <w:t>The absence of information allows the survival brain to create possibilities, many of which never happen.</w:t>
      </w:r>
    </w:p>
    <w:p>
      <w:pPr>
        <w:pStyle w:val="Heading3"/>
      </w:pPr>
      <w:r>
        <w:rPr>
          <w:b/>
        </w:rPr>
        <w:t>Bedside Example</w:t>
      </w:r>
    </w:p>
    <w:p>
      <w:pPr>
        <w:pStyle w:val="Quote"/>
      </w:pPr>
      <w:r>
        <w:rPr>
          <w:i/>
        </w:rPr>
        <w:t>A patient awaiting imaging results spent an entire afternoon convinced she had a serious illness. She imagined difficult conversations with her family, major lifestyle changes, and the worst possible outcomes.</w:t>
      </w:r>
    </w:p>
    <w:p>
      <w:pPr>
        <w:pStyle w:val="Quote"/>
      </w:pPr>
      <w:r>
        <w:rPr>
          <w:i/>
        </w:rPr>
        <w:t>When the physician later discussed the results, the findings were far less concerning than she had feared.</w:t>
      </w:r>
    </w:p>
    <w:p>
      <w:pPr>
        <w:pStyle w:val="Quote"/>
      </w:pPr>
      <w:r>
        <w:rPr>
          <w:i/>
        </w:rPr>
        <w:t>She smiled and said,</w:t>
      </w:r>
    </w:p>
    <w:p>
      <w:pPr>
        <w:pStyle w:val="Quote"/>
      </w:pPr>
      <w:r>
        <w:rPr>
          <w:i/>
        </w:rPr>
        <w:t>"I Put Myself Through Hours Of Stress For Something That Never Happened."</w:t>
      </w:r>
    </w:p>
    <w:p>
      <w:pPr>
        <w:pStyle w:val="Quote"/>
      </w:pPr>
      <w:r>
        <w:rPr>
          <w:i/>
        </w:rPr>
        <w:t>This experience is common. The nervous system often reacts to uncertainty as though the worst-case scenario has already become reality.</w:t>
      </w:r>
    </w:p>
    <w:p>
      <w:pPr>
        <w:pStyle w:val="Heading3"/>
      </w:pPr>
      <w:r>
        <w:t>Breaking The Cycle Begins With The Body</w:t>
      </w:r>
    </w:p>
    <w:p>
      <w:r>
        <w:t>Many people try to stop anxiety by arguing with every anxious thought.</w:t>
      </w:r>
    </w:p>
    <w:p>
      <w:r>
        <w:t>While cognitive strategies can be very helpful, they are often more effective once the nervous system has begun to calm.</w:t>
      </w:r>
    </w:p>
    <w:p>
      <w:r>
        <w:t>Remember:</w:t>
      </w:r>
    </w:p>
    <w:p>
      <w:r>
        <w:t>The body usually reacts before the mind.</w:t>
      </w:r>
    </w:p>
    <w:p>
      <w:r>
        <w:t>When breathing slows.</w:t>
      </w:r>
    </w:p>
    <w:p>
      <w:r>
        <w:t>When muscles relax.</w:t>
      </w:r>
    </w:p>
    <w:p>
      <w:r>
        <w:t>When the environment feels safer.</w:t>
      </w:r>
    </w:p>
    <w:p>
      <w:r>
        <w:t>When sleep improves.</w:t>
      </w:r>
    </w:p>
    <w:p>
      <w:r>
        <w:t>When movement becomes regular.</w:t>
      </w:r>
    </w:p>
    <w:p>
      <w:r>
        <w:t>The brain receives new information.</w:t>
      </w:r>
    </w:p>
    <w:p>
      <w:r>
        <w:t>It begins updating its assessment of danger.</w:t>
      </w:r>
    </w:p>
    <w:p>
      <w:r>
        <w:t>Instead of repeatedly hearing:</w:t>
      </w:r>
    </w:p>
    <w:p>
      <w:r>
        <w:rPr>
          <w:i/>
        </w:rPr>
        <w:t>"Emergency."</w:t>
      </w:r>
    </w:p>
    <w:p>
      <w:r>
        <w:t>It gradually begins hearing:</w:t>
      </w:r>
    </w:p>
    <w:p>
      <w:pPr>
        <w:pStyle w:val="Heading3"/>
      </w:pPr>
      <w:r>
        <w:t>"You Are Safe Enough To Recover."</w:t>
      </w:r>
    </w:p>
    <w:p>
      <w:pPr>
        <w:pStyle w:val="Heading3"/>
      </w:pPr>
      <w:r>
        <w:t>Regulation Creates Mental Clarity</w:t>
      </w:r>
    </w:p>
    <w:p>
      <w:r>
        <w:t>As the nervous system becomes more regulated, many people notice:</w:t>
      </w:r>
    </w:p>
    <w:p>
      <w:pPr>
        <w:pStyle w:val="ListBullet"/>
      </w:pPr>
      <w:r>
        <w:t>Less Catastrophic Thinking.</w:t>
      </w:r>
    </w:p>
    <w:p>
      <w:pPr>
        <w:pStyle w:val="ListBullet"/>
      </w:pPr>
      <w:r>
        <w:t>Greater Emotional Stability.</w:t>
      </w:r>
    </w:p>
    <w:p>
      <w:pPr>
        <w:pStyle w:val="ListBullet"/>
      </w:pPr>
      <w:r>
        <w:t>Improved Concentration.</w:t>
      </w:r>
    </w:p>
    <w:p>
      <w:pPr>
        <w:pStyle w:val="ListBullet"/>
      </w:pPr>
      <w:r>
        <w:t>Better Decision-Making.</w:t>
      </w:r>
    </w:p>
    <w:p>
      <w:pPr>
        <w:pStyle w:val="ListBullet"/>
      </w:pPr>
      <w:r>
        <w:t>Increased Patience.</w:t>
      </w:r>
    </w:p>
    <w:p>
      <w:pPr>
        <w:pStyle w:val="ListBullet"/>
      </w:pPr>
      <w:r>
        <w:t>More Balanced Perspective.</w:t>
      </w:r>
    </w:p>
    <w:p>
      <w:pPr>
        <w:pStyle w:val="ListBullet"/>
      </w:pPr>
      <w:r>
        <w:t>Greater Ability To Tolerate Uncertainty.</w:t>
      </w:r>
    </w:p>
    <w:p>
      <w:pPr>
        <w:pStyle w:val="ListBullet"/>
      </w:pPr>
      <w:r>
        <w:t>This does not mean anxious thoughts disappear completely.</w:t>
      </w:r>
    </w:p>
    <w:p>
      <w:pPr>
        <w:pStyle w:val="ListBullet"/>
      </w:pPr>
      <w:r>
        <w:t>It means they no longer control every decision.</w:t>
      </w:r>
    </w:p>
    <w:p>
      <w:pPr>
        <w:pStyle w:val="Heading3"/>
      </w:pPr>
      <w:r>
        <w:t>You Do Not Need To Eliminate Every Worry</w:t>
      </w:r>
    </w:p>
    <w:p>
      <w:r>
        <w:t>Many people believe recovery means never feeling anxious again.</w:t>
      </w:r>
    </w:p>
    <w:p>
      <w:r>
        <w:t>That is neither realistic nor necessary.</w:t>
      </w:r>
    </w:p>
    <w:p>
      <w:r>
        <w:t>A healthy nervous system still experiences anxiety.</w:t>
      </w:r>
    </w:p>
    <w:p>
      <w:r>
        <w:t>The difference is that it responds proportionally.</w:t>
      </w:r>
    </w:p>
    <w:p>
      <w:r>
        <w:t>Instead of remaining trapped in continuous anticipation, it can:</w:t>
      </w:r>
    </w:p>
    <w:p>
      <w:pPr>
        <w:pStyle w:val="ListBullet"/>
      </w:pPr>
      <w:r>
        <w:t>Recognize A Challenge.</w:t>
      </w:r>
    </w:p>
    <w:p>
      <w:pPr>
        <w:pStyle w:val="ListBullet"/>
      </w:pPr>
      <w:r>
        <w:t>Respond Appropriately.</w:t>
      </w:r>
    </w:p>
    <w:p>
      <w:pPr>
        <w:pStyle w:val="ListBullet"/>
      </w:pPr>
      <w:r>
        <w:t>Recover Efficiently.</w:t>
      </w:r>
    </w:p>
    <w:p>
      <w:pPr>
        <w:pStyle w:val="ListBullet"/>
      </w:pPr>
      <w:r>
        <w:t>Return To Baseline.</w:t>
      </w:r>
    </w:p>
    <w:p>
      <w:pPr>
        <w:pStyle w:val="ListBullet"/>
      </w:pPr>
      <w:r>
        <w:t>That flexibility is the true goal of nervous system regulation.</w:t>
      </w:r>
    </w:p>
    <w:p>
      <w:pPr>
        <w:pStyle w:val="Heading3"/>
      </w:pPr>
      <w:r>
        <w:t>When To Seek Professional Support</w:t>
      </w:r>
    </w:p>
    <w:p>
      <w:r>
        <w:t>Persistent anxiety deserves compassionate attention.</w:t>
      </w:r>
    </w:p>
    <w:p>
      <w:r>
        <w:t>If anxiety becomes severe, significantly interferes with daily functioning, or is accompanied by symptoms such as panic attacks, persistent hopelessness, or thoughts of self-harm, it is important to seek evaluation from a qualified healthcare or mental health professional.</w:t>
      </w:r>
    </w:p>
    <w:p>
      <w:r>
        <w:t>Evidence-based treatments, including psychotherapy, lifestyle interventions, and, when appropriate, medication, can be highly effective for many people.</w:t>
      </w:r>
    </w:p>
    <w:p>
      <w:r>
        <w:t>Seeking help is not a sign of weakness.</w:t>
      </w:r>
    </w:p>
    <w:p>
      <w:r>
        <w:t>It is an important step toward recovery.</w:t>
      </w:r>
    </w:p>
    <w:p>
      <w:pPr>
        <w:pStyle w:val="Heading3"/>
      </w:pPr>
      <w:r>
        <w:t>Key Takeaways</w:t>
      </w:r>
    </w:p>
    <w:p>
      <w:pPr>
        <w:pStyle w:val="ListBullet"/>
      </w:pPr>
      <w:r>
        <w:t>Anxiety Is A Natural Protective Response Designed To Increase Survival.</w:t>
      </w:r>
    </w:p>
    <w:p>
      <w:pPr>
        <w:pStyle w:val="ListBullet"/>
      </w:pPr>
      <w:r>
        <w:t>Chronic Stress Can Make The Nervous System Increasingly Sensitive To Perceived Threats.</w:t>
      </w:r>
    </w:p>
    <w:p>
      <w:pPr>
        <w:pStyle w:val="ListBullet"/>
      </w:pPr>
      <w:r>
        <w:t>Hypervigilance And Repetitive Worry Often Reinforce Anxiety Rather Than Resolve It.</w:t>
      </w:r>
    </w:p>
    <w:p>
      <w:pPr>
        <w:pStyle w:val="ListBullet"/>
      </w:pPr>
      <w:r>
        <w:t>Physical Stress Responses Can Be Misinterpreted As New Dangers, Creating A Self-Perpetuating Cycle.</w:t>
      </w:r>
    </w:p>
    <w:p>
      <w:pPr>
        <w:pStyle w:val="ListBullet"/>
      </w:pPr>
      <w:r>
        <w:t>Calm May Initially Feel Uncomfortable For A Nervous System Accustomed To Constant Activation.</w:t>
      </w:r>
    </w:p>
    <w:p>
      <w:pPr>
        <w:pStyle w:val="ListBullet"/>
      </w:pPr>
      <w:r>
        <w:t>Regulating The Body Often Makes It Easier To Calm The Mind.</w:t>
      </w:r>
    </w:p>
    <w:p>
      <w:pPr>
        <w:pStyle w:val="ListBullet"/>
      </w:pPr>
      <w:r>
        <w:t>Recovery Does Not Require Eliminating Anxiety—It Requires Improving The Ability To Recover After It Appears.</w:t>
      </w:r>
    </w:p>
    <w:p>
      <w:pPr>
        <w:pStyle w:val="Heading3"/>
      </w:pPr>
      <w:r>
        <w:t>Chapter Reflection</w:t>
      </w:r>
    </w:p>
    <w:p>
      <w:r>
        <w:t>Before Moving To The Next Chapter, Reflect On These Questions.</w:t>
      </w:r>
    </w:p>
    <w:p>
      <w:pPr>
        <w:pStyle w:val="ListBullet"/>
      </w:pPr>
      <w:r>
        <w:t>What Situations Trigger My Anxiety Most Often?</w:t>
      </w:r>
    </w:p>
    <w:p>
      <w:pPr>
        <w:pStyle w:val="ListBullet"/>
      </w:pPr>
      <w:r>
        <w:t>Do I Spend More Time Planning Or Worrying?</w:t>
      </w:r>
    </w:p>
    <w:p>
      <w:pPr>
        <w:pStyle w:val="ListBullet"/>
      </w:pPr>
      <w:r>
        <w:t>Which Physical Sensations Tend To Increase My Anxiety?</w:t>
      </w:r>
    </w:p>
    <w:p>
      <w:pPr>
        <w:pStyle w:val="ListBullet"/>
      </w:pPr>
      <w:r>
        <w:t>How Comfortable Am I With Quiet, Rest, And Uncertainty?</w:t>
      </w:r>
    </w:p>
    <w:p>
      <w:pPr>
        <w:pStyle w:val="ListBullet"/>
      </w:pPr>
      <w:r>
        <w:t>What Daily Practice Helps My Body Feel Even Slightly Safer?</w:t>
      </w:r>
    </w:p>
    <w:p>
      <w:r>
        <w:t>In the next chapter, we will explore one of the most common consequences of chronic nervous system activation: disrupted sleep. You will learn why stress and poor sleep reinforce one another, why many people feel "wired but tired," and how helping the body recognize safety before bedtime can improve restorative sleep and support long-term nervous system healing.</w:t>
      </w:r>
    </w:p>
    <w:p>
      <w:r>
        <w:br w:type="page"/>
      </w:r>
    </w:p>
    <w:p>
      <w:pPr>
        <w:pStyle w:val="Heading1"/>
        <w:jc w:val="center"/>
      </w:pPr>
      <w:r>
        <w:t>Chapter 8: How Chronic Stress Affects Sleep</w:t>
      </w:r>
    </w:p>
    <w:p>
      <w:pPr>
        <w:pStyle w:val="Quote"/>
      </w:pPr>
      <w:r>
        <w:rPr>
          <w:i/>
        </w:rPr>
        <w:t>"Sleep Is Not Simply Something You Do. It Is Something Your Nervous System Allows When It Believes You Are Safe Enough To Let Go."</w:t>
      </w:r>
    </w:p>
    <w:p>
      <w:pPr>
        <w:pStyle w:val="Heading3"/>
      </w:pPr>
      <w:r>
        <w:t>Chapter Overview</w:t>
      </w:r>
    </w:p>
    <w:p>
      <w:r>
        <w:t>Perhaps nothing demonstrates the relationship between stress and the nervous system more clearly than sleep.</w:t>
      </w:r>
    </w:p>
    <w:p>
      <w:r>
        <w:t>Many people living with chronic stress describe the same frustrating pattern.</w:t>
      </w:r>
    </w:p>
    <w:p>
      <w:r>
        <w:t>They feel exhausted all day.</w:t>
      </w:r>
    </w:p>
    <w:p>
      <w:r>
        <w:t>They look forward to going to bed.</w:t>
      </w:r>
    </w:p>
    <w:p>
      <w:r>
        <w:t>Then, as soon as their head touches the pillow, their brain suddenly becomes wide awake.</w:t>
      </w:r>
    </w:p>
    <w:p>
      <w:r>
        <w:t>Thoughts begin racing.</w:t>
      </w:r>
    </w:p>
    <w:p>
      <w:r>
        <w:t>The body feels restless.</w:t>
      </w:r>
    </w:p>
    <w:p>
      <w:r>
        <w:t>The heart seems more noticeable.</w:t>
      </w:r>
    </w:p>
    <w:p>
      <w:r>
        <w:t>Sleep becomes difficult.</w:t>
      </w:r>
    </w:p>
    <w:p>
      <w:r>
        <w:t>Or perhaps they fall asleep easily but wake repeatedly throughout the night, unable to settle back into restful sleep.</w:t>
      </w:r>
    </w:p>
    <w:p>
      <w:r>
        <w:t>By morning, they feel as though they never truly rested.</w:t>
      </w:r>
    </w:p>
    <w:p>
      <w:r>
        <w:t xml:space="preserve">This experience is often described as being </w:t>
      </w:r>
      <w:r>
        <w:rPr>
          <w:b/>
        </w:rPr>
        <w:t>"wired but tired."</w:t>
      </w:r>
    </w:p>
    <w:p>
      <w:r>
        <w:t>It is one of the most common signs that the nervous system is struggling to shift from protection to recovery.</w:t>
      </w:r>
    </w:p>
    <w:p>
      <w:r>
        <w:t>In this chapter, you will learn why stress interferes with sleep, why sleep problems often continue long after stressful events have ended, and how creating repeated signals of safety can help improve restorative sleep over time.</w:t>
      </w:r>
    </w:p>
    <w:p>
      <w:pPr>
        <w:pStyle w:val="Heading3"/>
      </w:pPr>
      <w:r>
        <w:t>Sleep Is An Active Biological Process</w:t>
      </w:r>
    </w:p>
    <w:p>
      <w:r>
        <w:t>Many people think sleep simply happens when the body becomes tired.</w:t>
      </w:r>
    </w:p>
    <w:p>
      <w:r>
        <w:t>In reality, sleep is an active biological process that requires remarkable coordination among the brain, nervous system, hormones, and the environment.</w:t>
      </w:r>
    </w:p>
    <w:p>
      <w:r>
        <w:t>For healthy sleep to occur, the body gradually shifts from alertness to restoration.</w:t>
      </w:r>
    </w:p>
    <w:p>
      <w:r>
        <w:t>During sleep, the body supports:</w:t>
      </w:r>
    </w:p>
    <w:p>
      <w:pPr>
        <w:pStyle w:val="ListBullet"/>
      </w:pPr>
      <w:r>
        <w:t>Memory Consolidation.</w:t>
      </w:r>
    </w:p>
    <w:p>
      <w:pPr>
        <w:pStyle w:val="ListBullet"/>
      </w:pPr>
      <w:r>
        <w:t>Tissue Repair.</w:t>
      </w:r>
    </w:p>
    <w:p>
      <w:pPr>
        <w:pStyle w:val="ListBullet"/>
      </w:pPr>
      <w:r>
        <w:t>Hormonal Regulation.</w:t>
      </w:r>
    </w:p>
    <w:p>
      <w:pPr>
        <w:pStyle w:val="ListBullet"/>
      </w:pPr>
      <w:r>
        <w:t>Immune Function.</w:t>
      </w:r>
    </w:p>
    <w:p>
      <w:pPr>
        <w:pStyle w:val="ListBullet"/>
      </w:pPr>
      <w:r>
        <w:t>Emotional Processing.</w:t>
      </w:r>
    </w:p>
    <w:p>
      <w:pPr>
        <w:pStyle w:val="ListBullet"/>
      </w:pPr>
      <w:r>
        <w:t>Energy Restoration.</w:t>
      </w:r>
    </w:p>
    <w:p>
      <w:pPr>
        <w:pStyle w:val="ListBullet"/>
      </w:pPr>
      <w:r>
        <w:t>Brain Waste Clearance.</w:t>
      </w:r>
    </w:p>
    <w:p>
      <w:pPr>
        <w:pStyle w:val="ListBullet"/>
      </w:pPr>
      <w:r>
        <w:t>Muscle Recovery.</w:t>
      </w:r>
    </w:p>
    <w:p>
      <w:pPr>
        <w:pStyle w:val="ListBullet"/>
      </w:pPr>
      <w:r>
        <w:t>These processes require the nervous system to feel safe enough to reduce vigilance.</w:t>
      </w:r>
    </w:p>
    <w:p>
      <w:pPr>
        <w:pStyle w:val="ListBullet"/>
      </w:pPr>
      <w:r>
        <w:t>When survival mode remains active, that transition becomes much more difficult.</w:t>
      </w:r>
    </w:p>
    <w:p>
      <w:pPr>
        <w:pStyle w:val="Heading3"/>
      </w:pPr>
      <w:r>
        <w:t>Your Brain Does Not Want To Sleep During Danger</w:t>
      </w:r>
    </w:p>
    <w:p>
      <w:r>
        <w:t>Imagine trying to sleep while hearing footsteps outside your home or while camping in an unfamiliar environment.</w:t>
      </w:r>
    </w:p>
    <w:p>
      <w:r>
        <w:t>Even if you are physically exhausted, your brain remains alert.</w:t>
      </w:r>
    </w:p>
    <w:p>
      <w:r>
        <w:t>Why?</w:t>
      </w:r>
    </w:p>
    <w:p>
      <w:r>
        <w:t>Because survival takes priority over sleep.</w:t>
      </w:r>
    </w:p>
    <w:p>
      <w:r>
        <w:t>The nervous system believes:</w:t>
      </w:r>
    </w:p>
    <w:p>
      <w:pPr>
        <w:pStyle w:val="Heading3"/>
      </w:pPr>
      <w:r>
        <w:t>"Sleeping Right Now Might Not Be Safe."</w:t>
      </w:r>
    </w:p>
    <w:p>
      <w:r>
        <w:t>The same biological response may occur during chronic stress.</w:t>
      </w:r>
    </w:p>
    <w:p>
      <w:r>
        <w:t>Although modern stressors are usually psychological rather than physical, the nervous system often reacts as though danger is still present.</w:t>
      </w:r>
    </w:p>
    <w:p>
      <w:r>
        <w:t>As a result, falling asleep becomes more challenging.</w:t>
      </w:r>
    </w:p>
    <w:p>
      <w:pPr>
        <w:pStyle w:val="Heading3"/>
      </w:pPr>
      <w:r>
        <w:t>Why You Feel Wired But Tired</w:t>
      </w:r>
    </w:p>
    <w:p>
      <w:r>
        <w:t>One of the most confusing aspects of chronic stress is feeling simultaneously exhausted and unable to relax.</w:t>
      </w:r>
    </w:p>
    <w:p>
      <w:r>
        <w:t>This combination occurs because two different processes are happening at once.</w:t>
      </w:r>
    </w:p>
    <w:p>
      <w:r>
        <w:t>Your body is physically depleted.</w:t>
      </w:r>
    </w:p>
    <w:p>
      <w:r>
        <w:t>Your nervous system remains mentally activated.</w:t>
      </w:r>
    </w:p>
    <w:p>
      <w:r>
        <w:t>The result is:</w:t>
      </w:r>
    </w:p>
    <w:p>
      <w:pPr>
        <w:pStyle w:val="ListBullet"/>
      </w:pPr>
      <w:r>
        <w:t>Fatigue.</w:t>
      </w:r>
    </w:p>
    <w:p>
      <w:pPr>
        <w:pStyle w:val="ListBullet"/>
      </w:pPr>
      <w:r>
        <w:t>Restlessness.</w:t>
      </w:r>
    </w:p>
    <w:p>
      <w:pPr>
        <w:pStyle w:val="ListBullet"/>
      </w:pPr>
      <w:r>
        <w:t>Racing Thoughts.</w:t>
      </w:r>
    </w:p>
    <w:p>
      <w:pPr>
        <w:pStyle w:val="ListBullet"/>
      </w:pPr>
      <w:r>
        <w:t>Difficulty Falling Asleep.</w:t>
      </w:r>
    </w:p>
    <w:p>
      <w:pPr>
        <w:pStyle w:val="ListBullet"/>
      </w:pPr>
      <w:r>
        <w:t>Frequent Awakening.</w:t>
      </w:r>
    </w:p>
    <w:p>
      <w:pPr>
        <w:pStyle w:val="ListBullet"/>
      </w:pPr>
      <w:r>
        <w:t>Feeling Unrefreshed.</w:t>
      </w:r>
    </w:p>
    <w:p>
      <w:pPr>
        <w:pStyle w:val="ListBullet"/>
      </w:pPr>
      <w:r>
        <w:t>Many people mistakenly assume this means they simply are not tired enough.</w:t>
      </w:r>
    </w:p>
    <w:p>
      <w:pPr>
        <w:pStyle w:val="ListBullet"/>
      </w:pPr>
      <w:r>
        <w:t>In reality, they are often profoundly tired.</w:t>
      </w:r>
    </w:p>
    <w:p>
      <w:pPr>
        <w:pStyle w:val="ListBullet"/>
      </w:pPr>
      <w:r>
        <w:t>Their nervous system simply has difficulty switching into recovery mode.</w:t>
      </w:r>
    </w:p>
    <w:p>
      <w:pPr>
        <w:pStyle w:val="Heading3"/>
      </w:pPr>
      <w:r>
        <w:t>Racing Thoughts At Bedtime</w:t>
      </w:r>
    </w:p>
    <w:p>
      <w:r>
        <w:t>During busy days, constant activity often distracts us from our internal experiences.</w:t>
      </w:r>
    </w:p>
    <w:p>
      <w:r>
        <w:t>Work.</w:t>
      </w:r>
    </w:p>
    <w:p>
      <w:r>
        <w:t>Conversations.</w:t>
      </w:r>
    </w:p>
    <w:p>
      <w:r>
        <w:t>Emails.</w:t>
      </w:r>
    </w:p>
    <w:p>
      <w:r>
        <w:t>Driving.</w:t>
      </w:r>
    </w:p>
    <w:p>
      <w:r>
        <w:t>Household Responsibilities.</w:t>
      </w:r>
    </w:p>
    <w:p>
      <w:r>
        <w:t>The moment everything becomes quiet, however, the brain suddenly notices unfinished thoughts.</w:t>
      </w:r>
    </w:p>
    <w:p>
      <w:r>
        <w:t>Examples include:</w:t>
      </w:r>
    </w:p>
    <w:p>
      <w:pPr>
        <w:pStyle w:val="ListBullet"/>
      </w:pPr>
      <w:r>
        <w:t>Tomorrow's Schedule.</w:t>
      </w:r>
    </w:p>
    <w:p>
      <w:pPr>
        <w:pStyle w:val="ListBullet"/>
      </w:pPr>
      <w:r>
        <w:t>Financial Concerns.</w:t>
      </w:r>
    </w:p>
    <w:p>
      <w:pPr>
        <w:pStyle w:val="ListBullet"/>
      </w:pPr>
      <w:r>
        <w:t>Relationship Issues.</w:t>
      </w:r>
    </w:p>
    <w:p>
      <w:pPr>
        <w:pStyle w:val="ListBullet"/>
      </w:pPr>
      <w:r>
        <w:t>Health Worries.</w:t>
      </w:r>
    </w:p>
    <w:p>
      <w:pPr>
        <w:pStyle w:val="ListBullet"/>
      </w:pPr>
      <w:r>
        <w:t>Conversations That Need To Happen.</w:t>
      </w:r>
    </w:p>
    <w:p>
      <w:pPr>
        <w:pStyle w:val="ListBullet"/>
      </w:pPr>
      <w:r>
        <w:t>Mistakes Made Earlier In The Day.</w:t>
      </w:r>
    </w:p>
    <w:p>
      <w:pPr>
        <w:pStyle w:val="ListBullet"/>
      </w:pPr>
      <w:r>
        <w:t>The brain begins trying to solve problems.</w:t>
      </w:r>
    </w:p>
    <w:p>
      <w:pPr>
        <w:pStyle w:val="ListBullet"/>
      </w:pPr>
      <w:r>
        <w:t>Unfortunately, bedtime is rarely when our thinking is at its clearest.</w:t>
      </w:r>
    </w:p>
    <w:p>
      <w:r>
        <w:t>Instead of creating solutions, the mind often creates repetitive worry.</w:t>
      </w:r>
    </w:p>
    <w:p>
      <w:pPr>
        <w:pStyle w:val="Heading3"/>
      </w:pPr>
      <w:r>
        <w:t>Stress Hormones And Sleep</w:t>
      </w:r>
    </w:p>
    <w:p>
      <w:r>
        <w:t>Healthy sleep follows a natural daily rhythm.</w:t>
      </w:r>
    </w:p>
    <w:p>
      <w:r>
        <w:t>Typically:</w:t>
      </w:r>
    </w:p>
    <w:p>
      <w:pPr>
        <w:pStyle w:val="ListBullet"/>
      </w:pPr>
      <w:r>
        <w:t>Morning supports greater alertness.</w:t>
      </w:r>
    </w:p>
    <w:p>
      <w:pPr>
        <w:pStyle w:val="ListBullet"/>
      </w:pPr>
      <w:r>
        <w:t>Evening supports increasing relaxation.</w:t>
      </w:r>
    </w:p>
    <w:p>
      <w:pPr>
        <w:pStyle w:val="ListBullet"/>
      </w:pPr>
      <w:r>
        <w:t>Chronic stress can interfere with this rhythm.</w:t>
      </w:r>
    </w:p>
    <w:p>
      <w:r>
        <w:t>Some people experience:</w:t>
      </w:r>
    </w:p>
    <w:p>
      <w:pPr>
        <w:pStyle w:val="ListBullet"/>
      </w:pPr>
      <w:r>
        <w:t>Difficulty Feeling Alert In The Morning.</w:t>
      </w:r>
    </w:p>
    <w:p>
      <w:pPr>
        <w:pStyle w:val="ListBullet"/>
      </w:pPr>
      <w:r>
        <w:t>Increased Energy Late At Night.</w:t>
      </w:r>
    </w:p>
    <w:p>
      <w:pPr>
        <w:pStyle w:val="ListBullet"/>
      </w:pPr>
      <w:r>
        <w:t>Evening Restlessness.</w:t>
      </w:r>
    </w:p>
    <w:p>
      <w:pPr>
        <w:pStyle w:val="ListBullet"/>
      </w:pPr>
      <w:r>
        <w:t>Difficulty Falling Asleep.</w:t>
      </w:r>
    </w:p>
    <w:p>
      <w:pPr>
        <w:pStyle w:val="ListBullet"/>
      </w:pPr>
      <w:r>
        <w:t>Frequent Nighttime Awakening.</w:t>
      </w:r>
    </w:p>
    <w:p>
      <w:r>
        <w:t>This pattern often develops because the nervous system has spent so much time preparing for action that slowing down no longer feels automatic.</w:t>
      </w:r>
    </w:p>
    <w:p>
      <w:pPr>
        <w:pStyle w:val="Heading3"/>
      </w:pPr>
      <w:r>
        <w:rPr>
          <w:b/>
        </w:rPr>
        <w:t>RN Insight</w:t>
      </w:r>
    </w:p>
    <w:p>
      <w:pPr>
        <w:pStyle w:val="Quote"/>
      </w:pPr>
      <w:r>
        <w:rPr>
          <w:i/>
        </w:rPr>
        <w:t>Many patients tell nurses that they feel "wide awake" at bedtime even after exhausting days. Others wake repeatedly throughout the night and believe they simply need stronger sleeping medication. While medication has an important role for some individuals, we also recognize that pain, anxiety, unfamiliar environments, and nervous system activation frequently contribute to poor sleep. Helping the body feel calmer before bedtime often becomes an important part of improving sleep quality alongside any medical treatment that may be needed.</w:t>
      </w:r>
    </w:p>
    <w:p>
      <w:pPr>
        <w:pStyle w:val="Heading3"/>
      </w:pPr>
      <w:r>
        <w:t>Why You Wake During The Night</w:t>
      </w:r>
    </w:p>
    <w:p>
      <w:r>
        <w:t>Falling asleep is only one part of healthy sleep.</w:t>
      </w:r>
    </w:p>
    <w:p>
      <w:r>
        <w:t>Remaining asleep is equally important.</w:t>
      </w:r>
    </w:p>
    <w:p>
      <w:r>
        <w:t>A nervous system that remains highly alert may become sensitive to:</w:t>
      </w:r>
    </w:p>
    <w:p>
      <w:pPr>
        <w:pStyle w:val="ListBullet"/>
      </w:pPr>
      <w:r>
        <w:t>Small Noises.</w:t>
      </w:r>
    </w:p>
    <w:p>
      <w:pPr>
        <w:pStyle w:val="ListBullet"/>
      </w:pPr>
      <w:r>
        <w:t>Temperature Changes.</w:t>
      </w:r>
    </w:p>
    <w:p>
      <w:pPr>
        <w:pStyle w:val="ListBullet"/>
      </w:pPr>
      <w:r>
        <w:t>Physical Discomfort.</w:t>
      </w:r>
    </w:p>
    <w:p>
      <w:pPr>
        <w:pStyle w:val="ListBullet"/>
      </w:pPr>
      <w:r>
        <w:t>Dreams.</w:t>
      </w:r>
    </w:p>
    <w:p>
      <w:pPr>
        <w:pStyle w:val="ListBullet"/>
      </w:pPr>
      <w:r>
        <w:t>Internal Thoughts.</w:t>
      </w:r>
    </w:p>
    <w:p>
      <w:pPr>
        <w:pStyle w:val="ListBullet"/>
      </w:pPr>
      <w:r>
        <w:t>Minor Environmental Changes.</w:t>
      </w:r>
    </w:p>
    <w:p>
      <w:pPr>
        <w:pStyle w:val="ListBullet"/>
      </w:pPr>
      <w:r>
        <w:t>Some people wake up around the same time every night.</w:t>
      </w:r>
    </w:p>
    <w:p>
      <w:pPr>
        <w:pStyle w:val="ListBullet"/>
      </w:pPr>
      <w:r>
        <w:t>Others awaken repeatedly without understanding why.</w:t>
      </w:r>
    </w:p>
    <w:p>
      <w:r>
        <w:t>Although many medical conditions can contribute to nighttime awakenings, prolonged nervous system activation is another important factor to consider.</w:t>
      </w:r>
    </w:p>
    <w:p>
      <w:pPr>
        <w:pStyle w:val="Heading3"/>
      </w:pPr>
      <w:r>
        <w:t>The Sleep-Anxiety Cycle</w:t>
      </w:r>
    </w:p>
    <w:p>
      <w:r>
        <w:t>Stress and sleep influence one another continuously.</w:t>
      </w:r>
    </w:p>
    <w:p>
      <w:r>
        <w:t>Poor sleep increases stress sensitivity.</w:t>
      </w:r>
    </w:p>
    <w:p>
      <w:r>
        <w:t>Greater stress makes sleep more difficult.</w:t>
      </w:r>
    </w:p>
    <w:p>
      <w:r>
        <w:t>The cycle often looks like this:</w:t>
      </w:r>
    </w:p>
    <w:p>
      <w:pPr>
        <w:pStyle w:val="ListBullet"/>
      </w:pPr>
      <w:r>
        <w:t>Stress Increases.</w:t>
      </w:r>
    </w:p>
    <w:p>
      <w:pPr>
        <w:pStyle w:val="ListBullet"/>
      </w:pPr>
      <w:r>
        <w:t>↓</w:t>
      </w:r>
    </w:p>
    <w:p>
      <w:pPr>
        <w:pStyle w:val="ListBullet"/>
      </w:pPr>
      <w:r>
        <w:t>Sleep Quality Declines.</w:t>
      </w:r>
    </w:p>
    <w:p>
      <w:pPr>
        <w:pStyle w:val="ListBullet"/>
      </w:pPr>
      <w:r>
        <w:t>↓</w:t>
      </w:r>
    </w:p>
    <w:p>
      <w:pPr>
        <w:pStyle w:val="ListBullet"/>
      </w:pPr>
      <w:r>
        <w:t>Fatigue Increases.</w:t>
      </w:r>
    </w:p>
    <w:p>
      <w:pPr>
        <w:pStyle w:val="ListBullet"/>
      </w:pPr>
      <w:r>
        <w:t>↓</w:t>
      </w:r>
    </w:p>
    <w:p>
      <w:pPr>
        <w:pStyle w:val="ListBullet"/>
      </w:pPr>
      <w:r>
        <w:t>The Brain Becomes More Reactive.</w:t>
      </w:r>
    </w:p>
    <w:p>
      <w:pPr>
        <w:pStyle w:val="ListBullet"/>
      </w:pPr>
      <w:r>
        <w:t>↓</w:t>
      </w:r>
    </w:p>
    <w:p>
      <w:pPr>
        <w:pStyle w:val="ListBullet"/>
      </w:pPr>
      <w:r>
        <w:t>Anxiety Increases.</w:t>
      </w:r>
    </w:p>
    <w:p>
      <w:pPr>
        <w:pStyle w:val="ListBullet"/>
      </w:pPr>
      <w:r>
        <w:t>↓</w:t>
      </w:r>
    </w:p>
    <w:p>
      <w:pPr>
        <w:pStyle w:val="ListBullet"/>
      </w:pPr>
      <w:r>
        <w:t>Sleep Becomes Even More Difficult.</w:t>
      </w:r>
    </w:p>
    <w:p>
      <w:pPr>
        <w:pStyle w:val="ListBullet"/>
      </w:pPr>
      <w:r>
        <w:t>Without intervention, this cycle may continue for weeks or months.</w:t>
      </w:r>
    </w:p>
    <w:p>
      <w:pPr>
        <w:pStyle w:val="ListBullet"/>
      </w:pPr>
      <w:r>
        <w:t>Fortunately, improving either stress regulation or sleep often benefits the other.</w:t>
      </w:r>
    </w:p>
    <w:p>
      <w:pPr>
        <w:pStyle w:val="Heading3"/>
      </w:pPr>
      <w:r>
        <w:t>Why Sleeping Longer Is Not Always The Answer</w:t>
      </w:r>
    </w:p>
    <w:p>
      <w:r>
        <w:t>When people feel exhausted, their first instinct is often:</w:t>
      </w:r>
    </w:p>
    <w:p>
      <w:pPr>
        <w:pStyle w:val="Heading3"/>
      </w:pPr>
      <w:r>
        <w:t>"I Just Need More Sleep."</w:t>
      </w:r>
    </w:p>
    <w:p>
      <w:r>
        <w:t>Sometimes additional sleep is helpful.</w:t>
      </w:r>
    </w:p>
    <w:p>
      <w:r>
        <w:t>However, recovery depends as much on sleep quality as on sleep duration.</w:t>
      </w:r>
    </w:p>
    <w:p>
      <w:r>
        <w:t>Someone who sleeps nine restless hours may recover less effectively than someone who sleeps seven deeply restorative hours.</w:t>
      </w:r>
    </w:p>
    <w:p>
      <w:r>
        <w:t>Quality sleep involves:</w:t>
      </w:r>
    </w:p>
    <w:p>
      <w:pPr>
        <w:pStyle w:val="ListBullet"/>
      </w:pPr>
      <w:r>
        <w:t>Falling Asleep Reasonably Easily.</w:t>
      </w:r>
    </w:p>
    <w:p>
      <w:pPr>
        <w:pStyle w:val="ListBullet"/>
      </w:pPr>
      <w:r>
        <w:t>Remaining Asleep Most Of The Night.</w:t>
      </w:r>
    </w:p>
    <w:p>
      <w:pPr>
        <w:pStyle w:val="ListBullet"/>
      </w:pPr>
      <w:r>
        <w:t>Experiencing Healthy Sleep Cycles.</w:t>
      </w:r>
    </w:p>
    <w:p>
      <w:pPr>
        <w:pStyle w:val="ListBullet"/>
      </w:pPr>
      <w:r>
        <w:t>Waking Feeling Relatively Rested.</w:t>
      </w:r>
    </w:p>
    <w:p>
      <w:pPr>
        <w:pStyle w:val="ListBullet"/>
      </w:pPr>
      <w:r>
        <w:t>Improving nervous system regulation often supports better sleep quality over time.</w:t>
      </w:r>
    </w:p>
    <w:p>
      <w:pPr>
        <w:pStyle w:val="Heading3"/>
      </w:pPr>
      <w:r>
        <w:t>The Role Of Evening Habits</w:t>
      </w:r>
    </w:p>
    <w:p>
      <w:r>
        <w:t>Many evening routines unintentionally signal continued activity rather than recovery.</w:t>
      </w:r>
    </w:p>
    <w:p>
      <w:r>
        <w:t>Examples include:</w:t>
      </w:r>
    </w:p>
    <w:p>
      <w:pPr>
        <w:pStyle w:val="ListBullet"/>
      </w:pPr>
      <w:r>
        <w:t>Checking Work Emails In Bed.</w:t>
      </w:r>
    </w:p>
    <w:p>
      <w:pPr>
        <w:pStyle w:val="ListBullet"/>
      </w:pPr>
      <w:r>
        <w:t>Watching Emotionally Intense News.</w:t>
      </w:r>
    </w:p>
    <w:p>
      <w:pPr>
        <w:pStyle w:val="ListBullet"/>
      </w:pPr>
      <w:r>
        <w:t>Scrolling Through Social Media.</w:t>
      </w:r>
    </w:p>
    <w:p>
      <w:pPr>
        <w:pStyle w:val="ListBullet"/>
      </w:pPr>
      <w:r>
        <w:t>Solving Work Problems Late At Night.</w:t>
      </w:r>
    </w:p>
    <w:p>
      <w:pPr>
        <w:pStyle w:val="ListBullet"/>
      </w:pPr>
      <w:r>
        <w:t>Bright Screen Exposure.</w:t>
      </w:r>
    </w:p>
    <w:p>
      <w:pPr>
        <w:pStyle w:val="ListBullet"/>
      </w:pPr>
      <w:r>
        <w:t>Heavy Late-Night Meals.</w:t>
      </w:r>
    </w:p>
    <w:p>
      <w:pPr>
        <w:pStyle w:val="ListBullet"/>
      </w:pPr>
      <w:r>
        <w:t>Irregular Bedtimes.</w:t>
      </w:r>
    </w:p>
    <w:p>
      <w:pPr>
        <w:pStyle w:val="ListBullet"/>
      </w:pPr>
      <w:r>
        <w:t>None of these habits automatically causes sleep problems.</w:t>
      </w:r>
    </w:p>
    <w:p>
      <w:r>
        <w:t>However, together they may make it more difficult for the nervous system to recognize that the day has ended.</w:t>
      </w:r>
    </w:p>
    <w:p>
      <w:r>
        <w:t>Consistent evening routines help create predictable signals that support relaxation.</w:t>
      </w:r>
    </w:p>
    <w:p>
      <w:pPr>
        <w:pStyle w:val="Heading3"/>
      </w:pPr>
      <w:r>
        <w:t>Your Bedroom Should Signal Safety</w:t>
      </w:r>
    </w:p>
    <w:p>
      <w:r>
        <w:t>The environment influences the nervous system more than many people realize.</w:t>
      </w:r>
    </w:p>
    <w:p>
      <w:r>
        <w:t>A calm bedroom may support better sleep by reducing unnecessary stimulation.</w:t>
      </w:r>
    </w:p>
    <w:p>
      <w:r>
        <w:t>Helpful environmental factors include:</w:t>
      </w:r>
    </w:p>
    <w:p>
      <w:pPr>
        <w:pStyle w:val="ListBullet"/>
      </w:pPr>
      <w:r>
        <w:t>Comfortable Temperature.</w:t>
      </w:r>
    </w:p>
    <w:p>
      <w:pPr>
        <w:pStyle w:val="ListBullet"/>
      </w:pPr>
      <w:r>
        <w:t>Minimal Noise.</w:t>
      </w:r>
    </w:p>
    <w:p>
      <w:pPr>
        <w:pStyle w:val="ListBullet"/>
      </w:pPr>
      <w:r>
        <w:t>Dim Lighting.</w:t>
      </w:r>
    </w:p>
    <w:p>
      <w:pPr>
        <w:pStyle w:val="ListBullet"/>
      </w:pPr>
      <w:r>
        <w:t>Comfortable Bedding.</w:t>
      </w:r>
    </w:p>
    <w:p>
      <w:pPr>
        <w:pStyle w:val="ListBullet"/>
      </w:pPr>
      <w:r>
        <w:t>Reduced Screen Exposure.</w:t>
      </w:r>
    </w:p>
    <w:p>
      <w:pPr>
        <w:pStyle w:val="ListBullet"/>
      </w:pPr>
      <w:r>
        <w:t>A Consistent Bedtime Routine.</w:t>
      </w:r>
    </w:p>
    <w:p>
      <w:pPr>
        <w:pStyle w:val="ListBullet"/>
      </w:pPr>
      <w:r>
        <w:t>The goal is not perfection.</w:t>
      </w:r>
    </w:p>
    <w:p>
      <w:r>
        <w:t>The goal is to create an environment that repeatedly communicates:</w:t>
      </w:r>
    </w:p>
    <w:p>
      <w:pPr>
        <w:pStyle w:val="Heading3"/>
      </w:pPr>
      <w:r>
        <w:t>"It Is Safe To Rest."</w:t>
      </w:r>
    </w:p>
    <w:p>
      <w:pPr>
        <w:pStyle w:val="Heading3"/>
      </w:pPr>
      <w:r>
        <w:rPr>
          <w:b/>
        </w:rPr>
        <w:t>Bedside Example</w:t>
      </w:r>
    </w:p>
    <w:p>
      <w:pPr>
        <w:pStyle w:val="Quote"/>
      </w:pPr>
      <w:r>
        <w:rPr>
          <w:i/>
        </w:rPr>
        <w:t>One patient recovering from a prolonged illness told me that she dreaded bedtime because it had become associated with frustration. Every night, she expected another battle with sleep.</w:t>
      </w:r>
    </w:p>
    <w:p>
      <w:pPr>
        <w:pStyle w:val="Quote"/>
      </w:pPr>
      <w:r>
        <w:rPr>
          <w:i/>
        </w:rPr>
        <w:t>Instead of immediately trying to force sleep, we discussed creating a calming pre-bed routine. She began dimming the lights an hour before bed, stopped checking work emails in the evening, practiced slow breathing, and kept a notebook nearby to write down worries instead of carrying them into bed.</w:t>
      </w:r>
    </w:p>
    <w:p>
      <w:pPr>
        <w:pStyle w:val="Quote"/>
      </w:pPr>
      <w:r>
        <w:rPr>
          <w:i/>
        </w:rPr>
        <w:t>Her sleep did not improve overnight.</w:t>
      </w:r>
    </w:p>
    <w:p>
      <w:pPr>
        <w:pStyle w:val="Quote"/>
      </w:pPr>
      <w:r>
        <w:rPr>
          <w:i/>
        </w:rPr>
        <w:t>But after several weeks, she noticed something encouraging.</w:t>
      </w:r>
    </w:p>
    <w:p>
      <w:pPr>
        <w:pStyle w:val="Heading3"/>
      </w:pPr>
      <w:r>
        <w:t>"I Don't Fight Sleep As Much Anymore."</w:t>
      </w:r>
    </w:p>
    <w:p>
      <w:r>
        <w:t>That shift reflected more than better sleep habits. Her nervous system was gradually relearning that bedtime could be a time for recovery rather than another source of stress.</w:t>
      </w:r>
    </w:p>
    <w:p>
      <w:pPr>
        <w:pStyle w:val="Heading3"/>
      </w:pPr>
      <w:r>
        <w:t>You cannot Force Sleep.</w:t>
      </w:r>
    </w:p>
    <w:p>
      <w:r>
        <w:t>Perhaps one of the most important truths about sleep is this:</w:t>
      </w:r>
    </w:p>
    <w:p>
      <w:pPr>
        <w:pStyle w:val="ListBullet"/>
      </w:pPr>
      <w:r>
        <w:t>Sleep cannot be forced.</w:t>
      </w:r>
    </w:p>
    <w:p>
      <w:pPr>
        <w:pStyle w:val="ListBullet"/>
      </w:pPr>
      <w:r>
        <w:t>The harder people try to sleep, the more frustrated they often become.</w:t>
      </w:r>
    </w:p>
    <w:p>
      <w:pPr>
        <w:pStyle w:val="ListBullet"/>
      </w:pPr>
      <w:r>
        <w:t>Frustration itself activates the nervous system.</w:t>
      </w:r>
    </w:p>
    <w:p>
      <w:r>
        <w:t>Instead of asking:</w:t>
      </w:r>
    </w:p>
    <w:p>
      <w:pPr>
        <w:pStyle w:val="Heading3"/>
      </w:pPr>
      <w:r>
        <w:t>"Why Am I Still Awake?"</w:t>
      </w:r>
    </w:p>
    <w:p>
      <w:r>
        <w:t>Try asking:</w:t>
      </w:r>
    </w:p>
    <w:p>
      <w:pPr>
        <w:pStyle w:val="Quote"/>
      </w:pPr>
      <w:r>
        <w:rPr>
          <w:i/>
        </w:rPr>
        <w:t>"How Can I Help My Body Feel Safer Right Now?"</w:t>
      </w:r>
    </w:p>
    <w:p>
      <w:r>
        <w:t>Sometimes the goal is not to fall asleep immediately.</w:t>
      </w:r>
    </w:p>
    <w:p>
      <w:r>
        <w:t>The goal is to reduce nervous system activation.</w:t>
      </w:r>
    </w:p>
    <w:p>
      <w:r>
        <w:t>Sleep often follows naturally when the body no longer feels responsible for staying alert.</w:t>
      </w:r>
    </w:p>
    <w:p>
      <w:pPr>
        <w:pStyle w:val="Heading3"/>
      </w:pPr>
      <w:r>
        <w:t>Building Trust With Your Nervous System</w:t>
      </w:r>
    </w:p>
    <w:p>
      <w:r>
        <w:t>Recovery happens through repetition.</w:t>
      </w:r>
    </w:p>
    <w:p>
      <w:r>
        <w:t>Each evening you practice calming habits, your nervous system gathers evidence.</w:t>
      </w:r>
    </w:p>
    <w:p>
      <w:r>
        <w:t>It learns:</w:t>
      </w:r>
    </w:p>
    <w:p>
      <w:pPr>
        <w:pStyle w:val="ListBullet"/>
      </w:pPr>
      <w:r>
        <w:t>Bedtime Is Predictable.</w:t>
      </w:r>
    </w:p>
    <w:p>
      <w:pPr>
        <w:pStyle w:val="ListBullet"/>
      </w:pPr>
      <w:r>
        <w:t>The Environment Is Calm.</w:t>
      </w:r>
    </w:p>
    <w:p>
      <w:pPr>
        <w:pStyle w:val="ListBullet"/>
      </w:pPr>
      <w:r>
        <w:t>There Is No Immediate Danger.</w:t>
      </w:r>
    </w:p>
    <w:p>
      <w:pPr>
        <w:pStyle w:val="ListBullet"/>
      </w:pPr>
      <w:r>
        <w:t>Recovery Is Safe.</w:t>
      </w:r>
    </w:p>
    <w:p>
      <w:pPr>
        <w:pStyle w:val="ListBullet"/>
      </w:pPr>
      <w:r>
        <w:t>These experiences gradually strengthen the body's ability to transition into restorative sleep.</w:t>
      </w:r>
    </w:p>
    <w:p>
      <w:pPr>
        <w:pStyle w:val="ListBullet"/>
      </w:pPr>
      <w:r>
        <w:t>Patience is essential.</w:t>
      </w:r>
    </w:p>
    <w:p>
      <w:pPr>
        <w:pStyle w:val="ListBullet"/>
      </w:pPr>
      <w:r>
        <w:t>Just as chronic stress develops over time, healthy sleep patterns often rebuild gradually.</w:t>
      </w:r>
    </w:p>
    <w:p>
      <w:pPr>
        <w:pStyle w:val="Heading3"/>
      </w:pPr>
      <w:r>
        <w:t>When Sleep Problems Need Medical Evaluation</w:t>
      </w:r>
    </w:p>
    <w:p>
      <w:r>
        <w:t>Persistent sleep difficulties should always be discussed with a qualified healthcare professional, particularly if they involve:</w:t>
      </w:r>
    </w:p>
    <w:p>
      <w:pPr>
        <w:pStyle w:val="ListBullet"/>
      </w:pPr>
      <w:r>
        <w:t>Loud Snoring.</w:t>
      </w:r>
    </w:p>
    <w:p>
      <w:pPr>
        <w:pStyle w:val="ListBullet"/>
      </w:pPr>
      <w:r>
        <w:t>Pauses In Breathing During Sleep.</w:t>
      </w:r>
    </w:p>
    <w:p>
      <w:pPr>
        <w:pStyle w:val="ListBullet"/>
      </w:pPr>
      <w:r>
        <w:t>Severe Daytime Sleepiness.</w:t>
      </w:r>
    </w:p>
    <w:p>
      <w:pPr>
        <w:pStyle w:val="ListBullet"/>
      </w:pPr>
      <w:r>
        <w:t>Frequent Nightmares.</w:t>
      </w:r>
    </w:p>
    <w:p>
      <w:pPr>
        <w:pStyle w:val="ListBullet"/>
      </w:pPr>
      <w:r>
        <w:t>Restless Leg Symptoms.</w:t>
      </w:r>
    </w:p>
    <w:p>
      <w:pPr>
        <w:pStyle w:val="ListBullet"/>
      </w:pPr>
      <w:r>
        <w:t>Ongoing Insomnia.</w:t>
      </w:r>
    </w:p>
    <w:p>
      <w:pPr>
        <w:pStyle w:val="ListBullet"/>
      </w:pPr>
      <w:r>
        <w:t>Sleepwalking Or Unusual Behaviors During Sleep.</w:t>
      </w:r>
    </w:p>
    <w:p>
      <w:pPr>
        <w:pStyle w:val="ListBullet"/>
      </w:pPr>
      <w:r>
        <w:t>Excessive Sleep Despite Adequate Time In Bed.</w:t>
      </w:r>
    </w:p>
    <w:p>
      <w:r>
        <w:t>Conditions such as sleep apnea, insomnia disorder, medication effects, chronic pain, and other medical issues may require professional evaluation and treatment.</w:t>
      </w:r>
    </w:p>
    <w:p>
      <w:r>
        <w:t>Addressing these concerns is an important part of supporting nervous system health.</w:t>
      </w:r>
    </w:p>
    <w:p>
      <w:pPr>
        <w:pStyle w:val="Heading3"/>
      </w:pPr>
      <w:r>
        <w:t>Rest Begins Before Bedtime</w:t>
      </w:r>
    </w:p>
    <w:p>
      <w:r>
        <w:t>Many people believe sleep starts when they turn off the lights.</w:t>
      </w:r>
    </w:p>
    <w:p>
      <w:r>
        <w:t>In reality, sleep often begins hours earlier.</w:t>
      </w:r>
    </w:p>
    <w:p>
      <w:r>
        <w:t>The nervous system gradually prepares for recovery throughout the evening.</w:t>
      </w:r>
    </w:p>
    <w:p>
      <w:r>
        <w:t>Each calming choice contributes to that transition.</w:t>
      </w:r>
    </w:p>
    <w:p>
      <w:r>
        <w:t>Examples include:</w:t>
      </w:r>
    </w:p>
    <w:p>
      <w:pPr>
        <w:pStyle w:val="ListBullet"/>
      </w:pPr>
      <w:r>
        <w:t>Finishing Work At A Consistent Time.</w:t>
      </w:r>
    </w:p>
    <w:p>
      <w:pPr>
        <w:pStyle w:val="ListBullet"/>
      </w:pPr>
      <w:r>
        <w:t>Eating Dinner Without Rushing.</w:t>
      </w:r>
    </w:p>
    <w:p>
      <w:pPr>
        <w:pStyle w:val="ListBullet"/>
      </w:pPr>
      <w:r>
        <w:t>Reducing Bright Light Exposure.</w:t>
      </w:r>
    </w:p>
    <w:p>
      <w:pPr>
        <w:pStyle w:val="ListBullet"/>
      </w:pPr>
      <w:r>
        <w:t>Taking A Gentle Walk.</w:t>
      </w:r>
    </w:p>
    <w:p>
      <w:pPr>
        <w:pStyle w:val="ListBullet"/>
      </w:pPr>
      <w:r>
        <w:t>Practicing Slow Breathing.</w:t>
      </w:r>
    </w:p>
    <w:p>
      <w:pPr>
        <w:pStyle w:val="ListBullet"/>
      </w:pPr>
      <w:r>
        <w:t>Reading A Relaxing Book.</w:t>
      </w:r>
    </w:p>
    <w:p>
      <w:pPr>
        <w:pStyle w:val="ListBullet"/>
      </w:pPr>
      <w:r>
        <w:t>Stretching.</w:t>
      </w:r>
    </w:p>
    <w:p>
      <w:pPr>
        <w:pStyle w:val="ListBullet"/>
      </w:pPr>
      <w:r>
        <w:t>Journaling.</w:t>
      </w:r>
    </w:p>
    <w:p>
      <w:pPr>
        <w:pStyle w:val="ListBullet"/>
      </w:pPr>
      <w:r>
        <w:t>Expressing Gratitude.</w:t>
      </w:r>
    </w:p>
    <w:p>
      <w:pPr>
        <w:pStyle w:val="ListBullet"/>
      </w:pPr>
      <w:r>
        <w:t>These habits are not about perfection.</w:t>
      </w:r>
    </w:p>
    <w:p>
      <w:pPr>
        <w:pStyle w:val="ListBullet"/>
      </w:pPr>
      <w:r>
        <w:t>They are repeated signals that the day's demands are ending.</w:t>
      </w:r>
    </w:p>
    <w:p>
      <w:pPr>
        <w:pStyle w:val="Heading3"/>
      </w:pPr>
      <w:r>
        <w:t>Key Takeaways</w:t>
      </w:r>
    </w:p>
    <w:p>
      <w:pPr>
        <w:pStyle w:val="ListBullet"/>
      </w:pPr>
      <w:r>
        <w:t>Healthy Sleep Requires The Nervous System To Feel Safe Enough To Reduce Vigilance.</w:t>
      </w:r>
    </w:p>
    <w:p>
      <w:pPr>
        <w:pStyle w:val="ListBullet"/>
      </w:pPr>
      <w:r>
        <w:t>Chronic Stress Can Keep The Brain Alert Even When The Body Is Physically Exhausted.</w:t>
      </w:r>
    </w:p>
    <w:p>
      <w:pPr>
        <w:pStyle w:val="ListBullet"/>
      </w:pPr>
      <w:r>
        <w:t>Being "Wired But Tired" Is A Common Sign Of Nervous System Dysregulation.</w:t>
      </w:r>
    </w:p>
    <w:p>
      <w:pPr>
        <w:pStyle w:val="ListBullet"/>
      </w:pPr>
      <w:r>
        <w:t>Sleep Quality Is Just As Important As Sleep Duration.</w:t>
      </w:r>
    </w:p>
    <w:p>
      <w:pPr>
        <w:pStyle w:val="ListBullet"/>
      </w:pPr>
      <w:r>
        <w:t>Evening Habits And The Sleep Environment Influence The Body's Ability To Transition Into Recovery.</w:t>
      </w:r>
    </w:p>
    <w:p>
      <w:pPr>
        <w:pStyle w:val="ListBullet"/>
      </w:pPr>
      <w:r>
        <w:t>Sleep cannot Be Forced, But The Conditions That Support Sleep Can Be Strengthened.</w:t>
      </w:r>
    </w:p>
    <w:p>
      <w:pPr>
        <w:pStyle w:val="ListBullet"/>
      </w:pPr>
      <w:r>
        <w:t>Consistent Bedtime Routines Help Retrain The Nervous System To Associate Nighttime With Safety And Restoration.</w:t>
      </w:r>
    </w:p>
    <w:p>
      <w:pPr>
        <w:pStyle w:val="Heading3"/>
      </w:pPr>
      <w:r>
        <w:t>Chapter Reflection</w:t>
      </w:r>
    </w:p>
    <w:p>
      <w:r>
        <w:t>Before Continuing, Reflect On These Questions.</w:t>
      </w:r>
    </w:p>
    <w:p>
      <w:pPr>
        <w:pStyle w:val="ListBullet"/>
      </w:pPr>
      <w:r>
        <w:t>What Usually Happens In My Mind During The Last Hour Before Bed?</w:t>
      </w:r>
    </w:p>
    <w:p>
      <w:pPr>
        <w:pStyle w:val="ListBullet"/>
      </w:pPr>
      <w:r>
        <w:t>Which Evening Habits May Be Keeping My Nervous System Activated?</w:t>
      </w:r>
    </w:p>
    <w:p>
      <w:pPr>
        <w:pStyle w:val="ListBullet"/>
      </w:pPr>
      <w:r>
        <w:t>Do I View Bedtime As A Time For Recovery Or As Another Opportunity To Finish Tasks?</w:t>
      </w:r>
    </w:p>
    <w:p>
      <w:pPr>
        <w:pStyle w:val="ListBullet"/>
      </w:pPr>
      <w:r>
        <w:t>What Small Change Could Make My Bedroom Feel More Restful?</w:t>
      </w:r>
    </w:p>
    <w:p>
      <w:pPr>
        <w:pStyle w:val="ListBullet"/>
      </w:pPr>
      <w:r>
        <w:t>How Could I Begin Sending My Nervous System More Signals Of Safety Each Evening?</w:t>
      </w:r>
    </w:p>
    <w:p>
      <w:r>
        <w:t>In the next chapter, we will explore how the body stores and expresses chronic stress through physical symptoms. You will learn why muscle tension, digestive discomfort, headaches, chronic pain, and other bodily sensations often reflect the nervous system's ongoing efforts to protect you, and how recognizing these signals can become an important part of the healing process.</w:t>
      </w:r>
    </w:p>
    <w:p>
      <w:r>
        <w:br w:type="page"/>
      </w:r>
    </w:p>
    <w:p>
      <w:pPr>
        <w:pStyle w:val="Heading1"/>
        <w:jc w:val="center"/>
      </w:pPr>
      <w:r>
        <w:t>Chapter 9: The Body Keeps the Score of Stress</w:t>
      </w:r>
    </w:p>
    <w:p>
      <w:pPr>
        <w:pStyle w:val="Quote"/>
      </w:pPr>
      <w:r>
        <w:rPr>
          <w:i/>
        </w:rPr>
        <w:t>"Your Body Speaks The Language Of Sensations Long Before Your Mind Fully Understands What It Has Been Carrying."</w:t>
      </w:r>
    </w:p>
    <w:p>
      <w:pPr>
        <w:pStyle w:val="Heading3"/>
      </w:pPr>
      <w:r>
        <w:t>Chapter Overview</w:t>
      </w:r>
    </w:p>
    <w:p>
      <w:r>
        <w:t>Have you ever experienced a headache after a difficult conversation?</w:t>
      </w:r>
    </w:p>
    <w:p>
      <w:r>
        <w:t>Or noticed your shoulders tightening during a stressful week?</w:t>
      </w:r>
    </w:p>
    <w:p>
      <w:r>
        <w:t>Perhaps your stomach became upset before an important event.</w:t>
      </w:r>
    </w:p>
    <w:p>
      <w:r>
        <w:t>Maybe your lower back began aching during months of emotional pressure.</w:t>
      </w:r>
    </w:p>
    <w:p>
      <w:r>
        <w:t>These experiences are surprisingly common.</w:t>
      </w:r>
    </w:p>
    <w:p>
      <w:r>
        <w:t>Many people think of stress as something that exists only in the mind.</w:t>
      </w:r>
    </w:p>
    <w:p>
      <w:r>
        <w:t>In reality, the body experiences stress just as much as the brain does.</w:t>
      </w:r>
    </w:p>
    <w:p>
      <w:r>
        <w:t>The nervous system continuously communicates with muscles, organs, blood vessels, hormones, and the immune system.</w:t>
      </w:r>
    </w:p>
    <w:p>
      <w:r>
        <w:t>When survival mode continues for long periods, the body often begins expressing that burden through physical symptoms.</w:t>
      </w:r>
    </w:p>
    <w:p>
      <w:r>
        <w:t xml:space="preserve">This does </w:t>
      </w:r>
      <w:r>
        <w:rPr>
          <w:b/>
        </w:rPr>
        <w:t>not</w:t>
      </w:r>
      <w:r>
        <w:t xml:space="preserve"> mean that every symptom is caused by stress.</w:t>
      </w:r>
    </w:p>
    <w:p>
      <w:r>
        <w:t>Physical symptoms always deserve appropriate medical evaluation, especially if they are new, severe, persistent, or concerning.</w:t>
      </w:r>
    </w:p>
    <w:p>
      <w:r>
        <w:t>However, once significant medical conditions have been evaluated, it is important to recognize that chronic nervous system activation can influence many common physical complaints.</w:t>
      </w:r>
    </w:p>
    <w:p>
      <w:r>
        <w:t>This chapter explores why stress affects the entire body and why listening to these signals can be an important part of healing.</w:t>
      </w:r>
    </w:p>
    <w:p>
      <w:pPr>
        <w:pStyle w:val="Heading3"/>
      </w:pPr>
      <w:r>
        <w:t>Your Body Is Always Communicating</w:t>
      </w:r>
    </w:p>
    <w:p>
      <w:r>
        <w:t>Your body constantly sends messages.</w:t>
      </w:r>
    </w:p>
    <w:p>
      <w:r>
        <w:t>Sometimes those messages are subtle.</w:t>
      </w:r>
    </w:p>
    <w:p>
      <w:r>
        <w:t>Sometimes they become impossible to ignore.</w:t>
      </w:r>
    </w:p>
    <w:p>
      <w:r>
        <w:t>Examples include:</w:t>
      </w:r>
    </w:p>
    <w:p>
      <w:pPr>
        <w:pStyle w:val="ListBullet"/>
      </w:pPr>
      <w:r>
        <w:t>Muscle Tightness.</w:t>
      </w:r>
    </w:p>
    <w:p>
      <w:pPr>
        <w:pStyle w:val="ListBullet"/>
      </w:pPr>
      <w:r>
        <w:t>Fatigue.</w:t>
      </w:r>
    </w:p>
    <w:p>
      <w:pPr>
        <w:pStyle w:val="ListBullet"/>
      </w:pPr>
      <w:r>
        <w:t>Headaches.</w:t>
      </w:r>
    </w:p>
    <w:p>
      <w:pPr>
        <w:pStyle w:val="ListBullet"/>
      </w:pPr>
      <w:r>
        <w:t>Digestive Changes.</w:t>
      </w:r>
    </w:p>
    <w:p>
      <w:pPr>
        <w:pStyle w:val="ListBullet"/>
      </w:pPr>
      <w:r>
        <w:t>Racing Heart.</w:t>
      </w:r>
    </w:p>
    <w:p>
      <w:pPr>
        <w:pStyle w:val="ListBullet"/>
      </w:pPr>
      <w:r>
        <w:t>Restlessness.</w:t>
      </w:r>
    </w:p>
    <w:p>
      <w:pPr>
        <w:pStyle w:val="ListBullet"/>
      </w:pPr>
      <w:r>
        <w:t>Difficulty Sleeping.</w:t>
      </w:r>
    </w:p>
    <w:p>
      <w:pPr>
        <w:pStyle w:val="ListBullet"/>
      </w:pPr>
      <w:r>
        <w:t>Shallow Breathing.</w:t>
      </w:r>
    </w:p>
    <w:p>
      <w:pPr>
        <w:pStyle w:val="ListBullet"/>
      </w:pPr>
      <w:r>
        <w:t>Changes In Appetite.</w:t>
      </w:r>
    </w:p>
    <w:p>
      <w:pPr>
        <w:pStyle w:val="ListBullet"/>
      </w:pPr>
      <w:r>
        <w:t>Increased Pain Sensitivity.</w:t>
      </w:r>
    </w:p>
    <w:p>
      <w:pPr>
        <w:pStyle w:val="ListBullet"/>
      </w:pPr>
      <w:r>
        <w:t>Many people try to silence these messages without asking why they appeared.</w:t>
      </w:r>
    </w:p>
    <w:p>
      <w:r>
        <w:t>Instead of viewing symptoms only as problems, consider another possibility.</w:t>
      </w:r>
    </w:p>
    <w:p>
      <w:r>
        <w:t>Your body may also be communicating that it needs recovery.</w:t>
      </w:r>
    </w:p>
    <w:p>
      <w:pPr>
        <w:pStyle w:val="Heading3"/>
      </w:pPr>
      <w:r>
        <w:t>Muscles Remember Stress</w:t>
      </w:r>
    </w:p>
    <w:p>
      <w:r>
        <w:t>One of the first places chronic stress appears is in the muscles.</w:t>
      </w:r>
    </w:p>
    <w:p>
      <w:r>
        <w:t>Whenever your nervous system senses danger, muscles prepare for action.</w:t>
      </w:r>
    </w:p>
    <w:p>
      <w:r>
        <w:t>This preparation is automatic.</w:t>
      </w:r>
    </w:p>
    <w:p>
      <w:r>
        <w:t>Muscles tighten to protect the body.</w:t>
      </w:r>
    </w:p>
    <w:p>
      <w:r>
        <w:t>If the stressful situation resolves, they relax.</w:t>
      </w:r>
    </w:p>
    <w:p>
      <w:r>
        <w:t>But when stress continues day after day, muscles may remain partially contracted for long periods.</w:t>
      </w:r>
    </w:p>
    <w:p>
      <w:r>
        <w:t>Common areas include:</w:t>
      </w:r>
    </w:p>
    <w:p>
      <w:pPr>
        <w:pStyle w:val="ListBullet"/>
      </w:pPr>
      <w:r>
        <w:t>Jaw.</w:t>
      </w:r>
    </w:p>
    <w:p>
      <w:pPr>
        <w:pStyle w:val="ListBullet"/>
      </w:pPr>
      <w:r>
        <w:t>Neck.</w:t>
      </w:r>
    </w:p>
    <w:p>
      <w:pPr>
        <w:pStyle w:val="ListBullet"/>
      </w:pPr>
      <w:r>
        <w:t>Shoulders.</w:t>
      </w:r>
    </w:p>
    <w:p>
      <w:pPr>
        <w:pStyle w:val="ListBullet"/>
      </w:pPr>
      <w:r>
        <w:t>Upper Back.</w:t>
      </w:r>
    </w:p>
    <w:p>
      <w:pPr>
        <w:pStyle w:val="ListBullet"/>
      </w:pPr>
      <w:r>
        <w:t>Lower Back.</w:t>
      </w:r>
    </w:p>
    <w:p>
      <w:pPr>
        <w:pStyle w:val="ListBullet"/>
      </w:pPr>
      <w:r>
        <w:t>Hips.</w:t>
      </w:r>
    </w:p>
    <w:p>
      <w:pPr>
        <w:pStyle w:val="ListBullet"/>
      </w:pPr>
      <w:r>
        <w:t>Hands.</w:t>
      </w:r>
    </w:p>
    <w:p>
      <w:pPr>
        <w:pStyle w:val="ListBullet"/>
      </w:pPr>
      <w:r>
        <w:t>Many people no longer notice this tension because it has become familiar.</w:t>
      </w:r>
    </w:p>
    <w:p>
      <w:pPr>
        <w:pStyle w:val="ListBullet"/>
      </w:pPr>
      <w:r>
        <w:t>It feels "normal."</w:t>
      </w:r>
    </w:p>
    <w:p>
      <w:pPr>
        <w:pStyle w:val="ListBullet"/>
      </w:pPr>
      <w:r>
        <w:t>Only after practicing relaxation do they realize how much tension they had been carrying.</w:t>
      </w:r>
    </w:p>
    <w:p>
      <w:pPr>
        <w:pStyle w:val="Heading3"/>
      </w:pPr>
      <w:r>
        <w:t>Why Headaches Become More Common</w:t>
      </w:r>
    </w:p>
    <w:p>
      <w:r>
        <w:t>Persistent muscle tension around the neck, scalp, jaw, and shoulders may contribute to certain types of headaches.</w:t>
      </w:r>
    </w:p>
    <w:p>
      <w:r>
        <w:t>Many people notice headaches during periods of:</w:t>
      </w:r>
    </w:p>
    <w:p>
      <w:pPr>
        <w:pStyle w:val="ListBullet"/>
      </w:pPr>
      <w:r>
        <w:t>Work Pressure.</w:t>
      </w:r>
    </w:p>
    <w:p>
      <w:pPr>
        <w:pStyle w:val="ListBullet"/>
      </w:pPr>
      <w:r>
        <w:t>Emotional Conflict.</w:t>
      </w:r>
    </w:p>
    <w:p>
      <w:pPr>
        <w:pStyle w:val="ListBullet"/>
      </w:pPr>
      <w:r>
        <w:t>Sleep Deprivation.</w:t>
      </w:r>
    </w:p>
    <w:p>
      <w:pPr>
        <w:pStyle w:val="ListBullet"/>
      </w:pPr>
      <w:r>
        <w:t>Caregiving Stress.</w:t>
      </w:r>
    </w:p>
    <w:p>
      <w:pPr>
        <w:pStyle w:val="ListBullet"/>
      </w:pPr>
      <w:r>
        <w:t>Financial Worry.</w:t>
      </w:r>
    </w:p>
    <w:p>
      <w:r>
        <w:t>While headaches can have many different medical causes that deserve evaluation, chronic muscle tension and nervous system activation may be contributing factors for some individuals.</w:t>
      </w:r>
    </w:p>
    <w:p>
      <w:r>
        <w:t>Paying attention to patterns can provide useful information to discuss with your healthcare provider.</w:t>
      </w:r>
    </w:p>
    <w:p>
      <w:pPr>
        <w:pStyle w:val="Heading3"/>
      </w:pPr>
      <w:r>
        <w:t>The Jaw Often Reveals Stress</w:t>
      </w:r>
    </w:p>
    <w:p>
      <w:r>
        <w:t>The jaw is one of the body's most overlooked stress indicators.</w:t>
      </w:r>
    </w:p>
    <w:p>
      <w:r>
        <w:t>Many people unconsciously:</w:t>
      </w:r>
    </w:p>
    <w:p>
      <w:pPr>
        <w:pStyle w:val="ListBullet"/>
      </w:pPr>
      <w:r>
        <w:t>Clench Their Teeth.</w:t>
      </w:r>
    </w:p>
    <w:p>
      <w:pPr>
        <w:pStyle w:val="ListBullet"/>
      </w:pPr>
      <w:r>
        <w:t>Tighten Their Jaw.</w:t>
      </w:r>
    </w:p>
    <w:p>
      <w:pPr>
        <w:pStyle w:val="ListBullet"/>
      </w:pPr>
      <w:r>
        <w:t>Grind Their Teeth During Sleep.</w:t>
      </w:r>
    </w:p>
    <w:p>
      <w:pPr>
        <w:pStyle w:val="ListBullet"/>
      </w:pPr>
      <w:r>
        <w:t>Hold Their Tongue Against The Roof Of The Mouth.</w:t>
      </w:r>
    </w:p>
    <w:p>
      <w:r>
        <w:t>These habits may contribute to:</w:t>
      </w:r>
    </w:p>
    <w:p>
      <w:pPr>
        <w:pStyle w:val="ListBullet"/>
      </w:pPr>
      <w:r>
        <w:t>Jaw Pain.</w:t>
      </w:r>
    </w:p>
    <w:p>
      <w:pPr>
        <w:pStyle w:val="ListBullet"/>
      </w:pPr>
      <w:r>
        <w:t>Morning Headaches.</w:t>
      </w:r>
    </w:p>
    <w:p>
      <w:pPr>
        <w:pStyle w:val="ListBullet"/>
      </w:pPr>
      <w:r>
        <w:t>Tooth Wear.</w:t>
      </w:r>
    </w:p>
    <w:p>
      <w:pPr>
        <w:pStyle w:val="ListBullet"/>
      </w:pPr>
      <w:r>
        <w:t>Facial Muscle Fatigue.</w:t>
      </w:r>
    </w:p>
    <w:p>
      <w:pPr>
        <w:pStyle w:val="ListBullet"/>
      </w:pPr>
      <w:r>
        <w:t>Neck Tension.</w:t>
      </w:r>
    </w:p>
    <w:p>
      <w:pPr>
        <w:pStyle w:val="ListBullet"/>
      </w:pPr>
      <w:r>
        <w:t>The body is preparing for action even when no immediate action is required.</w:t>
      </w:r>
    </w:p>
    <w:p>
      <w:pPr>
        <w:pStyle w:val="Heading3"/>
      </w:pPr>
      <w:r>
        <w:rPr>
          <w:b/>
        </w:rPr>
        <w:t>RN Insight</w:t>
      </w:r>
    </w:p>
    <w:p>
      <w:pPr>
        <w:pStyle w:val="Quote"/>
      </w:pPr>
      <w:r>
        <w:rPr>
          <w:i/>
        </w:rPr>
        <w:t>During hospital assessments, it is common to observe patients clenching their jaw while discussing stressful situations. When gently asked to relax their face, many are surprised to discover how much tension they were holding. This often reminds them that stress is not only something they think about—it is something their muscles experience as well.</w:t>
      </w:r>
    </w:p>
    <w:p>
      <w:pPr>
        <w:pStyle w:val="Heading3"/>
      </w:pPr>
      <w:r>
        <w:t>Stress And The Digestive System</w:t>
      </w:r>
    </w:p>
    <w:p>
      <w:r>
        <w:t>The digestive system is closely connected to the nervous system.</w:t>
      </w:r>
    </w:p>
    <w:p>
      <w:r>
        <w:t>When the brain detects danger, digestion becomes a lower priority.</w:t>
      </w:r>
    </w:p>
    <w:p>
      <w:r>
        <w:t>This response makes sense during emergencies.</w:t>
      </w:r>
    </w:p>
    <w:p>
      <w:r>
        <w:t>If you were escaping a dangerous situation, digestion could wait.</w:t>
      </w:r>
    </w:p>
    <w:p>
      <w:r>
        <w:t>Unfortunately, modern stress often keeps this protective pattern active.</w:t>
      </w:r>
    </w:p>
    <w:p>
      <w:r>
        <w:t>Some people notice:</w:t>
      </w:r>
    </w:p>
    <w:p>
      <w:pPr>
        <w:pStyle w:val="ListBullet"/>
      </w:pPr>
      <w:r>
        <w:t>Reduced Appetite.</w:t>
      </w:r>
    </w:p>
    <w:p>
      <w:pPr>
        <w:pStyle w:val="ListBullet"/>
      </w:pPr>
      <w:r>
        <w:t>Increased Appetite.</w:t>
      </w:r>
    </w:p>
    <w:p>
      <w:pPr>
        <w:pStyle w:val="ListBullet"/>
      </w:pPr>
      <w:r>
        <w:t>Nausea.</w:t>
      </w:r>
    </w:p>
    <w:p>
      <w:pPr>
        <w:pStyle w:val="ListBullet"/>
      </w:pPr>
      <w:r>
        <w:t>Bloating.</w:t>
      </w:r>
    </w:p>
    <w:p>
      <w:pPr>
        <w:pStyle w:val="ListBullet"/>
      </w:pPr>
      <w:r>
        <w:t>Stomach Discomfort.</w:t>
      </w:r>
    </w:p>
    <w:p>
      <w:pPr>
        <w:pStyle w:val="ListBullet"/>
      </w:pPr>
      <w:r>
        <w:t>Changes In Bowel Habits.</w:t>
      </w:r>
    </w:p>
    <w:p>
      <w:pPr>
        <w:pStyle w:val="ListBullet"/>
      </w:pPr>
      <w:r>
        <w:t>Increased Sensitivity To Certain Foods.</w:t>
      </w:r>
    </w:p>
    <w:p>
      <w:r>
        <w:t>Stress is only one possible contributor to digestive symptoms, and a qualified healthcare professional should always evaluate persistent digestive concerns.</w:t>
      </w:r>
    </w:p>
    <w:p>
      <w:r>
        <w:t>However, many people notice that their digestive symptoms fluctuate alongside stressful periods.</w:t>
      </w:r>
    </w:p>
    <w:p>
      <w:pPr>
        <w:pStyle w:val="Heading3"/>
      </w:pPr>
      <w:r>
        <w:t>Pain And The Nervous System</w:t>
      </w:r>
    </w:p>
    <w:p>
      <w:r>
        <w:t>Pain is one of the body's most important protective signals.</w:t>
      </w:r>
    </w:p>
    <w:p>
      <w:r>
        <w:t>Its purpose is to encourage us to pay attention.</w:t>
      </w:r>
    </w:p>
    <w:p>
      <w:r>
        <w:t>However, pain is influenced by many factors beyond tissue injury alone.</w:t>
      </w:r>
    </w:p>
    <w:p>
      <w:r>
        <w:t>The nervous system helps determine:</w:t>
      </w:r>
    </w:p>
    <w:p>
      <w:pPr>
        <w:pStyle w:val="ListBullet"/>
      </w:pPr>
      <w:r>
        <w:t>How Strongly Is Pain Experienced?</w:t>
      </w:r>
    </w:p>
    <w:p>
      <w:pPr>
        <w:pStyle w:val="ListBullet"/>
      </w:pPr>
      <w:r>
        <w:t>How Long Pain Persists.</w:t>
      </w:r>
    </w:p>
    <w:p>
      <w:pPr>
        <w:pStyle w:val="ListBullet"/>
      </w:pPr>
      <w:r>
        <w:t>How Sensitive The Body Becomes.</w:t>
      </w:r>
    </w:p>
    <w:p>
      <w:pPr>
        <w:pStyle w:val="ListBullet"/>
      </w:pPr>
      <w:r>
        <w:t>During prolonged stress, some people become more sensitive to discomfort.</w:t>
      </w:r>
    </w:p>
    <w:p>
      <w:pPr>
        <w:pStyle w:val="ListBullet"/>
      </w:pPr>
      <w:r>
        <w:t>Minor aches may feel more intense.</w:t>
      </w:r>
    </w:p>
    <w:p>
      <w:pPr>
        <w:pStyle w:val="ListBullet"/>
      </w:pPr>
      <w:r>
        <w:t>Existing pain may seem harder to manage.</w:t>
      </w:r>
    </w:p>
    <w:p>
      <w:pPr>
        <w:pStyle w:val="ListBullet"/>
      </w:pPr>
      <w:r>
        <w:t>This does not mean the pain is imaginary.</w:t>
      </w:r>
    </w:p>
    <w:p>
      <w:pPr>
        <w:pStyle w:val="ListBullet"/>
      </w:pPr>
      <w:r>
        <w:t>It means the nervous system itself influences how pain is processed.</w:t>
      </w:r>
    </w:p>
    <w:p>
      <w:pPr>
        <w:pStyle w:val="Heading3"/>
      </w:pPr>
      <w:r>
        <w:t>Breathing Changes During Stress</w:t>
      </w:r>
    </w:p>
    <w:p>
      <w:r>
        <w:t>Healthy breathing usually occurs without conscious effort.</w:t>
      </w:r>
    </w:p>
    <w:p>
      <w:r>
        <w:t>When stress appears, breathing often becomes:</w:t>
      </w:r>
    </w:p>
    <w:p>
      <w:pPr>
        <w:pStyle w:val="ListBullet"/>
      </w:pPr>
      <w:r>
        <w:t>Faster.</w:t>
      </w:r>
    </w:p>
    <w:p>
      <w:pPr>
        <w:pStyle w:val="ListBullet"/>
      </w:pPr>
      <w:r>
        <w:t>Shallower.</w:t>
      </w:r>
    </w:p>
    <w:p>
      <w:pPr>
        <w:pStyle w:val="ListBullet"/>
      </w:pPr>
      <w:r>
        <w:t>Higher In The Chest.</w:t>
      </w:r>
    </w:p>
    <w:p>
      <w:pPr>
        <w:pStyle w:val="ListBullet"/>
      </w:pPr>
      <w:r>
        <w:t>Less Rhythmic.</w:t>
      </w:r>
    </w:p>
    <w:p>
      <w:pPr>
        <w:pStyle w:val="ListBullet"/>
      </w:pPr>
      <w:r>
        <w:t>Many people spend entire days breathing this way without realizing it.</w:t>
      </w:r>
    </w:p>
    <w:p>
      <w:r>
        <w:t>Shallow breathing may contribute to sensations such as:</w:t>
      </w:r>
    </w:p>
    <w:p>
      <w:pPr>
        <w:pStyle w:val="ListBullet"/>
      </w:pPr>
      <w:r>
        <w:t>Chest Tightness.</w:t>
      </w:r>
    </w:p>
    <w:p>
      <w:pPr>
        <w:pStyle w:val="ListBullet"/>
      </w:pPr>
      <w:r>
        <w:t>Lightheadedness.</w:t>
      </w:r>
    </w:p>
    <w:p>
      <w:pPr>
        <w:pStyle w:val="ListBullet"/>
      </w:pPr>
      <w:r>
        <w:t>Increased Anxiety.</w:t>
      </w:r>
    </w:p>
    <w:p>
      <w:pPr>
        <w:pStyle w:val="ListBullet"/>
      </w:pPr>
      <w:r>
        <w:t>Muscle Tension.</w:t>
      </w:r>
    </w:p>
    <w:p>
      <w:pPr>
        <w:pStyle w:val="ListBullet"/>
      </w:pPr>
      <w:r>
        <w:t>Fatigue.</w:t>
      </w:r>
    </w:p>
    <w:p>
      <w:r>
        <w:t>One reason breathing exercises can be so effective is that they directly communicate with the nervous system.</w:t>
      </w:r>
    </w:p>
    <w:p>
      <w:r>
        <w:t>Slower breathing sends repeated signals that immediate danger has passed.</w:t>
      </w:r>
    </w:p>
    <w:p>
      <w:pPr>
        <w:pStyle w:val="Heading3"/>
      </w:pPr>
      <w:r>
        <w:t>The Heart And Stress</w:t>
      </w:r>
    </w:p>
    <w:p>
      <w:r>
        <w:t>Stress commonly influences cardiovascular sensations.</w:t>
      </w:r>
    </w:p>
    <w:p>
      <w:r>
        <w:t>People may notice:</w:t>
      </w:r>
    </w:p>
    <w:p>
      <w:pPr>
        <w:pStyle w:val="ListBullet"/>
      </w:pPr>
      <w:r>
        <w:t>A Racing Heart.</w:t>
      </w:r>
    </w:p>
    <w:p>
      <w:pPr>
        <w:pStyle w:val="ListBullet"/>
      </w:pPr>
      <w:r>
        <w:t>Strong Heartbeats.</w:t>
      </w:r>
    </w:p>
    <w:p>
      <w:pPr>
        <w:pStyle w:val="ListBullet"/>
      </w:pPr>
      <w:r>
        <w:t>Palpitations.</w:t>
      </w:r>
    </w:p>
    <w:p>
      <w:pPr>
        <w:pStyle w:val="ListBullet"/>
      </w:pPr>
      <w:r>
        <w:t>Temporary Increases In Blood Pressure.</w:t>
      </w:r>
    </w:p>
    <w:p>
      <w:pPr>
        <w:pStyle w:val="ListBullet"/>
      </w:pPr>
      <w:r>
        <w:t>Feeling Their Pulse More Easily.</w:t>
      </w:r>
    </w:p>
    <w:p>
      <w:pPr>
        <w:pStyle w:val="ListBullet"/>
      </w:pPr>
      <w:r>
        <w:t>These experiences can be frightening.</w:t>
      </w:r>
    </w:p>
    <w:p>
      <w:r>
        <w:t>Because heart symptoms may sometimes indicate serious medical conditions, they should always be evaluated promptly when new, severe, persistent, or accompanied by symptoms such as chest pain, fainting, or shortness of breath.</w:t>
      </w:r>
    </w:p>
    <w:p>
      <w:r>
        <w:t>When medical causes have been appropriately evaluated, some individuals find that nervous system activation contributes to heightened awareness of normal cardiovascular sensations or temporary stress-related changes.</w:t>
      </w:r>
    </w:p>
    <w:p>
      <w:pPr>
        <w:pStyle w:val="Heading3"/>
      </w:pPr>
      <w:r>
        <w:t>Stress Can Increase Body Awareness</w:t>
      </w:r>
    </w:p>
    <w:p>
      <w:r>
        <w:t>Hypervigilance does not only focus on the outside world.</w:t>
      </w:r>
    </w:p>
    <w:p>
      <w:r>
        <w:t>Many people become highly aware of internal sensations.</w:t>
      </w:r>
    </w:p>
    <w:p>
      <w:r>
        <w:t>They begin monitoring:</w:t>
      </w:r>
    </w:p>
    <w:p>
      <w:pPr>
        <w:pStyle w:val="ListBullet"/>
      </w:pPr>
      <w:r>
        <w:t>Heart Rate.</w:t>
      </w:r>
    </w:p>
    <w:p>
      <w:pPr>
        <w:pStyle w:val="ListBullet"/>
      </w:pPr>
      <w:r>
        <w:t>Breathing.</w:t>
      </w:r>
    </w:p>
    <w:p>
      <w:pPr>
        <w:pStyle w:val="ListBullet"/>
      </w:pPr>
      <w:r>
        <w:t>Digestion.</w:t>
      </w:r>
    </w:p>
    <w:p>
      <w:pPr>
        <w:pStyle w:val="ListBullet"/>
      </w:pPr>
      <w:r>
        <w:t>Muscle Tension.</w:t>
      </w:r>
    </w:p>
    <w:p>
      <w:pPr>
        <w:pStyle w:val="ListBullet"/>
      </w:pPr>
      <w:r>
        <w:t>Skin Sensations.</w:t>
      </w:r>
    </w:p>
    <w:p>
      <w:pPr>
        <w:pStyle w:val="ListBullet"/>
      </w:pPr>
      <w:r>
        <w:t>Minor Aches.</w:t>
      </w:r>
    </w:p>
    <w:p>
      <w:pPr>
        <w:pStyle w:val="ListBullet"/>
      </w:pPr>
      <w:r>
        <w:t>The more attention given to these sensations, the more noticeable they often become.</w:t>
      </w:r>
    </w:p>
    <w:p>
      <w:pPr>
        <w:pStyle w:val="ListBullet"/>
      </w:pPr>
      <w:r>
        <w:t>This creates another feedback loop.</w:t>
      </w:r>
    </w:p>
    <w:p>
      <w:pPr>
        <w:pStyle w:val="ListBullet"/>
      </w:pPr>
      <w:r>
        <w:t>The sensation creates worry.</w:t>
      </w:r>
    </w:p>
    <w:p>
      <w:pPr>
        <w:pStyle w:val="ListBullet"/>
      </w:pPr>
      <w:r>
        <w:t>The worry increases nervous system activation.</w:t>
      </w:r>
    </w:p>
    <w:p>
      <w:pPr>
        <w:pStyle w:val="ListBullet"/>
      </w:pPr>
      <w:r>
        <w:t>The sensation becomes even stronger.</w:t>
      </w:r>
    </w:p>
    <w:p>
      <w:pPr>
        <w:pStyle w:val="ListBullet"/>
      </w:pPr>
      <w:r>
        <w:t>Learning to observe sensations without immediately assuming danger can help interrupt this cycle.</w:t>
      </w:r>
    </w:p>
    <w:p>
      <w:pPr>
        <w:pStyle w:val="Heading3"/>
      </w:pPr>
      <w:r>
        <w:rPr>
          <w:b/>
        </w:rPr>
        <w:t>Bedside Example</w:t>
      </w:r>
    </w:p>
    <w:p>
      <w:pPr>
        <w:pStyle w:val="Quote"/>
      </w:pPr>
      <w:r>
        <w:rPr>
          <w:i/>
        </w:rPr>
        <w:t>A patient recovering after a routine procedure became increasingly worried every time she noticed her heartbeat while lying quietly in bed.</w:t>
      </w:r>
    </w:p>
    <w:p>
      <w:pPr>
        <w:pStyle w:val="Quote"/>
      </w:pPr>
      <w:r>
        <w:rPr>
          <w:i/>
        </w:rPr>
        <w:t>After a thorough medical assessment confirmed that her heart rhythm and vital signs were stable, we talked about how common it is to become more aware of normal bodily sensations during periods of stress.</w:t>
      </w:r>
    </w:p>
    <w:p>
      <w:pPr>
        <w:pStyle w:val="Quote"/>
      </w:pPr>
      <w:r>
        <w:rPr>
          <w:i/>
        </w:rPr>
        <w:t>She later shared,</w:t>
      </w:r>
    </w:p>
    <w:p>
      <w:pPr>
        <w:pStyle w:val="Quote"/>
      </w:pPr>
      <w:r>
        <w:rPr>
          <w:i/>
        </w:rPr>
        <w:t>"I Think I've Been Listening For Problems Instead Of Listening For Signs That I'm Healing."</w:t>
      </w:r>
    </w:p>
    <w:p>
      <w:pPr>
        <w:pStyle w:val="Quote"/>
      </w:pPr>
      <w:r>
        <w:rPr>
          <w:i/>
        </w:rPr>
        <w:t>That simple insight changed the way she interpreted her body's signals.</w:t>
      </w:r>
    </w:p>
    <w:p>
      <w:pPr>
        <w:pStyle w:val="Heading3"/>
      </w:pPr>
      <w:r>
        <w:t>Emotional Stress Often Appears Physically</w:t>
      </w:r>
    </w:p>
    <w:p>
      <w:r>
        <w:t>Many people find it easier to recognize physical discomfort than emotional distress.</w:t>
      </w:r>
    </w:p>
    <w:p>
      <w:r>
        <w:t>Instead of saying:</w:t>
      </w:r>
    </w:p>
    <w:p>
      <w:pPr>
        <w:pStyle w:val="Heading3"/>
      </w:pPr>
      <w:r>
        <w:t>"I Feel Overwhelmed."</w:t>
      </w:r>
    </w:p>
    <w:p>
      <w:r>
        <w:t>They may notice:</w:t>
      </w:r>
    </w:p>
    <w:p>
      <w:pPr>
        <w:pStyle w:val="Heading3"/>
      </w:pPr>
      <w:r>
        <w:t>"My Neck Hurts."</w:t>
      </w:r>
    </w:p>
    <w:p>
      <w:r>
        <w:t>Instead of recognizing anxiety, they experience:</w:t>
      </w:r>
    </w:p>
    <w:p>
      <w:pPr>
        <w:pStyle w:val="Heading3"/>
      </w:pPr>
      <w:r>
        <w:t>"A Tight Feeling In My Chest."</w:t>
      </w:r>
    </w:p>
    <w:p>
      <w:r>
        <w:t>Instead of identifying emotional exhaustion, they simply say:</w:t>
      </w:r>
    </w:p>
    <w:p>
      <w:pPr>
        <w:pStyle w:val="Heading3"/>
      </w:pPr>
      <w:r>
        <w:t>"I'm So Tired."</w:t>
      </w:r>
    </w:p>
    <w:p>
      <w:r>
        <w:t>The body often expresses emotions before the conscious mind has fully processed them.</w:t>
      </w:r>
    </w:p>
    <w:p>
      <w:r>
        <w:t>Learning to ask,</w:t>
      </w:r>
    </w:p>
    <w:p>
      <w:r>
        <w:rPr>
          <w:i/>
        </w:rPr>
        <w:t>"What Might My Body Be Trying To Tell Me?"</w:t>
      </w:r>
    </w:p>
    <w:p>
      <w:r>
        <w:t>can become an important part of recovery.</w:t>
      </w:r>
    </w:p>
    <w:p>
      <w:pPr>
        <w:pStyle w:val="Heading3"/>
      </w:pPr>
      <w:r>
        <w:t>Chronic Tension Changes Posture</w:t>
      </w:r>
    </w:p>
    <w:p>
      <w:r>
        <w:t>Long-term muscle guarding often affects posture.</w:t>
      </w:r>
    </w:p>
    <w:p>
      <w:r>
        <w:t>You may notice yourself:</w:t>
      </w:r>
    </w:p>
    <w:p>
      <w:pPr>
        <w:pStyle w:val="ListBullet"/>
      </w:pPr>
      <w:r>
        <w:t>Raising Your Shoulders.</w:t>
      </w:r>
    </w:p>
    <w:p>
      <w:pPr>
        <w:pStyle w:val="ListBullet"/>
      </w:pPr>
      <w:r>
        <w:t>Leaning Forward.</w:t>
      </w:r>
    </w:p>
    <w:p>
      <w:pPr>
        <w:pStyle w:val="ListBullet"/>
      </w:pPr>
      <w:r>
        <w:t>Clenching Your Hands.</w:t>
      </w:r>
    </w:p>
    <w:p>
      <w:pPr>
        <w:pStyle w:val="ListBullet"/>
      </w:pPr>
      <w:r>
        <w:t>Tightening Your Abdomen.</w:t>
      </w:r>
    </w:p>
    <w:p>
      <w:pPr>
        <w:pStyle w:val="ListBullet"/>
      </w:pPr>
      <w:r>
        <w:t>Holding Your Breath.</w:t>
      </w:r>
    </w:p>
    <w:p>
      <w:pPr>
        <w:pStyle w:val="ListBullet"/>
      </w:pPr>
      <w:r>
        <w:t>Locking Your Knees.</w:t>
      </w:r>
    </w:p>
    <w:p>
      <w:pPr>
        <w:pStyle w:val="ListBullet"/>
      </w:pPr>
      <w:r>
        <w:t>These protective positions become habitual.</w:t>
      </w:r>
    </w:p>
    <w:p>
      <w:r>
        <w:t>Gentle awareness throughout the day allows you to interrupt these patterns before they become more deeply ingrained.</w:t>
      </w:r>
    </w:p>
    <w:p>
      <w:pPr>
        <w:pStyle w:val="Heading3"/>
      </w:pPr>
      <w:r>
        <w:t>The Body Needs Safety To Let Go</w:t>
      </w:r>
    </w:p>
    <w:p>
      <w:r>
        <w:t>One of the most important truths about nervous system healing is this:</w:t>
      </w:r>
    </w:p>
    <w:p>
      <w:pPr>
        <w:pStyle w:val="ListBullet"/>
      </w:pPr>
      <w:r>
        <w:t>The body does not release tension simply because we tell it to.</w:t>
      </w:r>
    </w:p>
    <w:p>
      <w:pPr>
        <w:pStyle w:val="ListBullet"/>
      </w:pPr>
      <w:r>
        <w:t>It releases tension when it believes protection is no longer necessary.</w:t>
      </w:r>
    </w:p>
    <w:p>
      <w:pPr>
        <w:pStyle w:val="ListBullet"/>
      </w:pPr>
      <w:r>
        <w:t>This is why repeated experiences matter.</w:t>
      </w:r>
    </w:p>
    <w:p>
      <w:pPr>
        <w:pStyle w:val="ListBullet"/>
      </w:pPr>
      <w:r>
        <w:t>Every calming breath.</w:t>
      </w:r>
    </w:p>
    <w:p>
      <w:pPr>
        <w:pStyle w:val="ListBullet"/>
      </w:pPr>
      <w:r>
        <w:t>Every supportive conversation.</w:t>
      </w:r>
    </w:p>
    <w:p>
      <w:pPr>
        <w:pStyle w:val="ListBullet"/>
      </w:pPr>
      <w:r>
        <w:t>Every peaceful walk.</w:t>
      </w:r>
    </w:p>
    <w:p>
      <w:pPr>
        <w:pStyle w:val="ListBullet"/>
      </w:pPr>
      <w:r>
        <w:t>Every full night's sleep.</w:t>
      </w:r>
    </w:p>
    <w:p>
      <w:pPr>
        <w:pStyle w:val="ListBullet"/>
      </w:pPr>
      <w:r>
        <w:t>Every healthy boundary.</w:t>
      </w:r>
    </w:p>
    <w:p>
      <w:pPr>
        <w:pStyle w:val="ListBullet"/>
      </w:pPr>
      <w:r>
        <w:t>Every moment of genuine relaxation becomes another piece of evidence that safety is returning.</w:t>
      </w:r>
    </w:p>
    <w:p>
      <w:pPr>
        <w:pStyle w:val="ListBullet"/>
      </w:pPr>
      <w:r>
        <w:t>Gradually, the body begins letting go.</w:t>
      </w:r>
    </w:p>
    <w:p>
      <w:pPr>
        <w:pStyle w:val="Heading3"/>
      </w:pPr>
      <w:r>
        <w:rPr>
          <w:b/>
        </w:rPr>
        <w:t>RN Insight</w:t>
      </w:r>
    </w:p>
    <w:p>
      <w:pPr>
        <w:pStyle w:val="Quote"/>
      </w:pPr>
      <w:r>
        <w:rPr>
          <w:i/>
        </w:rPr>
        <w:t>Some patients apologize because they believe their symptoms are "all in their head." As nurses, we recognize that this phrase can be misleading. The brain and body are inseparable. Emotional experiences can influence physical symptoms, and physical illness can influence emotional well-being. Acknowledging the role of the nervous system does not minimize someone's symptoms—it helps explain why the whole person deserves attention, not just one part of the body.</w:t>
      </w:r>
    </w:p>
    <w:p>
      <w:pPr>
        <w:pStyle w:val="Heading3"/>
      </w:pPr>
      <w:r>
        <w:t>Listening Without Fear</w:t>
      </w:r>
    </w:p>
    <w:p>
      <w:r>
        <w:t>Many people either ignore their bodies completely or become frightened by every sensation.</w:t>
      </w:r>
    </w:p>
    <w:p>
      <w:r>
        <w:t>Neither extreme is particularly helpful.</w:t>
      </w:r>
    </w:p>
    <w:p>
      <w:r>
        <w:t>Instead, aim for curiosity.</w:t>
      </w:r>
    </w:p>
    <w:p>
      <w:r>
        <w:t>Ask yourself:</w:t>
      </w:r>
    </w:p>
    <w:p>
      <w:pPr>
        <w:pStyle w:val="ListBullet"/>
      </w:pPr>
      <w:r>
        <w:t>When Did This Symptom Begin?</w:t>
      </w:r>
    </w:p>
    <w:p>
      <w:pPr>
        <w:pStyle w:val="ListBullet"/>
      </w:pPr>
      <w:r>
        <w:t>What Was Happening At The Time?</w:t>
      </w:r>
    </w:p>
    <w:p>
      <w:pPr>
        <w:pStyle w:val="ListBullet"/>
      </w:pPr>
      <w:r>
        <w:t>Has My Stress Increased Recently?</w:t>
      </w:r>
    </w:p>
    <w:p>
      <w:pPr>
        <w:pStyle w:val="ListBullet"/>
      </w:pPr>
      <w:r>
        <w:t>Am I Sleeping Well?</w:t>
      </w:r>
    </w:p>
    <w:p>
      <w:pPr>
        <w:pStyle w:val="ListBullet"/>
      </w:pPr>
      <w:r>
        <w:t>Have I Been Recovering Adequately?</w:t>
      </w:r>
    </w:p>
    <w:p>
      <w:pPr>
        <w:pStyle w:val="ListBullet"/>
      </w:pPr>
      <w:r>
        <w:t>Does This Pattern Repeat During Stressful Periods?</w:t>
      </w:r>
    </w:p>
    <w:p>
      <w:r>
        <w:t>This approach helps you recognize meaningful patterns while still seeking appropriate medical care whenever symptoms warrant evaluation.</w:t>
      </w:r>
    </w:p>
    <w:p>
      <w:pPr>
        <w:pStyle w:val="Heading3"/>
      </w:pPr>
      <w:r>
        <w:t>Healing The Nervous System Helps The Whole Body</w:t>
      </w:r>
    </w:p>
    <w:p>
      <w:r>
        <w:t>As nervous system regulation improves, many people gradually notice changes beyond emotional well-being.</w:t>
      </w:r>
    </w:p>
    <w:p>
      <w:r>
        <w:t>Examples include:</w:t>
      </w:r>
    </w:p>
    <w:p>
      <w:pPr>
        <w:pStyle w:val="ListBullet"/>
      </w:pPr>
      <w:r>
        <w:t>Less Muscle Tension.</w:t>
      </w:r>
    </w:p>
    <w:p>
      <w:pPr>
        <w:pStyle w:val="ListBullet"/>
      </w:pPr>
      <w:r>
        <w:t>Better Sleep.</w:t>
      </w:r>
    </w:p>
    <w:p>
      <w:pPr>
        <w:pStyle w:val="ListBullet"/>
      </w:pPr>
      <w:r>
        <w:t>More Stable Energy.</w:t>
      </w:r>
    </w:p>
    <w:p>
      <w:pPr>
        <w:pStyle w:val="ListBullet"/>
      </w:pPr>
      <w:r>
        <w:t>Improved Digestion.</w:t>
      </w:r>
    </w:p>
    <w:p>
      <w:pPr>
        <w:pStyle w:val="ListBullet"/>
      </w:pPr>
      <w:r>
        <w:t>Greater Emotional Balance.</w:t>
      </w:r>
    </w:p>
    <w:p>
      <w:pPr>
        <w:pStyle w:val="ListBullet"/>
      </w:pPr>
      <w:r>
        <w:t>Fewer Stress Headaches.</w:t>
      </w:r>
    </w:p>
    <w:p>
      <w:pPr>
        <w:pStyle w:val="ListBullet"/>
      </w:pPr>
      <w:r>
        <w:t>Improved Concentration.</w:t>
      </w:r>
    </w:p>
    <w:p>
      <w:pPr>
        <w:pStyle w:val="ListBullet"/>
      </w:pPr>
      <w:r>
        <w:t>Faster Recovery After Stress.</w:t>
      </w:r>
    </w:p>
    <w:p>
      <w:pPr>
        <w:pStyle w:val="ListBullet"/>
      </w:pPr>
      <w:r>
        <w:t>Healing rarely occurs all at once.</w:t>
      </w:r>
    </w:p>
    <w:p>
      <w:r>
        <w:t>Instead, the body's systems begin working together again rather than remaining locked in a state of protection.</w:t>
      </w:r>
    </w:p>
    <w:p>
      <w:pPr>
        <w:pStyle w:val="Heading3"/>
      </w:pPr>
      <w:r>
        <w:t>Key Takeaways</w:t>
      </w:r>
    </w:p>
    <w:p>
      <w:pPr>
        <w:pStyle w:val="ListBullet"/>
      </w:pPr>
      <w:r>
        <w:t>Chronic Stress Is Often Experienced Throughout The Entire Body, Not Just The Mind.</w:t>
      </w:r>
    </w:p>
    <w:p>
      <w:pPr>
        <w:pStyle w:val="ListBullet"/>
      </w:pPr>
      <w:r>
        <w:t>Persistent Muscle Tension Is One Of The Most Common Physical Signs Of Nervous System Activation.</w:t>
      </w:r>
    </w:p>
    <w:p>
      <w:pPr>
        <w:pStyle w:val="ListBullet"/>
      </w:pPr>
      <w:r>
        <w:t>Stress May Influence Headaches, Digestion, Pain Sensitivity, Breathing, And Awareness Of Bodily Sensations.</w:t>
      </w:r>
    </w:p>
    <w:p>
      <w:pPr>
        <w:pStyle w:val="ListBullet"/>
      </w:pPr>
      <w:r>
        <w:t>Physical Symptoms Should Always Be Appropriately Evaluated, Especially When New, Severe, Or Persistent.</w:t>
      </w:r>
    </w:p>
    <w:p>
      <w:pPr>
        <w:pStyle w:val="ListBullet"/>
      </w:pPr>
      <w:r>
        <w:t>The Body Frequently Expresses Emotional Stress Through Physical Experiences.</w:t>
      </w:r>
    </w:p>
    <w:p>
      <w:pPr>
        <w:pStyle w:val="ListBullet"/>
      </w:pPr>
      <w:r>
        <w:t>Curiosity About Physical Symptoms Is Often More Helpful Than Fear Or Self-Criticism.</w:t>
      </w:r>
    </w:p>
    <w:p>
      <w:pPr>
        <w:pStyle w:val="ListBullet"/>
      </w:pPr>
      <w:r>
        <w:t>Repeated Experiences Of Safety Help The Body Gradually Release Long-Held Protective Tension.</w:t>
      </w:r>
    </w:p>
    <w:p>
      <w:pPr>
        <w:pStyle w:val="Heading3"/>
      </w:pPr>
      <w:r>
        <w:t>Chapter Reflection</w:t>
      </w:r>
    </w:p>
    <w:p>
      <w:r>
        <w:t>Before Moving Forward, Spend A Few Minutes Reflecting On These Questions.</w:t>
      </w:r>
    </w:p>
    <w:p>
      <w:pPr>
        <w:pStyle w:val="ListBullet"/>
      </w:pPr>
      <w:r>
        <w:t>Where Do I Tend To Carry Stress In My Body?</w:t>
      </w:r>
    </w:p>
    <w:p>
      <w:pPr>
        <w:pStyle w:val="ListBullet"/>
      </w:pPr>
      <w:r>
        <w:t>Which Physical Symptoms Increase During Stressful Seasons Of Life?</w:t>
      </w:r>
    </w:p>
    <w:p>
      <w:pPr>
        <w:pStyle w:val="ListBullet"/>
      </w:pPr>
      <w:r>
        <w:t>How Often Do I Notice My Breathing, Posture, Or Muscle Tension Throughout The Day?</w:t>
      </w:r>
    </w:p>
    <w:p>
      <w:pPr>
        <w:pStyle w:val="ListBullet"/>
      </w:pPr>
      <w:r>
        <w:t>What Helps My Body Feel More Relaxed And Supported?</w:t>
      </w:r>
    </w:p>
    <w:p>
      <w:pPr>
        <w:pStyle w:val="ListBullet"/>
      </w:pPr>
      <w:r>
        <w:t>How Can I Become More Curious About My Body's Signals Without Becoming Fearful Of Them?</w:t>
      </w:r>
    </w:p>
    <w:p>
      <w:r>
        <w:t>In the next chapter, we will begin exploring the less obvious signs of nervous system dysregulation. Many people live with chronic stress without recognizing it because the symptoms appear unrelated. Understanding these hidden patterns will help you identify how survival mode quietly influences daily life and prepare you for the practical recovery strategies in the chapters ahead.</w:t>
      </w:r>
    </w:p>
    <w:p>
      <w:r>
        <w:br w:type="page"/>
      </w:r>
    </w:p>
    <w:p>
      <w:pPr>
        <w:pStyle w:val="Heading1"/>
        <w:jc w:val="center"/>
      </w:pPr>
      <w:r>
        <w:t>PART III - RECOGNIZING THE SIGNS OF NERVOUS SYSTEM DYSREGULATION</w:t>
      </w:r>
    </w:p>
    <w:p>
      <w:r>
        <w:br w:type="page"/>
      </w:r>
    </w:p>
    <w:p>
      <w:pPr>
        <w:pStyle w:val="Heading1"/>
        <w:jc w:val="center"/>
      </w:pPr>
      <w:r>
        <w:t>Chapter 10: The Hidden Signs Your Nervous System Is Stuck</w:t>
      </w:r>
    </w:p>
    <w:p>
      <w:pPr>
        <w:pStyle w:val="Quote"/>
      </w:pPr>
      <w:r>
        <w:rPr>
          <w:i/>
        </w:rPr>
        <w:t>"Many People Do Not Realize They Are Living In Survival Mode Because It Has Become Their Normal."</w:t>
      </w:r>
    </w:p>
    <w:p>
      <w:pPr>
        <w:pStyle w:val="Heading3"/>
      </w:pPr>
      <w:r>
        <w:t>Chapter Overview</w:t>
      </w:r>
    </w:p>
    <w:p>
      <w:r>
        <w:t>Not everyone experiences chronic stress in obvious ways.</w:t>
      </w:r>
    </w:p>
    <w:p>
      <w:r>
        <w:t>Some people have panic attacks.</w:t>
      </w:r>
    </w:p>
    <w:p>
      <w:r>
        <w:t>Others feel constant anxiety.</w:t>
      </w:r>
    </w:p>
    <w:p>
      <w:r>
        <w:t>But many people quietly adapt.</w:t>
      </w:r>
    </w:p>
    <w:p>
      <w:r>
        <w:t>They continue working.</w:t>
      </w:r>
    </w:p>
    <w:p>
      <w:r>
        <w:t>They raise families.</w:t>
      </w:r>
    </w:p>
    <w:p>
      <w:r>
        <w:t>They meet deadlines.</w:t>
      </w:r>
    </w:p>
    <w:p>
      <w:r>
        <w:t>They pay bills.</w:t>
      </w:r>
    </w:p>
    <w:p>
      <w:r>
        <w:t>They smile during conversations.</w:t>
      </w:r>
    </w:p>
    <w:p>
      <w:r>
        <w:t>From the outside, they appear to be functioning well.</w:t>
      </w:r>
    </w:p>
    <w:p>
      <w:r>
        <w:t>Inside, however, their nervous system may still be operating as though danger is never far away.</w:t>
      </w:r>
    </w:p>
    <w:p>
      <w:r>
        <w:t>This is one of the reasons nervous system dysregulation often goes unnoticed for years.</w:t>
      </w:r>
    </w:p>
    <w:p>
      <w:r>
        <w:t>The symptoms rarely arrive all at once.</w:t>
      </w:r>
    </w:p>
    <w:p>
      <w:r>
        <w:t>Instead, they develop gradually.</w:t>
      </w:r>
    </w:p>
    <w:p>
      <w:r>
        <w:t>You become a little more tired.</w:t>
      </w:r>
    </w:p>
    <w:p>
      <w:r>
        <w:t>A little less patient.</w:t>
      </w:r>
    </w:p>
    <w:p>
      <w:r>
        <w:t>A little more reactive.</w:t>
      </w:r>
    </w:p>
    <w:p>
      <w:r>
        <w:t>A little less joyful.</w:t>
      </w:r>
    </w:p>
    <w:p>
      <w:r>
        <w:t>A little less resilient.</w:t>
      </w:r>
    </w:p>
    <w:p>
      <w:r>
        <w:t>Eventually, these subtle changes become so familiar that they no longer feel unusual.</w:t>
      </w:r>
    </w:p>
    <w:p>
      <w:r>
        <w:t>They simply feel like life.</w:t>
      </w:r>
    </w:p>
    <w:p>
      <w:r>
        <w:t>This chapter explores the hidden signs that your nervous system may still be locked in survival mode, even if you appear successful, productive, and capable on the outside.</w:t>
      </w:r>
    </w:p>
    <w:p>
      <w:pPr>
        <w:pStyle w:val="Heading3"/>
      </w:pPr>
      <w:r>
        <w:t>Survival Mode Can Become Your Baseline</w:t>
      </w:r>
    </w:p>
    <w:p>
      <w:r>
        <w:t>One of the most remarkable features of the human brain is its ability to adapt.</w:t>
      </w:r>
    </w:p>
    <w:p>
      <w:r>
        <w:t>When exposed to repeated experiences, the brain begins treating them as normal.</w:t>
      </w:r>
    </w:p>
    <w:p>
      <w:r>
        <w:t>This is helpful when adapting to healthy habits.</w:t>
      </w:r>
    </w:p>
    <w:p>
      <w:r>
        <w:t>It becomes problematic when adapting to chronic stress.</w:t>
      </w:r>
    </w:p>
    <w:p>
      <w:r>
        <w:t>If your nervous system spends years in survival mode, constant tension eventually feels ordinary.</w:t>
      </w:r>
    </w:p>
    <w:p>
      <w:r>
        <w:t>You may forget what genuine relaxation once felt like.</w:t>
      </w:r>
    </w:p>
    <w:p>
      <w:r>
        <w:t>Instead of asking,</w:t>
      </w:r>
    </w:p>
    <w:p>
      <w:pPr>
        <w:pStyle w:val="Heading3"/>
      </w:pPr>
      <w:r>
        <w:t>"Why Am I So Stressed?"</w:t>
      </w:r>
    </w:p>
    <w:p>
      <w:r>
        <w:t>You begin saying,</w:t>
      </w:r>
    </w:p>
    <w:p>
      <w:pPr>
        <w:pStyle w:val="Heading3"/>
      </w:pPr>
      <w:r>
        <w:t>"This Is Just Who I Am."</w:t>
      </w:r>
    </w:p>
    <w:p>
      <w:r>
        <w:t>Often, it is not who you are.</w:t>
      </w:r>
    </w:p>
    <w:p>
      <w:r>
        <w:t>It is how your nervous system has learned to operate.</w:t>
      </w:r>
    </w:p>
    <w:p>
      <w:pPr>
        <w:pStyle w:val="Heading3"/>
      </w:pPr>
      <w:r>
        <w:t>You Feel Busy Even When Nothing Is Urgent</w:t>
      </w:r>
    </w:p>
    <w:p>
      <w:r>
        <w:t>One hidden sign of nervous system activation is the inability to slow down.</w:t>
      </w:r>
    </w:p>
    <w:p>
      <w:r>
        <w:t>Even during quiet moments, you may feel:</w:t>
      </w:r>
    </w:p>
    <w:p>
      <w:pPr>
        <w:pStyle w:val="ListBullet"/>
      </w:pPr>
      <w:r>
        <w:t>Restless.</w:t>
      </w:r>
    </w:p>
    <w:p>
      <w:pPr>
        <w:pStyle w:val="ListBullet"/>
      </w:pPr>
      <w:r>
        <w:t>Guilty For Resting.</w:t>
      </w:r>
    </w:p>
    <w:p>
      <w:pPr>
        <w:pStyle w:val="ListBullet"/>
      </w:pPr>
      <w:r>
        <w:t>Pressured To Stay Productive.</w:t>
      </w:r>
    </w:p>
    <w:p>
      <w:pPr>
        <w:pStyle w:val="ListBullet"/>
      </w:pPr>
      <w:r>
        <w:t>Uncomfortable Sitting Still.</w:t>
      </w:r>
    </w:p>
    <w:p>
      <w:pPr>
        <w:pStyle w:val="ListBullet"/>
      </w:pPr>
      <w:r>
        <w:t>Compelled To Check Your Phone.</w:t>
      </w:r>
    </w:p>
    <w:p>
      <w:pPr>
        <w:pStyle w:val="ListBullet"/>
      </w:pPr>
      <w:r>
        <w:t>Constantly Thinking About The Next Task.</w:t>
      </w:r>
    </w:p>
    <w:p>
      <w:pPr>
        <w:pStyle w:val="ListBullet"/>
      </w:pPr>
      <w:r>
        <w:t>Nothing urgent may actually be happening.</w:t>
      </w:r>
    </w:p>
    <w:p>
      <w:pPr>
        <w:pStyle w:val="ListBullet"/>
      </w:pPr>
      <w:r>
        <w:t>Yet your body continues behaving as though something requires immediate attention.</w:t>
      </w:r>
    </w:p>
    <w:p>
      <w:pPr>
        <w:pStyle w:val="ListBullet"/>
      </w:pPr>
      <w:r>
        <w:t>This is often a sign that the nervous system has become accustomed to continuous activation.</w:t>
      </w:r>
    </w:p>
    <w:p>
      <w:pPr>
        <w:pStyle w:val="Heading3"/>
      </w:pPr>
      <w:r>
        <w:t>Relaxation Feels Strange</w:t>
      </w:r>
    </w:p>
    <w:p>
      <w:r>
        <w:t>Many people imagine that relaxation will feel wonderful immediately.</w:t>
      </w:r>
    </w:p>
    <w:p>
      <w:r>
        <w:t>Instead, they experience:</w:t>
      </w:r>
    </w:p>
    <w:p>
      <w:pPr>
        <w:pStyle w:val="ListBullet"/>
      </w:pPr>
      <w:r>
        <w:t>Restlessness.</w:t>
      </w:r>
    </w:p>
    <w:p>
      <w:pPr>
        <w:pStyle w:val="ListBullet"/>
      </w:pPr>
      <w:r>
        <w:t>Racing Thoughts.</w:t>
      </w:r>
    </w:p>
    <w:p>
      <w:pPr>
        <w:pStyle w:val="ListBullet"/>
      </w:pPr>
      <w:r>
        <w:t>Anxiety.</w:t>
      </w:r>
    </w:p>
    <w:p>
      <w:pPr>
        <w:pStyle w:val="ListBullet"/>
      </w:pPr>
      <w:r>
        <w:t>Irritability.</w:t>
      </w:r>
    </w:p>
    <w:p>
      <w:pPr>
        <w:pStyle w:val="ListBullet"/>
      </w:pPr>
      <w:r>
        <w:t>Boredom.</w:t>
      </w:r>
    </w:p>
    <w:p>
      <w:pPr>
        <w:pStyle w:val="ListBullet"/>
      </w:pPr>
      <w:r>
        <w:t>The Urge To Become Busy Again.</w:t>
      </w:r>
    </w:p>
    <w:p>
      <w:pPr>
        <w:pStyle w:val="ListBullet"/>
      </w:pPr>
      <w:r>
        <w:t>This reaction surprises them.</w:t>
      </w:r>
    </w:p>
    <w:p>
      <w:r>
        <w:t>They conclude:</w:t>
      </w:r>
    </w:p>
    <w:p>
      <w:pPr>
        <w:pStyle w:val="Heading3"/>
      </w:pPr>
      <w:r>
        <w:t>"I'm Just Bad At Relaxing."</w:t>
      </w:r>
    </w:p>
    <w:p>
      <w:r>
        <w:t>In reality, their nervous system may simply be unfamiliar with calm.</w:t>
      </w:r>
    </w:p>
    <w:p>
      <w:r>
        <w:t>Like any skill, relaxation becomes easier through repeated practice.</w:t>
      </w:r>
    </w:p>
    <w:p>
      <w:pPr>
        <w:pStyle w:val="Heading3"/>
      </w:pPr>
      <w:r>
        <w:t>You Constantly Anticipate Problems</w:t>
      </w:r>
    </w:p>
    <w:p>
      <w:r>
        <w:t>Does your mind frequently ask:</w:t>
      </w:r>
    </w:p>
    <w:p>
      <w:pPr>
        <w:pStyle w:val="ListBullet"/>
      </w:pPr>
      <w:r>
        <w:t>What If Something Goes Wrong?</w:t>
      </w:r>
    </w:p>
    <w:p>
      <w:pPr>
        <w:pStyle w:val="ListBullet"/>
      </w:pPr>
      <w:r>
        <w:t>What Am I Forgetting?</w:t>
      </w:r>
    </w:p>
    <w:p>
      <w:pPr>
        <w:pStyle w:val="ListBullet"/>
      </w:pPr>
      <w:r>
        <w:t>What Problem Will Happen Next?</w:t>
      </w:r>
    </w:p>
    <w:p>
      <w:pPr>
        <w:pStyle w:val="ListBullet"/>
      </w:pPr>
      <w:r>
        <w:t>What Should I Prepare For?</w:t>
      </w:r>
    </w:p>
    <w:p>
      <w:r>
        <w:t>Even during positive experiences, you may struggle to fully enjoy the moment because part of your attention remains focused on potential danger.</w:t>
      </w:r>
    </w:p>
    <w:p>
      <w:r>
        <w:t>This constant anticipation is exhausting.</w:t>
      </w:r>
    </w:p>
    <w:p>
      <w:r>
        <w:t>The brain rarely receives permission to settle fully.</w:t>
      </w:r>
    </w:p>
    <w:p>
      <w:pPr>
        <w:pStyle w:val="Heading3"/>
      </w:pPr>
      <w:r>
        <w:t>Small Problems Feel Larger Than They Used To</w:t>
      </w:r>
    </w:p>
    <w:p>
      <w:r>
        <w:t>One forgotten appointment.</w:t>
      </w:r>
    </w:p>
    <w:p>
      <w:r>
        <w:t>A delayed email.</w:t>
      </w:r>
    </w:p>
    <w:p>
      <w:r>
        <w:t>Heavy traffic.</w:t>
      </w:r>
    </w:p>
    <w:p>
      <w:r>
        <w:t>A spilled drink.</w:t>
      </w:r>
    </w:p>
    <w:p>
      <w:r>
        <w:t>An unexpected expense.</w:t>
      </w:r>
    </w:p>
    <w:p>
      <w:r>
        <w:t>None of these events is a major emergency.</w:t>
      </w:r>
    </w:p>
    <w:p>
      <w:r>
        <w:t>Yet during periods of chronic stress, they may produce surprisingly intense emotional reactions.</w:t>
      </w:r>
    </w:p>
    <w:p>
      <w:r>
        <w:t>Why?</w:t>
      </w:r>
    </w:p>
    <w:p>
      <w:r>
        <w:t>Because your nervous system is responding not only to today's inconvenience but also to weeks or months of accumulated stress.</w:t>
      </w:r>
    </w:p>
    <w:p>
      <w:r>
        <w:t>Your emotional capacity has become temporarily reduced.</w:t>
      </w:r>
    </w:p>
    <w:p>
      <w:pPr>
        <w:pStyle w:val="Heading3"/>
      </w:pPr>
      <w:r>
        <w:rPr>
          <w:b/>
        </w:rPr>
        <w:t>RN Insight</w:t>
      </w:r>
    </w:p>
    <w:p>
      <w:pPr>
        <w:pStyle w:val="Quote"/>
      </w:pPr>
      <w:r>
        <w:rPr>
          <w:i/>
        </w:rPr>
        <w:t>Patients often apologize after becoming emotional over what they describe as "something small." They may cry because of a delayed procedure, a scheduling change, or a minor inconvenience. As nurses, we understand that these reactions are rarely about the immediate situation alone. They often reflect accumulated physical discomfort, emotional uncertainty, poor sleep, and prolonged stress. What appears to be an overreaction is frequently the result of an overwhelmed nervous system reaching its current limit.</w:t>
      </w:r>
    </w:p>
    <w:p>
      <w:pPr>
        <w:pStyle w:val="Heading3"/>
      </w:pPr>
      <w:r>
        <w:t>You Feel Responsible For Everything</w:t>
      </w:r>
    </w:p>
    <w:p>
      <w:r>
        <w:t>A chronically activated nervous system often develops an exaggerated sense of responsibility.</w:t>
      </w:r>
    </w:p>
    <w:p>
      <w:r>
        <w:t>You may believe you must:</w:t>
      </w:r>
    </w:p>
    <w:p>
      <w:pPr>
        <w:pStyle w:val="ListBullet"/>
      </w:pPr>
      <w:r>
        <w:t>Solve Every Problem.</w:t>
      </w:r>
    </w:p>
    <w:p>
      <w:pPr>
        <w:pStyle w:val="ListBullet"/>
      </w:pPr>
      <w:r>
        <w:t>Prevent Every Conflict.</w:t>
      </w:r>
    </w:p>
    <w:p>
      <w:pPr>
        <w:pStyle w:val="ListBullet"/>
      </w:pPr>
      <w:r>
        <w:t>Help Everyone Around You.</w:t>
      </w:r>
    </w:p>
    <w:p>
      <w:pPr>
        <w:pStyle w:val="ListBullet"/>
      </w:pPr>
      <w:r>
        <w:t>Never Make Mistakes.</w:t>
      </w:r>
    </w:p>
    <w:p>
      <w:pPr>
        <w:pStyle w:val="ListBullet"/>
      </w:pPr>
      <w:r>
        <w:t>Always Be Available.</w:t>
      </w:r>
    </w:p>
    <w:p>
      <w:pPr>
        <w:pStyle w:val="ListBullet"/>
      </w:pPr>
      <w:r>
        <w:t>Stay In Control.</w:t>
      </w:r>
    </w:p>
    <w:p>
      <w:pPr>
        <w:pStyle w:val="ListBullet"/>
      </w:pPr>
      <w:r>
        <w:t>Although responsibility is valuable, carrying responsibility for everything eventually becomes overwhelming.</w:t>
      </w:r>
    </w:p>
    <w:p>
      <w:pPr>
        <w:pStyle w:val="ListBullet"/>
      </w:pPr>
      <w:r>
        <w:t>Your nervous system rarely receives evidence that it can safely let go.</w:t>
      </w:r>
    </w:p>
    <w:p>
      <w:pPr>
        <w:pStyle w:val="Heading3"/>
      </w:pPr>
      <w:r>
        <w:t>You cannot Fully Enjoy Good Moments.</w:t>
      </w:r>
    </w:p>
    <w:p>
      <w:r>
        <w:t>Many people living in survival mode notice something unusual.</w:t>
      </w:r>
    </w:p>
    <w:p>
      <w:r>
        <w:t>Even during vacations, celebrations, or peaceful weekends, they are unable to relax fully.</w:t>
      </w:r>
    </w:p>
    <w:p>
      <w:r>
        <w:t>Part of their mind continues scanning for:</w:t>
      </w:r>
    </w:p>
    <w:p>
      <w:pPr>
        <w:pStyle w:val="ListBullet"/>
      </w:pPr>
      <w:r>
        <w:t>Problems.</w:t>
      </w:r>
    </w:p>
    <w:p>
      <w:pPr>
        <w:pStyle w:val="ListBullet"/>
      </w:pPr>
      <w:r>
        <w:t>Responsibilities.</w:t>
      </w:r>
    </w:p>
    <w:p>
      <w:pPr>
        <w:pStyle w:val="ListBullet"/>
      </w:pPr>
      <w:r>
        <w:t>Future Tasks.</w:t>
      </w:r>
    </w:p>
    <w:p>
      <w:pPr>
        <w:pStyle w:val="ListBullet"/>
      </w:pPr>
      <w:r>
        <w:t>Potential Threats.</w:t>
      </w:r>
    </w:p>
    <w:p>
      <w:pPr>
        <w:pStyle w:val="ListBullet"/>
      </w:pPr>
      <w:r>
        <w:t>Joy becomes interrupted by vigilance.</w:t>
      </w:r>
    </w:p>
    <w:p>
      <w:pPr>
        <w:pStyle w:val="ListBullet"/>
      </w:pPr>
      <w:r>
        <w:t>This does not mean they are ungrateful.</w:t>
      </w:r>
    </w:p>
    <w:p>
      <w:pPr>
        <w:pStyle w:val="ListBullet"/>
      </w:pPr>
      <w:r>
        <w:t>It often means their nervous system has not yet recognized that the environment is safe.</w:t>
      </w:r>
    </w:p>
    <w:p>
      <w:pPr>
        <w:pStyle w:val="Heading3"/>
      </w:pPr>
      <w:r>
        <w:t>You Feel Emotionally Numb</w:t>
      </w:r>
    </w:p>
    <w:p>
      <w:r>
        <w:t>Not everyone responds to chronic stress with intense emotions.</w:t>
      </w:r>
    </w:p>
    <w:p>
      <w:r>
        <w:t>Some experience the opposite.</w:t>
      </w:r>
    </w:p>
    <w:p>
      <w:r>
        <w:t>Instead of overwhelming anxiety, they describe:</w:t>
      </w:r>
    </w:p>
    <w:p>
      <w:pPr>
        <w:pStyle w:val="ListBullet"/>
      </w:pPr>
      <w:r>
        <w:t>Feeling Flat.</w:t>
      </w:r>
    </w:p>
    <w:p>
      <w:pPr>
        <w:pStyle w:val="ListBullet"/>
      </w:pPr>
      <w:r>
        <w:t>Feeling Disconnected.</w:t>
      </w:r>
    </w:p>
    <w:p>
      <w:pPr>
        <w:pStyle w:val="ListBullet"/>
      </w:pPr>
      <w:r>
        <w:t>Feeling Empty.</w:t>
      </w:r>
    </w:p>
    <w:p>
      <w:pPr>
        <w:pStyle w:val="ListBullet"/>
      </w:pPr>
      <w:r>
        <w:t>Difficulty Experiencing Joy.</w:t>
      </w:r>
    </w:p>
    <w:p>
      <w:pPr>
        <w:pStyle w:val="ListBullet"/>
      </w:pPr>
      <w:r>
        <w:t>Reduced Motivation.</w:t>
      </w:r>
    </w:p>
    <w:p>
      <w:pPr>
        <w:pStyle w:val="ListBullet"/>
      </w:pPr>
      <w:r>
        <w:t>Emotional Distance.</w:t>
      </w:r>
    </w:p>
    <w:p>
      <w:pPr>
        <w:pStyle w:val="ListBullet"/>
      </w:pPr>
      <w:r>
        <w:t>This emotional blunting can be another protective adaptation.</w:t>
      </w:r>
    </w:p>
    <w:p>
      <w:pPr>
        <w:pStyle w:val="ListBullet"/>
      </w:pPr>
      <w:r>
        <w:t>The nervous system sometimes reduces emotional intensity to conserve energy during prolonged stress.</w:t>
      </w:r>
    </w:p>
    <w:p>
      <w:pPr>
        <w:pStyle w:val="Heading3"/>
      </w:pPr>
      <w:r>
        <w:t>You Startle Easily</w:t>
      </w:r>
    </w:p>
    <w:p>
      <w:r>
        <w:t>Heightened sensitivity to sound, movement, or unexpected events is another common sign of nervous system activation.</w:t>
      </w:r>
    </w:p>
    <w:p>
      <w:r>
        <w:t>Examples include:</w:t>
      </w:r>
    </w:p>
    <w:p>
      <w:pPr>
        <w:pStyle w:val="ListBullet"/>
      </w:pPr>
      <w:r>
        <w:t>Jumping At Loud Noises.</w:t>
      </w:r>
    </w:p>
    <w:p>
      <w:pPr>
        <w:pStyle w:val="ListBullet"/>
      </w:pPr>
      <w:r>
        <w:t>Feeling Alarmed By Phone Notifications.</w:t>
      </w:r>
    </w:p>
    <w:p>
      <w:pPr>
        <w:pStyle w:val="ListBullet"/>
      </w:pPr>
      <w:r>
        <w:t>Becoming Easily Interrupted.</w:t>
      </w:r>
    </w:p>
    <w:p>
      <w:pPr>
        <w:pStyle w:val="ListBullet"/>
      </w:pPr>
      <w:r>
        <w:t>Feeling On Edge In Crowded Places.</w:t>
      </w:r>
    </w:p>
    <w:p>
      <w:pPr>
        <w:pStyle w:val="ListBullet"/>
      </w:pPr>
      <w:r>
        <w:t>Being Easily Distracted By Environmental Changes.</w:t>
      </w:r>
    </w:p>
    <w:p>
      <w:pPr>
        <w:pStyle w:val="ListBullet"/>
      </w:pPr>
      <w:r>
        <w:t>The nervous system remains prepared to detect possible danger quickly.</w:t>
      </w:r>
    </w:p>
    <w:p>
      <w:pPr>
        <w:pStyle w:val="Heading3"/>
      </w:pPr>
      <w:r>
        <w:t>Decision Fatigue Becomes Common</w:t>
      </w:r>
    </w:p>
    <w:p>
      <w:r>
        <w:t>Many people assume poor decision-making reflects poor organization.</w:t>
      </w:r>
    </w:p>
    <w:p>
      <w:r>
        <w:t>Often, the nervous system is simply exhausted.</w:t>
      </w:r>
    </w:p>
    <w:p>
      <w:r>
        <w:t>Every decision requires mental energy.</w:t>
      </w:r>
    </w:p>
    <w:p>
      <w:r>
        <w:t>When your brain has spent the day managing stress, even simple choices become difficult.</w:t>
      </w:r>
    </w:p>
    <w:p>
      <w:r>
        <w:t>You may struggle with:</w:t>
      </w:r>
    </w:p>
    <w:p>
      <w:pPr>
        <w:pStyle w:val="ListBullet"/>
      </w:pPr>
      <w:r>
        <w:t>Choosing Meals.</w:t>
      </w:r>
    </w:p>
    <w:p>
      <w:pPr>
        <w:pStyle w:val="ListBullet"/>
      </w:pPr>
      <w:r>
        <w:t>Returning Messages.</w:t>
      </w:r>
    </w:p>
    <w:p>
      <w:pPr>
        <w:pStyle w:val="ListBullet"/>
      </w:pPr>
      <w:r>
        <w:t>Planning Your Week.</w:t>
      </w:r>
    </w:p>
    <w:p>
      <w:pPr>
        <w:pStyle w:val="ListBullet"/>
      </w:pPr>
      <w:r>
        <w:t>Making Purchases.</w:t>
      </w:r>
    </w:p>
    <w:p>
      <w:pPr>
        <w:pStyle w:val="ListBullet"/>
      </w:pPr>
      <w:r>
        <w:t>Solving Everyday Problems.</w:t>
      </w:r>
    </w:p>
    <w:p>
      <w:pPr>
        <w:pStyle w:val="ListBullet"/>
      </w:pPr>
      <w:r>
        <w:t>This does not reflect reduced intelligence.</w:t>
      </w:r>
    </w:p>
    <w:p>
      <w:pPr>
        <w:pStyle w:val="ListBullet"/>
      </w:pPr>
      <w:r>
        <w:t>It reflects reduced mental capacity after prolonged activation.</w:t>
      </w:r>
    </w:p>
    <w:p>
      <w:pPr>
        <w:pStyle w:val="Heading3"/>
      </w:pPr>
      <w:r>
        <w:t>Your Body Never Completely Relaxes</w:t>
      </w:r>
    </w:p>
    <w:p>
      <w:r>
        <w:t>Notice your posture right now.</w:t>
      </w:r>
    </w:p>
    <w:p>
      <w:r>
        <w:t>Are your:</w:t>
      </w:r>
    </w:p>
    <w:p>
      <w:pPr>
        <w:pStyle w:val="ListBullet"/>
      </w:pPr>
      <w:r>
        <w:t>Shoulders Raised?</w:t>
      </w:r>
    </w:p>
    <w:p>
      <w:pPr>
        <w:pStyle w:val="ListBullet"/>
      </w:pPr>
      <w:r>
        <w:t>Jaw Tight?</w:t>
      </w:r>
    </w:p>
    <w:p>
      <w:pPr>
        <w:pStyle w:val="ListBullet"/>
      </w:pPr>
      <w:r>
        <w:t>Hands Clenched?</w:t>
      </w:r>
    </w:p>
    <w:p>
      <w:pPr>
        <w:pStyle w:val="ListBullet"/>
      </w:pPr>
      <w:r>
        <w:t>Brow Furrowed?</w:t>
      </w:r>
    </w:p>
    <w:p>
      <w:pPr>
        <w:pStyle w:val="ListBullet"/>
      </w:pPr>
      <w:r>
        <w:t>Abdomen Tight?</w:t>
      </w:r>
    </w:p>
    <w:p>
      <w:pPr>
        <w:pStyle w:val="ListBullet"/>
      </w:pPr>
      <w:r>
        <w:t>Breathing Shallow?</w:t>
      </w:r>
    </w:p>
    <w:p>
      <w:pPr>
        <w:pStyle w:val="ListBullet"/>
      </w:pPr>
      <w:r>
        <w:t>Many people carry physical tension almost continuously without realizing it.</w:t>
      </w:r>
    </w:p>
    <w:p>
      <w:pPr>
        <w:pStyle w:val="ListBullet"/>
      </w:pPr>
      <w:r>
        <w:t>These subtle protective patterns gradually become automatic.</w:t>
      </w:r>
    </w:p>
    <w:p>
      <w:pPr>
        <w:pStyle w:val="ListBullet"/>
      </w:pPr>
      <w:r>
        <w:t>The body forgets what relaxed muscles actually feel like.</w:t>
      </w:r>
    </w:p>
    <w:p>
      <w:pPr>
        <w:pStyle w:val="Heading3"/>
      </w:pPr>
      <w:r>
        <w:rPr>
          <w:b/>
        </w:rPr>
        <w:t>Bedside Example</w:t>
      </w:r>
    </w:p>
    <w:p>
      <w:pPr>
        <w:pStyle w:val="Quote"/>
      </w:pPr>
      <w:r>
        <w:rPr>
          <w:i/>
        </w:rPr>
        <w:t>A patient recovering from surgery was encouraged to begin gentle walking. As we walked together, I noticed her shoulders remained tightly raised despite her pain being well controlled.</w:t>
      </w:r>
    </w:p>
    <w:p>
      <w:pPr>
        <w:pStyle w:val="Quote"/>
      </w:pPr>
      <w:r>
        <w:rPr>
          <w:i/>
        </w:rPr>
        <w:t>When I asked if she realized she was holding so much tension, she smiled and said,</w:t>
      </w:r>
    </w:p>
    <w:p>
      <w:pPr>
        <w:pStyle w:val="Heading3"/>
      </w:pPr>
      <w:r>
        <w:t>"I Didn't Even Notice."</w:t>
      </w:r>
    </w:p>
    <w:p>
      <w:r>
        <w:t>We paused for a moment, practiced a few slow breaths, and consciously relaxed her shoulders.</w:t>
      </w:r>
    </w:p>
    <w:p>
      <w:r>
        <w:t>She immediately said,</w:t>
      </w:r>
    </w:p>
    <w:p>
      <w:r>
        <w:t>"I Didn't Realize How Hard I've Been Holding Myself Together."</w:t>
      </w:r>
    </w:p>
    <w:p>
      <w:r>
        <w:t>That statement reflected far more than muscle tension.</w:t>
      </w:r>
    </w:p>
    <w:p>
      <w:r>
        <w:t>It described months of emotional stress that her body had been carrying without her awareness.</w:t>
      </w:r>
    </w:p>
    <w:p>
      <w:pPr>
        <w:pStyle w:val="Heading3"/>
      </w:pPr>
      <w:r>
        <w:t>You Feel Guilty When You Rest</w:t>
      </w:r>
    </w:p>
    <w:p>
      <w:r>
        <w:t>One hidden sign of nervous system dysregulation is believing that rest must always be earned.</w:t>
      </w:r>
    </w:p>
    <w:p>
      <w:r>
        <w:t>Thoughts may include:</w:t>
      </w:r>
    </w:p>
    <w:p>
      <w:pPr>
        <w:pStyle w:val="ListBullet"/>
      </w:pPr>
      <w:r>
        <w:t>I Should Be Doing Something.</w:t>
      </w:r>
    </w:p>
    <w:p>
      <w:pPr>
        <w:pStyle w:val="ListBullet"/>
      </w:pPr>
      <w:r>
        <w:t>I Haven't Done Enough Yet.</w:t>
      </w:r>
    </w:p>
    <w:p>
      <w:pPr>
        <w:pStyle w:val="ListBullet"/>
      </w:pPr>
      <w:r>
        <w:t>Other People Need Me.</w:t>
      </w:r>
    </w:p>
    <w:p>
      <w:pPr>
        <w:pStyle w:val="ListBullet"/>
      </w:pPr>
      <w:r>
        <w:t>I'll Rest Later.</w:t>
      </w:r>
    </w:p>
    <w:p>
      <w:pPr>
        <w:pStyle w:val="ListBullet"/>
      </w:pPr>
      <w:r>
        <w:t>I cannot Slow Down.</w:t>
      </w:r>
    </w:p>
    <w:p>
      <w:pPr>
        <w:pStyle w:val="ListBullet"/>
      </w:pPr>
      <w:r>
        <w:t>These beliefs keep the nervous system in a constant state of readiness.</w:t>
      </w:r>
    </w:p>
    <w:p>
      <w:pPr>
        <w:pStyle w:val="ListBullet"/>
      </w:pPr>
      <w:r>
        <w:t>Recovery begins to feel irresponsible instead of necessary.</w:t>
      </w:r>
    </w:p>
    <w:p>
      <w:pPr>
        <w:pStyle w:val="Heading3"/>
      </w:pPr>
      <w:r>
        <w:t>Your Identity Becomes Connected To Productivity</w:t>
      </w:r>
    </w:p>
    <w:p>
      <w:r>
        <w:t>Many people unintentionally measure their worth by how much they accomplish.</w:t>
      </w:r>
    </w:p>
    <w:p>
      <w:r>
        <w:t>They feel valuable when they are:</w:t>
      </w:r>
    </w:p>
    <w:p>
      <w:pPr>
        <w:pStyle w:val="ListBullet"/>
      </w:pPr>
      <w:r>
        <w:t>Busy.</w:t>
      </w:r>
    </w:p>
    <w:p>
      <w:pPr>
        <w:pStyle w:val="ListBullet"/>
      </w:pPr>
      <w:r>
        <w:t>Productive.</w:t>
      </w:r>
    </w:p>
    <w:p>
      <w:pPr>
        <w:pStyle w:val="ListBullet"/>
      </w:pPr>
      <w:r>
        <w:t>Helpful.</w:t>
      </w:r>
    </w:p>
    <w:p>
      <w:pPr>
        <w:pStyle w:val="ListBullet"/>
      </w:pPr>
      <w:r>
        <w:t>Needed.</w:t>
      </w:r>
    </w:p>
    <w:p>
      <w:pPr>
        <w:pStyle w:val="ListBullet"/>
      </w:pPr>
      <w:r>
        <w:t>Efficient.</w:t>
      </w:r>
    </w:p>
    <w:p>
      <w:pPr>
        <w:pStyle w:val="ListBullet"/>
      </w:pPr>
      <w:r>
        <w:t>When activity stops, uncertainty appears.</w:t>
      </w:r>
    </w:p>
    <w:p>
      <w:r>
        <w:t>Questions arise, such as:</w:t>
      </w:r>
    </w:p>
    <w:p>
      <w:pPr>
        <w:pStyle w:val="ListBullet"/>
      </w:pPr>
      <w:r>
        <w:t>Who Am I If I'm Not Working?</w:t>
      </w:r>
    </w:p>
    <w:p>
      <w:pPr>
        <w:pStyle w:val="ListBullet"/>
      </w:pPr>
      <w:r>
        <w:t>What If People Think I'm Lazy?</w:t>
      </w:r>
    </w:p>
    <w:p>
      <w:pPr>
        <w:pStyle w:val="ListBullet"/>
      </w:pPr>
      <w:r>
        <w:t>What If I Fall Behind?</w:t>
      </w:r>
    </w:p>
    <w:p>
      <w:pPr>
        <w:pStyle w:val="ListBullet"/>
      </w:pPr>
      <w:r>
        <w:t>These beliefs reinforce survival mode because slowing down begins to feel emotionally threatening.</w:t>
      </w:r>
    </w:p>
    <w:p>
      <w:pPr>
        <w:pStyle w:val="Heading3"/>
      </w:pPr>
      <w:r>
        <w:t>Relationships Begin To Feel Harder</w:t>
      </w:r>
    </w:p>
    <w:p>
      <w:r>
        <w:t>Chronic nervous system activation affects relationships in subtle ways.</w:t>
      </w:r>
    </w:p>
    <w:p>
      <w:r>
        <w:t>You may notice:</w:t>
      </w:r>
    </w:p>
    <w:p>
      <w:pPr>
        <w:pStyle w:val="ListBullet"/>
      </w:pPr>
      <w:r>
        <w:t>Less Patience.</w:t>
      </w:r>
    </w:p>
    <w:p>
      <w:pPr>
        <w:pStyle w:val="ListBullet"/>
      </w:pPr>
      <w:r>
        <w:t>More Irritability.</w:t>
      </w:r>
    </w:p>
    <w:p>
      <w:pPr>
        <w:pStyle w:val="ListBullet"/>
      </w:pPr>
      <w:r>
        <w:t>Difficulty Listening.</w:t>
      </w:r>
    </w:p>
    <w:p>
      <w:pPr>
        <w:pStyle w:val="ListBullet"/>
      </w:pPr>
      <w:r>
        <w:t>Emotional Withdrawal.</w:t>
      </w:r>
    </w:p>
    <w:p>
      <w:pPr>
        <w:pStyle w:val="ListBullet"/>
      </w:pPr>
      <w:r>
        <w:t>Increased Conflict.</w:t>
      </w:r>
    </w:p>
    <w:p>
      <w:pPr>
        <w:pStyle w:val="ListBullet"/>
      </w:pPr>
      <w:r>
        <w:t>Feeling Misunderstood.</w:t>
      </w:r>
    </w:p>
    <w:p>
      <w:pPr>
        <w:pStyle w:val="ListBullet"/>
      </w:pPr>
      <w:r>
        <w:t>Less Desire To Socialize.</w:t>
      </w:r>
    </w:p>
    <w:p>
      <w:pPr>
        <w:pStyle w:val="ListBullet"/>
      </w:pPr>
      <w:r>
        <w:t>This is not because you care less about others.</w:t>
      </w:r>
    </w:p>
    <w:p>
      <w:pPr>
        <w:pStyle w:val="ListBullet"/>
      </w:pPr>
      <w:r>
        <w:t>It is because the nervous system has fewer emotional resources available after prolonged stress.</w:t>
      </w:r>
    </w:p>
    <w:p>
      <w:pPr>
        <w:pStyle w:val="Heading3"/>
      </w:pPr>
      <w:r>
        <w:t>Joy Requires Safety</w:t>
      </w:r>
    </w:p>
    <w:p>
      <w:r>
        <w:t>One of the most overlooked truths about nervous system regulation is that joy requires available capacity.</w:t>
      </w:r>
    </w:p>
    <w:p>
      <w:r>
        <w:t>When survival dominates, the brain focuses on protection.</w:t>
      </w:r>
    </w:p>
    <w:p>
      <w:r>
        <w:t>Activities that once brought pleasure may feel less enjoyable because the nervous system remains occupied with monitoring for danger.</w:t>
      </w:r>
    </w:p>
    <w:p>
      <w:r>
        <w:t>As regulation improves, people often notice:</w:t>
      </w:r>
    </w:p>
    <w:p>
      <w:pPr>
        <w:pStyle w:val="ListBullet"/>
      </w:pPr>
      <w:r>
        <w:t>Greater Curiosity.</w:t>
      </w:r>
    </w:p>
    <w:p>
      <w:pPr>
        <w:pStyle w:val="ListBullet"/>
      </w:pPr>
      <w:r>
        <w:t>More Laughter.</w:t>
      </w:r>
    </w:p>
    <w:p>
      <w:pPr>
        <w:pStyle w:val="ListBullet"/>
      </w:pPr>
      <w:r>
        <w:t>Increased Creativity.</w:t>
      </w:r>
    </w:p>
    <w:p>
      <w:pPr>
        <w:pStyle w:val="ListBullet"/>
      </w:pPr>
      <w:r>
        <w:t>Better Conversations.</w:t>
      </w:r>
    </w:p>
    <w:p>
      <w:pPr>
        <w:pStyle w:val="ListBullet"/>
      </w:pPr>
      <w:r>
        <w:t>Greater Appreciation Of Small Moments.</w:t>
      </w:r>
    </w:p>
    <w:p>
      <w:pPr>
        <w:pStyle w:val="ListBullet"/>
      </w:pPr>
      <w:r>
        <w:t>Renewed Interest In Hobbies.</w:t>
      </w:r>
    </w:p>
    <w:p>
      <w:pPr>
        <w:pStyle w:val="ListBullet"/>
      </w:pPr>
      <w:r>
        <w:t>These are often signs that the nervous system is beginning to trust the environment again.</w:t>
      </w:r>
    </w:p>
    <w:p>
      <w:pPr>
        <w:pStyle w:val="Heading3"/>
      </w:pPr>
      <w:r>
        <w:rPr>
          <w:b/>
        </w:rPr>
        <w:t>RN Insight</w:t>
      </w:r>
    </w:p>
    <w:p>
      <w:pPr>
        <w:pStyle w:val="Quote"/>
      </w:pPr>
      <w:r>
        <w:rPr>
          <w:i/>
        </w:rPr>
        <w:t>One of the most encouraging moments in patient recovery is seeing genuine curiosity return. After pain improves, sleep becomes more restorative, and stress begins to settle, people often start asking about hobbies, plans, family gatherings, or vacations. Their attention gradually shifts from surviving today to imagining tomorrow. That change reflects more than improved mood—it often signals that the nervous system is beginning to move out of protection and back toward living.</w:t>
      </w:r>
    </w:p>
    <w:p>
      <w:pPr>
        <w:pStyle w:val="Heading3"/>
      </w:pPr>
      <w:r>
        <w:t>Awareness Creates Opportunity</w:t>
      </w:r>
    </w:p>
    <w:p>
      <w:r>
        <w:t>Perhaps the greatest danger of chronic stress is not the stress itself.</w:t>
      </w:r>
    </w:p>
    <w:p>
      <w:r>
        <w:t>You become so accustomed to it that you stop recognizing it.</w:t>
      </w:r>
    </w:p>
    <w:p>
      <w:r>
        <w:t>Awareness changes that.</w:t>
      </w:r>
    </w:p>
    <w:p>
      <w:r>
        <w:t>Once you begin noticing these hidden signs, you can gradually respond differently.</w:t>
      </w:r>
    </w:p>
    <w:p>
      <w:r>
        <w:t>You no longer need to interpret every symptom as personal failure.</w:t>
      </w:r>
    </w:p>
    <w:p>
      <w:r>
        <w:t>Instead, you can ask:</w:t>
      </w:r>
    </w:p>
    <w:p>
      <w:pPr>
        <w:pStyle w:val="ListBullet"/>
      </w:pPr>
      <w:r>
        <w:t>What Is My Nervous System Experiencing Right Now?</w:t>
      </w:r>
    </w:p>
    <w:p>
      <w:pPr>
        <w:pStyle w:val="ListBullet"/>
      </w:pPr>
      <w:r>
        <w:t>What Safety Signals Does My Body Need?</w:t>
      </w:r>
    </w:p>
    <w:p>
      <w:pPr>
        <w:pStyle w:val="ListBullet"/>
      </w:pPr>
      <w:r>
        <w:t>How Can I Support Recovery Instead Of Only Pushing Harder?</w:t>
      </w:r>
    </w:p>
    <w:p>
      <w:pPr>
        <w:pStyle w:val="ListBullet"/>
      </w:pPr>
      <w:r>
        <w:t>These questions shift the focus from self-criticism to self-understanding.</w:t>
      </w:r>
    </w:p>
    <w:p>
      <w:pPr>
        <w:pStyle w:val="Heading3"/>
      </w:pPr>
      <w:r>
        <w:t>Small Changes Reveal Big Progress</w:t>
      </w:r>
    </w:p>
    <w:p>
      <w:r>
        <w:t>Recovery often becomes noticeable in subtle ways before dramatic ones.</w:t>
      </w:r>
    </w:p>
    <w:p>
      <w:r>
        <w:t>Examples include:</w:t>
      </w:r>
    </w:p>
    <w:p>
      <w:pPr>
        <w:pStyle w:val="ListBullet"/>
      </w:pPr>
      <w:r>
        <w:t>You Pause Before Reacting.</w:t>
      </w:r>
    </w:p>
    <w:p>
      <w:pPr>
        <w:pStyle w:val="ListBullet"/>
      </w:pPr>
      <w:r>
        <w:t>You Sleep Slightly Better.</w:t>
      </w:r>
    </w:p>
    <w:p>
      <w:pPr>
        <w:pStyle w:val="ListBullet"/>
      </w:pPr>
      <w:r>
        <w:t>Your Shoulders Relax More Often.</w:t>
      </w:r>
    </w:p>
    <w:p>
      <w:pPr>
        <w:pStyle w:val="ListBullet"/>
      </w:pPr>
      <w:r>
        <w:t>You Recover Faster After Stress.</w:t>
      </w:r>
    </w:p>
    <w:p>
      <w:pPr>
        <w:pStyle w:val="ListBullet"/>
      </w:pPr>
      <w:r>
        <w:t>You Laugh More Easily.</w:t>
      </w:r>
    </w:p>
    <w:p>
      <w:pPr>
        <w:pStyle w:val="ListBullet"/>
      </w:pPr>
      <w:r>
        <w:t>You Enjoy Quiet Moments.</w:t>
      </w:r>
    </w:p>
    <w:p>
      <w:pPr>
        <w:pStyle w:val="ListBullet"/>
      </w:pPr>
      <w:r>
        <w:t>You Feel Less Guilty About Rest.</w:t>
      </w:r>
    </w:p>
    <w:p>
      <w:pPr>
        <w:pStyle w:val="ListBullet"/>
      </w:pPr>
      <w:r>
        <w:t>You Notice Beauty More Frequently.</w:t>
      </w:r>
    </w:p>
    <w:p>
      <w:pPr>
        <w:pStyle w:val="ListBullet"/>
      </w:pPr>
      <w:r>
        <w:t>These are meaningful biological changes.</w:t>
      </w:r>
    </w:p>
    <w:p>
      <w:pPr>
        <w:pStyle w:val="ListBullet"/>
      </w:pPr>
      <w:r>
        <w:t>Your nervous system is becoming more flexible.</w:t>
      </w:r>
    </w:p>
    <w:p>
      <w:pPr>
        <w:pStyle w:val="ListBullet"/>
      </w:pPr>
      <w:r>
        <w:t>It is learning that protection is no longer required every moment of the day.</w:t>
      </w:r>
    </w:p>
    <w:p>
      <w:pPr>
        <w:pStyle w:val="Heading3"/>
      </w:pPr>
      <w:r>
        <w:t>Key Takeaways</w:t>
      </w:r>
    </w:p>
    <w:p>
      <w:pPr>
        <w:pStyle w:val="ListBullet"/>
      </w:pPr>
      <w:r>
        <w:t>Chronic Nervous System Activation Often Becomes So Familiar That It Feels Normal.</w:t>
      </w:r>
    </w:p>
    <w:p>
      <w:pPr>
        <w:pStyle w:val="ListBullet"/>
      </w:pPr>
      <w:r>
        <w:t>Many Hidden Signs Of Survival Mode Develop Gradually Rather Than Suddenly.</w:t>
      </w:r>
    </w:p>
    <w:p>
      <w:pPr>
        <w:pStyle w:val="ListBullet"/>
      </w:pPr>
      <w:r>
        <w:t>Constant Busyness, Hypervigilance, Emotional Numbness, And Persistent Muscle Tension May Reflect Ongoing Nervous System Activation.</w:t>
      </w:r>
    </w:p>
    <w:p>
      <w:pPr>
        <w:pStyle w:val="ListBullet"/>
      </w:pPr>
      <w:r>
        <w:t>Feeling Guilty While Resting Is A Common Barrier To Recovery.</w:t>
      </w:r>
    </w:p>
    <w:p>
      <w:pPr>
        <w:pStyle w:val="ListBullet"/>
      </w:pPr>
      <w:r>
        <w:t>Chronic Stress Can Affect Relationships, Decision-Making, Joy, And Emotional Availability.</w:t>
      </w:r>
    </w:p>
    <w:p>
      <w:pPr>
        <w:pStyle w:val="ListBullet"/>
      </w:pPr>
      <w:r>
        <w:t>Greater Awareness Helps You Recognize Protective Patterns Without Judging Yourself.</w:t>
      </w:r>
    </w:p>
    <w:p>
      <w:pPr>
        <w:pStyle w:val="ListBullet"/>
      </w:pPr>
      <w:r>
        <w:t>Recovery Often Appears First Through Small Improvements In Flexibility, Calm, And Resilience.</w:t>
      </w:r>
    </w:p>
    <w:p>
      <w:pPr>
        <w:pStyle w:val="Heading3"/>
      </w:pPr>
      <w:r>
        <w:t>Chapter Reflection</w:t>
      </w:r>
    </w:p>
    <w:p>
      <w:r>
        <w:t>Before Moving To The Next Chapter, Reflect On These Questions.</w:t>
      </w:r>
    </w:p>
    <w:p>
      <w:pPr>
        <w:pStyle w:val="ListBullet"/>
      </w:pPr>
      <w:r>
        <w:t>Which Hidden Signs Of Survival Mode Do I Recognize In Myself?</w:t>
      </w:r>
    </w:p>
    <w:p>
      <w:pPr>
        <w:pStyle w:val="ListBullet"/>
      </w:pPr>
      <w:r>
        <w:t>When Did These Patterns First Begin?</w:t>
      </w:r>
    </w:p>
    <w:p>
      <w:pPr>
        <w:pStyle w:val="ListBullet"/>
      </w:pPr>
      <w:r>
        <w:t>What Does My Body Do Automatically When I Feel Stressed?</w:t>
      </w:r>
    </w:p>
    <w:p>
      <w:pPr>
        <w:pStyle w:val="ListBullet"/>
      </w:pPr>
      <w:r>
        <w:t>Do I Feel Comfortable Resting Without Feeling Guilty?</w:t>
      </w:r>
    </w:p>
    <w:p>
      <w:pPr>
        <w:pStyle w:val="ListBullet"/>
      </w:pPr>
      <w:r>
        <w:t>Which Small Improvement Would Tell Me That My Nervous System Is Beginning To Heal?</w:t>
      </w:r>
    </w:p>
    <w:p>
      <w:r>
        <w:t>In the next chapter, we will begin the practical phase of recovery by exploring how to teach your nervous system that the present moment is safe. You will learn why healing begins with creating consistent signals of safety and how simple daily practices can gradually help your body move from protection toward restoration.</w:t>
      </w:r>
    </w:p>
    <w:p>
      <w:r>
        <w:br w:type="page"/>
      </w:r>
    </w:p>
    <w:p>
      <w:pPr>
        <w:pStyle w:val="Heading1"/>
        <w:jc w:val="center"/>
      </w:pPr>
      <w:r>
        <w:t>Chapter 11: Teaching Your Nervous System That You Are Safe</w:t>
      </w:r>
    </w:p>
    <w:p>
      <w:pPr>
        <w:pStyle w:val="Quote"/>
      </w:pPr>
      <w:r>
        <w:rPr>
          <w:i/>
        </w:rPr>
        <w:t>"Recovery Does Not Begin When Stress Disappears. Recovery Begins When Your Body Starts Receiving More Signals Of Safety Than Signals Of Threat."</w:t>
      </w:r>
    </w:p>
    <w:p>
      <w:pPr>
        <w:pStyle w:val="Heading3"/>
      </w:pPr>
      <w:r>
        <w:t>Chapter Overview</w:t>
      </w:r>
    </w:p>
    <w:p>
      <w:r>
        <w:t>Throughout this book, you have learned how the nervous system protects you.</w:t>
      </w:r>
    </w:p>
    <w:p>
      <w:r>
        <w:t>You have discovered that:</w:t>
      </w:r>
    </w:p>
    <w:p>
      <w:pPr>
        <w:pStyle w:val="ListBullet"/>
      </w:pPr>
      <w:r>
        <w:t>Chronic Stress Changes The Brain.</w:t>
      </w:r>
    </w:p>
    <w:p>
      <w:pPr>
        <w:pStyle w:val="ListBullet"/>
      </w:pPr>
      <w:r>
        <w:t>Survival Responses Are Automatic.</w:t>
      </w:r>
    </w:p>
    <w:p>
      <w:pPr>
        <w:pStyle w:val="ListBullet"/>
      </w:pPr>
      <w:r>
        <w:t>Recovery Requires More Than Rest.</w:t>
      </w:r>
    </w:p>
    <w:p>
      <w:pPr>
        <w:pStyle w:val="ListBullet"/>
      </w:pPr>
      <w:r>
        <w:t>The Body Stores Stress Physically.</w:t>
      </w:r>
    </w:p>
    <w:p>
      <w:pPr>
        <w:pStyle w:val="ListBullet"/>
      </w:pPr>
      <w:r>
        <w:t>Anxiety And Fatigue Often Reflect Ongoing Nervous System Activation.</w:t>
      </w:r>
    </w:p>
    <w:p>
      <w:pPr>
        <w:pStyle w:val="ListBullet"/>
      </w:pPr>
      <w:r>
        <w:t>Now we begin the most important part of your recovery journey.</w:t>
      </w:r>
    </w:p>
    <w:p>
      <w:r>
        <w:t>The question is no longer:</w:t>
      </w:r>
    </w:p>
    <w:p>
      <w:pPr>
        <w:pStyle w:val="Heading3"/>
      </w:pPr>
      <w:r>
        <w:t>"Why Is My Nervous System Stuck?"</w:t>
      </w:r>
    </w:p>
    <w:p>
      <w:r>
        <w:t>The question becomes:</w:t>
      </w:r>
    </w:p>
    <w:p>
      <w:pPr>
        <w:pStyle w:val="Heading3"/>
      </w:pPr>
      <w:r>
        <w:t>"How Do I Help It Feel Safe Again?"</w:t>
      </w:r>
    </w:p>
    <w:p>
      <w:r>
        <w:t>This chapter introduces one of the central principles of nervous system healing:</w:t>
      </w:r>
    </w:p>
    <w:p>
      <w:pPr>
        <w:pStyle w:val="ListBullet"/>
      </w:pPr>
      <w:r>
        <w:rPr>
          <w:b/>
        </w:rPr>
        <w:t>Your nervous system learns through repeated experience, not through repeated reassurance.</w:t>
      </w:r>
    </w:p>
    <w:p>
      <w:pPr>
        <w:pStyle w:val="ListBullet"/>
      </w:pPr>
      <w:r>
        <w:t>You cannot simply tell your body that it is safe.</w:t>
      </w:r>
    </w:p>
    <w:p>
      <w:pPr>
        <w:pStyle w:val="ListBullet"/>
      </w:pPr>
      <w:r>
        <w:t>You must consistently show it.</w:t>
      </w:r>
    </w:p>
    <w:p>
      <w:pPr>
        <w:pStyle w:val="ListBullet"/>
      </w:pPr>
      <w:r>
        <w:t>Fortunately, this is possible.</w:t>
      </w:r>
    </w:p>
    <w:p>
      <w:pPr>
        <w:pStyle w:val="ListBullet"/>
      </w:pPr>
      <w:r>
        <w:t>Not through dramatic changes.</w:t>
      </w:r>
    </w:p>
    <w:p>
      <w:pPr>
        <w:pStyle w:val="ListBullet"/>
      </w:pPr>
      <w:r>
        <w:t>But through hundreds of small experiences that gradually retrain your nervous system.</w:t>
      </w:r>
    </w:p>
    <w:p>
      <w:pPr>
        <w:pStyle w:val="Heading3"/>
      </w:pPr>
      <w:r>
        <w:t>Safety Is A Biological Experience</w:t>
      </w:r>
    </w:p>
    <w:p>
      <w:r>
        <w:t>Many people believe safety is simply an idea.</w:t>
      </w:r>
    </w:p>
    <w:p>
      <w:r>
        <w:t>They think:</w:t>
      </w:r>
    </w:p>
    <w:p>
      <w:pPr>
        <w:pStyle w:val="Heading3"/>
      </w:pPr>
      <w:r>
        <w:t>"I Know I'm Safe."</w:t>
      </w:r>
    </w:p>
    <w:p>
      <w:r>
        <w:t>Yet their bodies continue feeling tense.</w:t>
      </w:r>
    </w:p>
    <w:p>
      <w:r>
        <w:t>Why?</w:t>
      </w:r>
    </w:p>
    <w:p>
      <w:r>
        <w:t>Because the nervous system relies on more than logic.</w:t>
      </w:r>
    </w:p>
    <w:p>
      <w:r>
        <w:t>It gathers information from:</w:t>
      </w:r>
    </w:p>
    <w:p>
      <w:pPr>
        <w:pStyle w:val="ListBullet"/>
      </w:pPr>
      <w:r>
        <w:t>Your Breathing.</w:t>
      </w:r>
    </w:p>
    <w:p>
      <w:pPr>
        <w:pStyle w:val="ListBullet"/>
      </w:pPr>
      <w:r>
        <w:t>Your Posture.</w:t>
      </w:r>
    </w:p>
    <w:p>
      <w:pPr>
        <w:pStyle w:val="ListBullet"/>
      </w:pPr>
      <w:r>
        <w:t>Your Environment.</w:t>
      </w:r>
    </w:p>
    <w:p>
      <w:pPr>
        <w:pStyle w:val="ListBullet"/>
      </w:pPr>
      <w:r>
        <w:t>Your Relationships.</w:t>
      </w:r>
    </w:p>
    <w:p>
      <w:pPr>
        <w:pStyle w:val="ListBullet"/>
      </w:pPr>
      <w:r>
        <w:t>Your Sleep.</w:t>
      </w:r>
    </w:p>
    <w:p>
      <w:pPr>
        <w:pStyle w:val="ListBullet"/>
      </w:pPr>
      <w:r>
        <w:t>Your Daily Habits.</w:t>
      </w:r>
    </w:p>
    <w:p>
      <w:pPr>
        <w:pStyle w:val="ListBullet"/>
      </w:pPr>
      <w:r>
        <w:t>Your Physical Sensations.</w:t>
      </w:r>
    </w:p>
    <w:p>
      <w:pPr>
        <w:pStyle w:val="ListBullet"/>
      </w:pPr>
      <w:r>
        <w:t>Your Past Experiences.</w:t>
      </w:r>
    </w:p>
    <w:p>
      <w:r>
        <w:t>Your brain asks one question continuously:</w:t>
      </w:r>
    </w:p>
    <w:p>
      <w:pPr>
        <w:pStyle w:val="Heading3"/>
      </w:pPr>
      <w:r>
        <w:t>"Does Everything Around Me Suggest Safety Or Danger?"</w:t>
      </w:r>
    </w:p>
    <w:p>
      <w:r>
        <w:t>Every experience becomes evidence.</w:t>
      </w:r>
    </w:p>
    <w:p>
      <w:pPr>
        <w:pStyle w:val="Heading3"/>
      </w:pPr>
      <w:r>
        <w:t>Safety Signals Versus Threat Signals</w:t>
      </w:r>
    </w:p>
    <w:p>
      <w:r>
        <w:t>Imagine your nervous system keeping two separate lists throughout the day.</w:t>
      </w:r>
    </w:p>
    <w:p>
      <w:r>
        <w:t>One list contains signals of safety.</w:t>
      </w:r>
    </w:p>
    <w:p>
      <w:r>
        <w:t>The other contains signals of threat.</w:t>
      </w:r>
    </w:p>
    <w:p>
      <w:pPr>
        <w:pStyle w:val="Heading3"/>
      </w:pPr>
      <w:r>
        <w:t>Threat Signals May Include</w:t>
      </w:r>
    </w:p>
    <w:p>
      <w:pPr>
        <w:pStyle w:val="ListBullet"/>
      </w:pPr>
      <w:r>
        <w:t>Poor Sleep.</w:t>
      </w:r>
    </w:p>
    <w:p>
      <w:pPr>
        <w:pStyle w:val="ListBullet"/>
      </w:pPr>
      <w:r>
        <w:t>Constant Notifications.</w:t>
      </w:r>
    </w:p>
    <w:p>
      <w:pPr>
        <w:pStyle w:val="ListBullet"/>
      </w:pPr>
      <w:r>
        <w:t>Conflict.</w:t>
      </w:r>
    </w:p>
    <w:p>
      <w:pPr>
        <w:pStyle w:val="ListBullet"/>
      </w:pPr>
      <w:r>
        <w:t>Chronic Pain.</w:t>
      </w:r>
    </w:p>
    <w:p>
      <w:pPr>
        <w:pStyle w:val="ListBullet"/>
      </w:pPr>
      <w:r>
        <w:t>Skipping Meals.</w:t>
      </w:r>
    </w:p>
    <w:p>
      <w:pPr>
        <w:pStyle w:val="ListBullet"/>
      </w:pPr>
      <w:r>
        <w:t>Financial Worry.</w:t>
      </w:r>
    </w:p>
    <w:p>
      <w:pPr>
        <w:pStyle w:val="ListBullet"/>
      </w:pPr>
      <w:r>
        <w:t>Rushing.</w:t>
      </w:r>
    </w:p>
    <w:p>
      <w:pPr>
        <w:pStyle w:val="ListBullet"/>
      </w:pPr>
      <w:r>
        <w:t>Loud Environments.</w:t>
      </w:r>
    </w:p>
    <w:p>
      <w:pPr>
        <w:pStyle w:val="ListBullet"/>
      </w:pPr>
      <w:r>
        <w:t>Isolation.</w:t>
      </w:r>
    </w:p>
    <w:p>
      <w:pPr>
        <w:pStyle w:val="ListBullet"/>
      </w:pPr>
      <w:r>
        <w:t>Negative Self-Talk.</w:t>
      </w:r>
    </w:p>
    <w:p>
      <w:pPr>
        <w:pStyle w:val="Heading3"/>
      </w:pPr>
      <w:r>
        <w:t>Safety Signals May Include</w:t>
      </w:r>
    </w:p>
    <w:p>
      <w:pPr>
        <w:pStyle w:val="ListBullet"/>
      </w:pPr>
      <w:r>
        <w:t>Slow Breathing.</w:t>
      </w:r>
    </w:p>
    <w:p>
      <w:pPr>
        <w:pStyle w:val="ListBullet"/>
      </w:pPr>
      <w:r>
        <w:t>Predictable Routines.</w:t>
      </w:r>
    </w:p>
    <w:p>
      <w:pPr>
        <w:pStyle w:val="ListBullet"/>
      </w:pPr>
      <w:r>
        <w:t>Supportive Relationships.</w:t>
      </w:r>
    </w:p>
    <w:p>
      <w:pPr>
        <w:pStyle w:val="ListBullet"/>
      </w:pPr>
      <w:r>
        <w:t>Gentle Movement.</w:t>
      </w:r>
    </w:p>
    <w:p>
      <w:pPr>
        <w:pStyle w:val="ListBullet"/>
      </w:pPr>
      <w:r>
        <w:t>Nutritious Meals.</w:t>
      </w:r>
    </w:p>
    <w:p>
      <w:pPr>
        <w:pStyle w:val="ListBullet"/>
      </w:pPr>
      <w:r>
        <w:t>Hydration.</w:t>
      </w:r>
    </w:p>
    <w:p>
      <w:pPr>
        <w:pStyle w:val="ListBullet"/>
      </w:pPr>
      <w:r>
        <w:t>Time In Nature.</w:t>
      </w:r>
    </w:p>
    <w:p>
      <w:pPr>
        <w:pStyle w:val="ListBullet"/>
      </w:pPr>
      <w:r>
        <w:t>Quiet Moments.</w:t>
      </w:r>
    </w:p>
    <w:p>
      <w:pPr>
        <w:pStyle w:val="ListBullet"/>
      </w:pPr>
      <w:r>
        <w:t>Healthy Boundaries.</w:t>
      </w:r>
    </w:p>
    <w:p>
      <w:pPr>
        <w:pStyle w:val="ListBullet"/>
      </w:pPr>
      <w:r>
        <w:t>Restorative Sleep.</w:t>
      </w:r>
    </w:p>
    <w:p>
      <w:r>
        <w:t>The nervous system does not expect a perfect life.</w:t>
      </w:r>
    </w:p>
    <w:p>
      <w:r>
        <w:t>It simply responds to whichever type of signal appears most consistently.</w:t>
      </w:r>
    </w:p>
    <w:p>
      <w:pPr>
        <w:pStyle w:val="Heading3"/>
      </w:pPr>
      <w:r>
        <w:t>Recovery Is Built Through Repetition</w:t>
      </w:r>
    </w:p>
    <w:p>
      <w:r>
        <w:t>One deep breathing exercise will probably not transform your nervous system.</w:t>
      </w:r>
    </w:p>
    <w:p>
      <w:r>
        <w:t>Neither will one healthy meal.</w:t>
      </w:r>
    </w:p>
    <w:p>
      <w:r>
        <w:t>Or one good night's sleep.</w:t>
      </w:r>
    </w:p>
    <w:p>
      <w:r>
        <w:t>The brain learns through repetition.</w:t>
      </w:r>
    </w:p>
    <w:p>
      <w:r>
        <w:t>Imagine teaching a child a new language.</w:t>
      </w:r>
    </w:p>
    <w:p>
      <w:r>
        <w:t>You would not expect fluency after one lesson.</w:t>
      </w:r>
    </w:p>
    <w:p>
      <w:r>
        <w:t>Instead, learning occurs through repeated exposure.</w:t>
      </w:r>
    </w:p>
    <w:p>
      <w:r>
        <w:t>Your nervous system changes the same way.</w:t>
      </w:r>
    </w:p>
    <w:p>
      <w:r>
        <w:t>Every calming experience becomes another lesson.</w:t>
      </w:r>
    </w:p>
    <w:p>
      <w:r>
        <w:t>Eventually, the brain begins to expect safety rather than danger.</w:t>
      </w:r>
    </w:p>
    <w:p>
      <w:pPr>
        <w:pStyle w:val="Heading3"/>
      </w:pPr>
      <w:r>
        <w:t>The Importance Of Predictability</w:t>
      </w:r>
    </w:p>
    <w:p>
      <w:r>
        <w:t>One of the strongest safety signals for the nervous system is predictability.</w:t>
      </w:r>
    </w:p>
    <w:p>
      <w:r>
        <w:t>When life becomes completely unpredictable, the brain naturally increases vigilance.</w:t>
      </w:r>
    </w:p>
    <w:p>
      <w:r>
        <w:t>Simple routines help reduce uncertainty.</w:t>
      </w:r>
    </w:p>
    <w:p>
      <w:r>
        <w:t>Examples include:</w:t>
      </w:r>
    </w:p>
    <w:p>
      <w:pPr>
        <w:pStyle w:val="ListBullet"/>
      </w:pPr>
      <w:r>
        <w:t>Waking At A Similar Time.</w:t>
      </w:r>
    </w:p>
    <w:p>
      <w:pPr>
        <w:pStyle w:val="ListBullet"/>
      </w:pPr>
      <w:r>
        <w:t>Eating Meals Consistently.</w:t>
      </w:r>
    </w:p>
    <w:p>
      <w:pPr>
        <w:pStyle w:val="ListBullet"/>
      </w:pPr>
      <w:r>
        <w:t>Walking Each Day.</w:t>
      </w:r>
    </w:p>
    <w:p>
      <w:pPr>
        <w:pStyle w:val="ListBullet"/>
      </w:pPr>
      <w:r>
        <w:t>Following A Bedtime Routine.</w:t>
      </w:r>
    </w:p>
    <w:p>
      <w:pPr>
        <w:pStyle w:val="ListBullet"/>
      </w:pPr>
      <w:r>
        <w:t>Scheduling Recovery Breaks.</w:t>
      </w:r>
    </w:p>
    <w:p>
      <w:pPr>
        <w:pStyle w:val="ListBullet"/>
      </w:pPr>
      <w:r>
        <w:t>Practicing Daily Breathing Exercises.</w:t>
      </w:r>
    </w:p>
    <w:p>
      <w:pPr>
        <w:pStyle w:val="ListBullet"/>
      </w:pPr>
      <w:r>
        <w:t>These habits communicate stability.</w:t>
      </w:r>
    </w:p>
    <w:p>
      <w:pPr>
        <w:pStyle w:val="ListBullet"/>
      </w:pPr>
      <w:r>
        <w:t>The nervous system begins recognizing patterns rather than preparing for constant surprises.</w:t>
      </w:r>
    </w:p>
    <w:p>
      <w:pPr>
        <w:pStyle w:val="Heading3"/>
      </w:pPr>
      <w:r>
        <w:t>Your Environment Shapes Your Nervous System</w:t>
      </w:r>
    </w:p>
    <w:p>
      <w:r>
        <w:t>Many people underestimate how strongly their surroundings influence their physiology.</w:t>
      </w:r>
    </w:p>
    <w:p>
      <w:r>
        <w:t>Notice how your body responds in different environments.</w:t>
      </w:r>
    </w:p>
    <w:p>
      <w:r>
        <w:t>You may feel calmer in:</w:t>
      </w:r>
    </w:p>
    <w:p>
      <w:pPr>
        <w:pStyle w:val="ListBullet"/>
      </w:pPr>
      <w:r>
        <w:t>Nature.</w:t>
      </w:r>
    </w:p>
    <w:p>
      <w:pPr>
        <w:pStyle w:val="ListBullet"/>
      </w:pPr>
      <w:r>
        <w:t>Quiet Rooms.</w:t>
      </w:r>
    </w:p>
    <w:p>
      <w:pPr>
        <w:pStyle w:val="ListBullet"/>
      </w:pPr>
      <w:r>
        <w:t>Soft Lighting.</w:t>
      </w:r>
    </w:p>
    <w:p>
      <w:pPr>
        <w:pStyle w:val="ListBullet"/>
      </w:pPr>
      <w:r>
        <w:t>Comfortable Spaces.</w:t>
      </w:r>
    </w:p>
    <w:p>
      <w:pPr>
        <w:pStyle w:val="ListBullet"/>
      </w:pPr>
      <w:r>
        <w:t>Organized Environments.</w:t>
      </w:r>
    </w:p>
    <w:p>
      <w:r>
        <w:t>You may feel more activated in:</w:t>
      </w:r>
    </w:p>
    <w:p>
      <w:pPr>
        <w:pStyle w:val="ListBullet"/>
      </w:pPr>
      <w:r>
        <w:t>Loud Crowds.</w:t>
      </w:r>
    </w:p>
    <w:p>
      <w:pPr>
        <w:pStyle w:val="ListBullet"/>
      </w:pPr>
      <w:r>
        <w:t>Bright Screens.</w:t>
      </w:r>
    </w:p>
    <w:p>
      <w:pPr>
        <w:pStyle w:val="ListBullet"/>
      </w:pPr>
      <w:r>
        <w:t>Constant Noise.</w:t>
      </w:r>
    </w:p>
    <w:p>
      <w:pPr>
        <w:pStyle w:val="ListBullet"/>
      </w:pPr>
      <w:r>
        <w:t>Cluttered Rooms.</w:t>
      </w:r>
    </w:p>
    <w:p>
      <w:pPr>
        <w:pStyle w:val="ListBullet"/>
      </w:pPr>
      <w:r>
        <w:t>Chaotic Workspaces.</w:t>
      </w:r>
    </w:p>
    <w:p>
      <w:pPr>
        <w:pStyle w:val="ListBullet"/>
      </w:pPr>
      <w:r>
        <w:t>Your environment sends continuous messages to your brain.</w:t>
      </w:r>
    </w:p>
    <w:p>
      <w:pPr>
        <w:pStyle w:val="ListBullet"/>
      </w:pPr>
      <w:r>
        <w:t>Making small environmental improvements can produce meaningful changes over time.</w:t>
      </w:r>
    </w:p>
    <w:p>
      <w:pPr>
        <w:pStyle w:val="Heading3"/>
      </w:pPr>
      <w:r>
        <w:rPr>
          <w:b/>
        </w:rPr>
        <w:t>RN Insight</w:t>
      </w:r>
    </w:p>
    <w:p>
      <w:pPr>
        <w:pStyle w:val="Quote"/>
      </w:pPr>
      <w:r>
        <w:rPr>
          <w:i/>
        </w:rPr>
        <w:t>Hospital staff work hard to create healing environments because the surroundings matter. Reducing unnecessary noise, dimming lights at night, speaking calmly, and maintaining predictable routines all help patients rest more effectively. These same principles apply at home. Your environment can either support nervous system recovery or continuously encourage alertness.</w:t>
      </w:r>
    </w:p>
    <w:p>
      <w:pPr>
        <w:pStyle w:val="Heading3"/>
      </w:pPr>
      <w:r>
        <w:t>Your Breath Is One Of Your Greatest Tools</w:t>
      </w:r>
    </w:p>
    <w:p>
      <w:r>
        <w:t>Unlike many body functions, breathing is both automatic and voluntary.</w:t>
      </w:r>
    </w:p>
    <w:p>
      <w:r>
        <w:t>This makes it one of the most powerful ways to communicate directly with the nervous system.</w:t>
      </w:r>
    </w:p>
    <w:p>
      <w:r>
        <w:t>When you breathe rapidly, the brain receives information suggesting increased activity.</w:t>
      </w:r>
    </w:p>
    <w:p>
      <w:r>
        <w:t>When you breathe slowly with relaxed exhalations, the brain receives information suggesting safety.</w:t>
      </w:r>
    </w:p>
    <w:p>
      <w:r>
        <w:t>The goal is not perfect breathing.</w:t>
      </w:r>
    </w:p>
    <w:p>
      <w:r>
        <w:t>The goal is gentle consistency.</w:t>
      </w:r>
    </w:p>
    <w:p>
      <w:r>
        <w:t>Even one or two minutes of slower breathing practiced several times each day may gradually help reduce nervous system activation.</w:t>
      </w:r>
    </w:p>
    <w:p>
      <w:pPr>
        <w:pStyle w:val="Heading3"/>
      </w:pPr>
      <w:r>
        <w:t>Posture Communicates Safety</w:t>
      </w:r>
    </w:p>
    <w:p>
      <w:r>
        <w:t>Most people think posture only affects appearance.</w:t>
      </w:r>
    </w:p>
    <w:p>
      <w:r>
        <w:t>It also influences how the nervous system interprets the environment.</w:t>
      </w:r>
    </w:p>
    <w:p>
      <w:r>
        <w:t>Notice your body when stressed.</w:t>
      </w:r>
    </w:p>
    <w:p>
      <w:r>
        <w:t>You may find yourself:</w:t>
      </w:r>
    </w:p>
    <w:p>
      <w:pPr>
        <w:pStyle w:val="ListBullet"/>
      </w:pPr>
      <w:r>
        <w:t>Raising Your Shoulders.</w:t>
      </w:r>
    </w:p>
    <w:p>
      <w:pPr>
        <w:pStyle w:val="ListBullet"/>
      </w:pPr>
      <w:r>
        <w:t>Clenching Your Jaw.</w:t>
      </w:r>
    </w:p>
    <w:p>
      <w:pPr>
        <w:pStyle w:val="ListBullet"/>
      </w:pPr>
      <w:r>
        <w:t>Tightening Your Hands.</w:t>
      </w:r>
    </w:p>
    <w:p>
      <w:pPr>
        <w:pStyle w:val="ListBullet"/>
      </w:pPr>
      <w:r>
        <w:t>Holding Your Breath.</w:t>
      </w:r>
    </w:p>
    <w:p>
      <w:pPr>
        <w:pStyle w:val="ListBullet"/>
      </w:pPr>
      <w:r>
        <w:t>Leaning Forward.</w:t>
      </w:r>
    </w:p>
    <w:p>
      <w:pPr>
        <w:pStyle w:val="ListBullet"/>
      </w:pPr>
      <w:r>
        <w:t>Contracting Your Abdomen.</w:t>
      </w:r>
    </w:p>
    <w:p>
      <w:pPr>
        <w:pStyle w:val="ListBullet"/>
      </w:pPr>
      <w:r>
        <w:t>Now imagine intentionally releasing those patterns.</w:t>
      </w:r>
    </w:p>
    <w:p>
      <w:pPr>
        <w:pStyle w:val="ListBullet"/>
      </w:pPr>
      <w:r>
        <w:t>Relaxing your shoulders.</w:t>
      </w:r>
    </w:p>
    <w:p>
      <w:pPr>
        <w:pStyle w:val="ListBullet"/>
      </w:pPr>
      <w:r>
        <w:t>Softening your jaw.</w:t>
      </w:r>
    </w:p>
    <w:p>
      <w:pPr>
        <w:pStyle w:val="ListBullet"/>
      </w:pPr>
      <w:r>
        <w:t>Taking a slow breath.</w:t>
      </w:r>
    </w:p>
    <w:p>
      <w:pPr>
        <w:pStyle w:val="ListBullet"/>
      </w:pPr>
      <w:r>
        <w:t>Although these actions seem small, they provide the brain with new information.</w:t>
      </w:r>
    </w:p>
    <w:p>
      <w:r>
        <w:t>The body begins to realize:</w:t>
      </w:r>
    </w:p>
    <w:p>
      <w:pPr>
        <w:pStyle w:val="Quote"/>
      </w:pPr>
      <w:r>
        <w:rPr>
          <w:i/>
        </w:rPr>
        <w:t>"Perhaps I Do Not Need To Stay Ready For Immediate Action."</w:t>
      </w:r>
    </w:p>
    <w:p>
      <w:pPr>
        <w:pStyle w:val="Heading3"/>
      </w:pPr>
      <w:r>
        <w:t>Movement Helps Complete The Stress Response</w:t>
      </w:r>
    </w:p>
    <w:p>
      <w:r>
        <w:t>The stress response prepares the body for movement.</w:t>
      </w:r>
    </w:p>
    <w:p>
      <w:r>
        <w:t>When movement never occurs, the body may continue carrying some of that activation.</w:t>
      </w:r>
    </w:p>
    <w:p>
      <w:r>
        <w:t>Gentle physical activity helps the nervous system transition toward regulation.</w:t>
      </w:r>
    </w:p>
    <w:p>
      <w:r>
        <w:t>Examples include:</w:t>
      </w:r>
    </w:p>
    <w:p>
      <w:pPr>
        <w:pStyle w:val="ListBullet"/>
      </w:pPr>
      <w:r>
        <w:t>Walking.</w:t>
      </w:r>
    </w:p>
    <w:p>
      <w:pPr>
        <w:pStyle w:val="ListBullet"/>
      </w:pPr>
      <w:r>
        <w:t>Stretching.</w:t>
      </w:r>
    </w:p>
    <w:p>
      <w:pPr>
        <w:pStyle w:val="ListBullet"/>
      </w:pPr>
      <w:r>
        <w:t>Yoga.</w:t>
      </w:r>
    </w:p>
    <w:p>
      <w:pPr>
        <w:pStyle w:val="ListBullet"/>
      </w:pPr>
      <w:r>
        <w:t>Mobility Exercises.</w:t>
      </w:r>
    </w:p>
    <w:p>
      <w:pPr>
        <w:pStyle w:val="ListBullet"/>
      </w:pPr>
      <w:r>
        <w:t>Gardening.</w:t>
      </w:r>
    </w:p>
    <w:p>
      <w:pPr>
        <w:pStyle w:val="ListBullet"/>
      </w:pPr>
      <w:r>
        <w:t>Dancing.</w:t>
      </w:r>
    </w:p>
    <w:p>
      <w:pPr>
        <w:pStyle w:val="ListBullet"/>
      </w:pPr>
      <w:r>
        <w:t>Swimming.</w:t>
      </w:r>
    </w:p>
    <w:p>
      <w:pPr>
        <w:pStyle w:val="ListBullet"/>
      </w:pPr>
      <w:r>
        <w:t>Light Strength Training.</w:t>
      </w:r>
    </w:p>
    <w:p>
      <w:pPr>
        <w:pStyle w:val="ListBullet"/>
      </w:pPr>
      <w:r>
        <w:t>The purpose is not intense exercise.</w:t>
      </w:r>
    </w:p>
    <w:p>
      <w:r>
        <w:t>The purpose is to help the body release accumulated tension while supporting healthy circulation and recovery.</w:t>
      </w:r>
    </w:p>
    <w:p>
      <w:pPr>
        <w:pStyle w:val="Heading3"/>
      </w:pPr>
      <w:r>
        <w:t>Nutrition Sends Safety Signals Too</w:t>
      </w:r>
    </w:p>
    <w:p>
      <w:r>
        <w:t>The nervous system depends on a reliable supply of nutrients.</w:t>
      </w:r>
    </w:p>
    <w:p>
      <w:r>
        <w:t>Skipping meals, becoming dehydrated, or relying heavily on highly processed foods may add additional physiological stress for some people.</w:t>
      </w:r>
    </w:p>
    <w:p>
      <w:r>
        <w:t>Supportive habits include:</w:t>
      </w:r>
    </w:p>
    <w:p>
      <w:pPr>
        <w:pStyle w:val="ListBullet"/>
      </w:pPr>
      <w:r>
        <w:t>Eating Balanced Meals.</w:t>
      </w:r>
    </w:p>
    <w:p>
      <w:pPr>
        <w:pStyle w:val="ListBullet"/>
      </w:pPr>
      <w:r>
        <w:t>Drinking Enough Water.</w:t>
      </w:r>
    </w:p>
    <w:p>
      <w:pPr>
        <w:pStyle w:val="ListBullet"/>
      </w:pPr>
      <w:r>
        <w:t>Including Protein With Meals.</w:t>
      </w:r>
    </w:p>
    <w:p>
      <w:pPr>
        <w:pStyle w:val="ListBullet"/>
      </w:pPr>
      <w:r>
        <w:t>Eating At Reasonably Consistent Times.</w:t>
      </w:r>
    </w:p>
    <w:p>
      <w:pPr>
        <w:pStyle w:val="ListBullet"/>
      </w:pPr>
      <w:r>
        <w:t>Avoiding Constant Grazing Due To Stress.</w:t>
      </w:r>
    </w:p>
    <w:p>
      <w:pPr>
        <w:pStyle w:val="ListBullet"/>
      </w:pPr>
      <w:r>
        <w:t>Food is more than fuel.</w:t>
      </w:r>
    </w:p>
    <w:p>
      <w:pPr>
        <w:pStyle w:val="ListBullet"/>
      </w:pPr>
      <w:r>
        <w:t>Consistent nourishment also communicates stability.</w:t>
      </w:r>
    </w:p>
    <w:p>
      <w:pPr>
        <w:pStyle w:val="Heading3"/>
      </w:pPr>
      <w:r>
        <w:t>Relationships Influence Regulation</w:t>
      </w:r>
    </w:p>
    <w:p>
      <w:r>
        <w:t>Human beings are social creatures.</w:t>
      </w:r>
    </w:p>
    <w:p>
      <w:r>
        <w:t>Supportive relationships often help the nervous system feel safer.</w:t>
      </w:r>
    </w:p>
    <w:p>
      <w:r>
        <w:t>Think about how your body responds to different people.</w:t>
      </w:r>
    </w:p>
    <w:p>
      <w:r>
        <w:t>Some individuals leave you feeling:</w:t>
      </w:r>
    </w:p>
    <w:p>
      <w:pPr>
        <w:pStyle w:val="ListBullet"/>
      </w:pPr>
      <w:r>
        <w:t>Calm.</w:t>
      </w:r>
    </w:p>
    <w:p>
      <w:pPr>
        <w:pStyle w:val="ListBullet"/>
      </w:pPr>
      <w:r>
        <w:t>Understood.</w:t>
      </w:r>
    </w:p>
    <w:p>
      <w:pPr>
        <w:pStyle w:val="ListBullet"/>
      </w:pPr>
      <w:r>
        <w:t>Accepted.</w:t>
      </w:r>
    </w:p>
    <w:p>
      <w:pPr>
        <w:pStyle w:val="ListBullet"/>
      </w:pPr>
      <w:r>
        <w:t>Relaxed.</w:t>
      </w:r>
    </w:p>
    <w:p>
      <w:r>
        <w:t>Others leave you feeling:</w:t>
      </w:r>
    </w:p>
    <w:p>
      <w:pPr>
        <w:pStyle w:val="ListBullet"/>
      </w:pPr>
      <w:r>
        <w:t>Tense.</w:t>
      </w:r>
    </w:p>
    <w:p>
      <w:pPr>
        <w:pStyle w:val="ListBullet"/>
      </w:pPr>
      <w:r>
        <w:t>Drained.</w:t>
      </w:r>
    </w:p>
    <w:p>
      <w:pPr>
        <w:pStyle w:val="ListBullet"/>
      </w:pPr>
      <w:r>
        <w:t>Defensive.</w:t>
      </w:r>
    </w:p>
    <w:p>
      <w:pPr>
        <w:pStyle w:val="ListBullet"/>
      </w:pPr>
      <w:r>
        <w:t>Exhausted.</w:t>
      </w:r>
    </w:p>
    <w:p>
      <w:r>
        <w:t>While not every relationship can be changed immediately, becoming aware of their impact allows you to make healthier choices over time.</w:t>
      </w:r>
    </w:p>
    <w:p>
      <w:r>
        <w:t>A healthy connection is one of the most powerful regulators of the human nervous system.</w:t>
      </w:r>
    </w:p>
    <w:p>
      <w:pPr>
        <w:pStyle w:val="Heading3"/>
      </w:pPr>
      <w:r>
        <w:rPr>
          <w:b/>
        </w:rPr>
        <w:t>Bedside Example</w:t>
      </w:r>
    </w:p>
    <w:p>
      <w:pPr>
        <w:pStyle w:val="Quote"/>
      </w:pPr>
      <w:r>
        <w:rPr>
          <w:i/>
        </w:rPr>
        <w:t>I once cared for an older patient who appeared noticeably calmer whenever his daughter visited. His heart rate slowed slightly, his breathing became more relaxed, and he smiled more often during their conversations.</w:t>
      </w:r>
    </w:p>
    <w:p>
      <w:pPr>
        <w:pStyle w:val="Quote"/>
      </w:pPr>
      <w:r>
        <w:rPr>
          <w:i/>
        </w:rPr>
        <w:t>One afternoon, he quietly said,</w:t>
      </w:r>
    </w:p>
    <w:p>
      <w:pPr>
        <w:pStyle w:val="Heading3"/>
      </w:pPr>
      <w:r>
        <w:t>"When She's Here, Everything Feels Easier."</w:t>
      </w:r>
    </w:p>
    <w:p>
      <w:r>
        <w:t>His medical treatment had not changed.</w:t>
      </w:r>
    </w:p>
    <w:p>
      <w:r>
        <w:t>His medications had not changed.</w:t>
      </w:r>
    </w:p>
    <w:p>
      <w:r>
        <w:t>What changed was his sense of safety.</w:t>
      </w:r>
    </w:p>
    <w:p>
      <w:r>
        <w:t>Supportive human connection can influence the nervous system in ways that are both emotionally meaningful and physically noticeable.</w:t>
      </w:r>
    </w:p>
    <w:p>
      <w:pPr>
        <w:pStyle w:val="Heading3"/>
      </w:pPr>
      <w:r>
        <w:t>Boundaries Protect Recovery</w:t>
      </w:r>
    </w:p>
    <w:p>
      <w:r>
        <w:t>One reason many people remain stuck in survival mode is that they continuously expose themselves to unnecessary stress without allowing enough recovery.</w:t>
      </w:r>
    </w:p>
    <w:p>
      <w:r>
        <w:t>Healthy boundaries help reduce that load.</w:t>
      </w:r>
    </w:p>
    <w:p>
      <w:r>
        <w:t>Examples include:</w:t>
      </w:r>
    </w:p>
    <w:p>
      <w:pPr>
        <w:pStyle w:val="ListBullet"/>
      </w:pPr>
      <w:r>
        <w:t>Saying No When Appropriate.</w:t>
      </w:r>
    </w:p>
    <w:p>
      <w:pPr>
        <w:pStyle w:val="ListBullet"/>
      </w:pPr>
      <w:r>
        <w:t>Limiting Constant Availability.</w:t>
      </w:r>
    </w:p>
    <w:p>
      <w:pPr>
        <w:pStyle w:val="ListBullet"/>
      </w:pPr>
      <w:r>
        <w:t>Scheduling Breaks.</w:t>
      </w:r>
    </w:p>
    <w:p>
      <w:pPr>
        <w:pStyle w:val="ListBullet"/>
      </w:pPr>
      <w:r>
        <w:t>Protecting Sleep.</w:t>
      </w:r>
    </w:p>
    <w:p>
      <w:pPr>
        <w:pStyle w:val="ListBullet"/>
      </w:pPr>
      <w:r>
        <w:t>Reducing Digital Overload.</w:t>
      </w:r>
    </w:p>
    <w:p>
      <w:pPr>
        <w:pStyle w:val="ListBullet"/>
      </w:pPr>
      <w:r>
        <w:t>Asking For Help.</w:t>
      </w:r>
    </w:p>
    <w:p>
      <w:pPr>
        <w:pStyle w:val="ListBullet"/>
      </w:pPr>
      <w:r>
        <w:t>Allowing Others To Share Responsibility.</w:t>
      </w:r>
    </w:p>
    <w:p>
      <w:pPr>
        <w:pStyle w:val="ListBullet"/>
      </w:pPr>
      <w:r>
        <w:t>Boundaries are not selfish.</w:t>
      </w:r>
    </w:p>
    <w:p>
      <w:pPr>
        <w:pStyle w:val="ListBullet"/>
      </w:pPr>
      <w:r>
        <w:t>They are protective.</w:t>
      </w:r>
    </w:p>
    <w:p>
      <w:pPr>
        <w:pStyle w:val="ListBullet"/>
      </w:pPr>
      <w:r>
        <w:t>They help preserve the energy your nervous system needs to heal.</w:t>
      </w:r>
    </w:p>
    <w:p>
      <w:pPr>
        <w:pStyle w:val="Heading3"/>
      </w:pPr>
      <w:r>
        <w:t>Self-Compassion Is A Safety Signal</w:t>
      </w:r>
    </w:p>
    <w:p>
      <w:r>
        <w:t>Many people speak to themselves more harshly than they would ever speak to a close friend.</w:t>
      </w:r>
    </w:p>
    <w:p>
      <w:r>
        <w:t>Common thoughts include:</w:t>
      </w:r>
    </w:p>
    <w:p>
      <w:pPr>
        <w:pStyle w:val="ListBullet"/>
      </w:pPr>
      <w:r>
        <w:t>I'm Weak.</w:t>
      </w:r>
    </w:p>
    <w:p>
      <w:pPr>
        <w:pStyle w:val="ListBullet"/>
      </w:pPr>
      <w:r>
        <w:t>I'm Falling Behind.</w:t>
      </w:r>
    </w:p>
    <w:p>
      <w:pPr>
        <w:pStyle w:val="ListBullet"/>
      </w:pPr>
      <w:r>
        <w:t>I Should Be Better By Now.</w:t>
      </w:r>
    </w:p>
    <w:p>
      <w:pPr>
        <w:pStyle w:val="ListBullet"/>
      </w:pPr>
      <w:r>
        <w:t>Everyone Else Handles This Better.</w:t>
      </w:r>
    </w:p>
    <w:p>
      <w:pPr>
        <w:pStyle w:val="ListBullet"/>
      </w:pPr>
      <w:r>
        <w:t>I Need To Push Harder.</w:t>
      </w:r>
    </w:p>
    <w:p>
      <w:pPr>
        <w:pStyle w:val="ListBullet"/>
      </w:pPr>
      <w:r>
        <w:t>Unfortunately, harsh self-criticism often increases nervous system activation.</w:t>
      </w:r>
    </w:p>
    <w:p>
      <w:pPr>
        <w:pStyle w:val="ListBullet"/>
      </w:pPr>
      <w:r>
        <w:t>Compassion communicates something different.</w:t>
      </w:r>
    </w:p>
    <w:p>
      <w:r>
        <w:t>It says:</w:t>
      </w:r>
    </w:p>
    <w:p>
      <w:pPr>
        <w:pStyle w:val="Heading3"/>
      </w:pPr>
      <w:r>
        <w:t>"Recovery Takes Time."</w:t>
      </w:r>
    </w:p>
    <w:p>
      <w:r>
        <w:rPr>
          <w:i/>
        </w:rPr>
        <w:t>"I'm Learning."</w:t>
      </w:r>
    </w:p>
    <w:p>
      <w:pPr>
        <w:pStyle w:val="Heading3"/>
      </w:pPr>
      <w:r>
        <w:t>"Small Progress Still Matters."</w:t>
      </w:r>
    </w:p>
    <w:p>
      <w:r>
        <w:t>The nervous system responds differently when the internal environment becomes less threatening.</w:t>
      </w:r>
    </w:p>
    <w:p>
      <w:pPr>
        <w:pStyle w:val="Heading3"/>
      </w:pPr>
      <w:r>
        <w:t>Healing Happens In Ordinary Moments</w:t>
      </w:r>
    </w:p>
    <w:p>
      <w:r>
        <w:t>Many people expect recovery to arrive with a single breakthrough.</w:t>
      </w:r>
    </w:p>
    <w:p>
      <w:r>
        <w:t>More often, healing develops through ordinary daily experiences.</w:t>
      </w:r>
    </w:p>
    <w:p>
      <w:r>
        <w:t>A quiet breakfast.</w:t>
      </w:r>
    </w:p>
    <w:p>
      <w:r>
        <w:t>A short walk.</w:t>
      </w:r>
    </w:p>
    <w:p>
      <w:r>
        <w:t>A relaxed conversation.</w:t>
      </w:r>
    </w:p>
    <w:p>
      <w:r>
        <w:t>Five minutes of breathing.</w:t>
      </w:r>
    </w:p>
    <w:p>
      <w:r>
        <w:t>Turning off notifications.</w:t>
      </w:r>
    </w:p>
    <w:p>
      <w:r>
        <w:t>Stretching before bed.</w:t>
      </w:r>
    </w:p>
    <w:p>
      <w:r>
        <w:t>Watching the sunrise.</w:t>
      </w:r>
    </w:p>
    <w:p>
      <w:r>
        <w:t>Laughing with someone you trust.</w:t>
      </w:r>
    </w:p>
    <w:p>
      <w:r>
        <w:t>None of these moments seems dramatic.</w:t>
      </w:r>
    </w:p>
    <w:p>
      <w:r>
        <w:t>Together, they become powerful teachers.</w:t>
      </w:r>
    </w:p>
    <w:p>
      <w:r>
        <w:t>They repeatedly tell the nervous system:</w:t>
      </w:r>
    </w:p>
    <w:p>
      <w:pPr>
        <w:pStyle w:val="Heading3"/>
      </w:pPr>
      <w:r>
        <w:t>"You Are Safe Enough To Recover."</w:t>
      </w:r>
    </w:p>
    <w:p>
      <w:pPr>
        <w:pStyle w:val="Heading3"/>
      </w:pPr>
      <w:r>
        <w:rPr>
          <w:b/>
        </w:rPr>
        <w:t>RN Insight</w:t>
      </w:r>
    </w:p>
    <w:p>
      <w:pPr>
        <w:pStyle w:val="Quote"/>
      </w:pPr>
      <w:r>
        <w:rPr>
          <w:i/>
        </w:rPr>
        <w:t>Some of the healthiest recoveries I have witnessed did not begin with dramatic life changes. They began with small routines that patients practiced consistently. They improved their bedtime habits, took short walks, stayed hydrated, accepted help from loved ones, and gradually learned to slow down without guilt. Month after month, these simple habits led to meaningful improvements by consistently supporting the body's natural ability to heal.</w:t>
      </w:r>
    </w:p>
    <w:p>
      <w:pPr>
        <w:pStyle w:val="Heading3"/>
      </w:pPr>
      <w:r>
        <w:t>Progress Is Measured Differently</w:t>
      </w:r>
    </w:p>
    <w:p>
      <w:r>
        <w:t>Many people judge recovery by asking:</w:t>
      </w:r>
    </w:p>
    <w:p>
      <w:pPr>
        <w:pStyle w:val="Heading3"/>
      </w:pPr>
      <w:r>
        <w:t>"Am I Completely Calm Yet?"</w:t>
      </w:r>
    </w:p>
    <w:p>
      <w:r>
        <w:t>A better question is:</w:t>
      </w:r>
    </w:p>
    <w:p>
      <w:pPr>
        <w:pStyle w:val="Heading3"/>
      </w:pPr>
      <w:r>
        <w:t>"Am I Recovering More Quickly?"</w:t>
      </w:r>
    </w:p>
    <w:p>
      <w:r>
        <w:t>Signs of progress include:</w:t>
      </w:r>
    </w:p>
    <w:p>
      <w:pPr>
        <w:pStyle w:val="ListBullet"/>
      </w:pPr>
      <w:r>
        <w:t>Feeling Less Reactive.</w:t>
      </w:r>
    </w:p>
    <w:p>
      <w:pPr>
        <w:pStyle w:val="ListBullet"/>
      </w:pPr>
      <w:r>
        <w:t>Sleeping More Restfully.</w:t>
      </w:r>
    </w:p>
    <w:p>
      <w:pPr>
        <w:pStyle w:val="ListBullet"/>
      </w:pPr>
      <w:r>
        <w:t>Recovering Faster After Stress.</w:t>
      </w:r>
    </w:p>
    <w:p>
      <w:pPr>
        <w:pStyle w:val="ListBullet"/>
      </w:pPr>
      <w:r>
        <w:t>Feeling More Present.</w:t>
      </w:r>
    </w:p>
    <w:p>
      <w:pPr>
        <w:pStyle w:val="ListBullet"/>
      </w:pPr>
      <w:r>
        <w:t>Experiencing More Joy.</w:t>
      </w:r>
    </w:p>
    <w:p>
      <w:pPr>
        <w:pStyle w:val="ListBullet"/>
      </w:pPr>
      <w:r>
        <w:t>Becoming Less Self-Critical.</w:t>
      </w:r>
    </w:p>
    <w:p>
      <w:pPr>
        <w:pStyle w:val="ListBullet"/>
      </w:pPr>
      <w:r>
        <w:t>Feeling Safer During Quiet Moments.</w:t>
      </w:r>
    </w:p>
    <w:p>
      <w:pPr>
        <w:pStyle w:val="ListBullet"/>
      </w:pPr>
      <w:r>
        <w:t>Noticing More Relaxed Muscles.</w:t>
      </w:r>
    </w:p>
    <w:p>
      <w:pPr>
        <w:pStyle w:val="ListBullet"/>
      </w:pPr>
      <w:r>
        <w:t>These improvements indicate that your nervous system is becoming more flexible.</w:t>
      </w:r>
    </w:p>
    <w:p>
      <w:pPr>
        <w:pStyle w:val="ListBullet"/>
      </w:pPr>
      <w:r>
        <w:t>That flexibility is one of the strongest signs of healing.</w:t>
      </w:r>
    </w:p>
    <w:p>
      <w:pPr>
        <w:pStyle w:val="Heading3"/>
      </w:pPr>
      <w:r>
        <w:t>Key Takeaways</w:t>
      </w:r>
    </w:p>
    <w:p>
      <w:pPr>
        <w:pStyle w:val="ListBullet"/>
      </w:pPr>
      <w:r>
        <w:t>The Nervous System Learns Safety Through Repeated Daily Experiences.</w:t>
      </w:r>
    </w:p>
    <w:p>
      <w:pPr>
        <w:pStyle w:val="ListBullet"/>
      </w:pPr>
      <w:r>
        <w:t>Recovery Is Built By Increasing Safety Signals And Reducing Unnecessary Threat Signals.</w:t>
      </w:r>
    </w:p>
    <w:p>
      <w:pPr>
        <w:pStyle w:val="ListBullet"/>
      </w:pPr>
      <w:r>
        <w:t>Predictable Routines Help The Brain Feel More Secure.</w:t>
      </w:r>
    </w:p>
    <w:p>
      <w:pPr>
        <w:pStyle w:val="ListBullet"/>
      </w:pPr>
      <w:r>
        <w:t>Breathing, Posture, Movement, Nutrition, And Relationships All Influence Nervous System Regulation.</w:t>
      </w:r>
    </w:p>
    <w:p>
      <w:pPr>
        <w:pStyle w:val="ListBullet"/>
      </w:pPr>
      <w:r>
        <w:t>Healthy Boundaries Protect The Energy Needed For Recovery.</w:t>
      </w:r>
    </w:p>
    <w:p>
      <w:pPr>
        <w:pStyle w:val="ListBullet"/>
      </w:pPr>
      <w:r>
        <w:t>Self-Compassion Is A Biological Safety Signal, Not Simply A Positive Mindset.</w:t>
      </w:r>
    </w:p>
    <w:p>
      <w:pPr>
        <w:pStyle w:val="ListBullet"/>
      </w:pPr>
      <w:r>
        <w:t>Lasting Healing Usually Develops Through Small, Consistent Daily Practices Rather Than Dramatic Changes.</w:t>
      </w:r>
    </w:p>
    <w:p>
      <w:pPr>
        <w:pStyle w:val="Heading3"/>
      </w:pPr>
      <w:r>
        <w:t>Chapter Reflection</w:t>
      </w:r>
    </w:p>
    <w:p>
      <w:r>
        <w:t>Before Continuing, Reflect On The Following Questions.</w:t>
      </w:r>
    </w:p>
    <w:p>
      <w:pPr>
        <w:pStyle w:val="ListBullet"/>
      </w:pPr>
      <w:r>
        <w:t>Which Safety Signals Are Already Present In My Daily Life?</w:t>
      </w:r>
    </w:p>
    <w:p>
      <w:pPr>
        <w:pStyle w:val="ListBullet"/>
      </w:pPr>
      <w:r>
        <w:t>Which Threat Signals Appear Most Frequently?</w:t>
      </w:r>
    </w:p>
    <w:p>
      <w:pPr>
        <w:pStyle w:val="ListBullet"/>
      </w:pPr>
      <w:r>
        <w:t>What Small Habit Helps My Body Feel Most Relaxed?</w:t>
      </w:r>
    </w:p>
    <w:p>
      <w:pPr>
        <w:pStyle w:val="ListBullet"/>
      </w:pPr>
      <w:r>
        <w:t>How Can I Make My Home Or Work Environment Feel More Supportive?</w:t>
      </w:r>
    </w:p>
    <w:p>
      <w:pPr>
        <w:pStyle w:val="ListBullet"/>
      </w:pPr>
      <w:r>
        <w:t>Which one of the daily practices am I Willing To Repeat Consistently For The Next Month?</w:t>
      </w:r>
    </w:p>
    <w:p>
      <w:r>
        <w:t>In the next chapter, we will begin building your daily nervous system regulation routine. You will learn practical morning, afternoon, and evening practices that help reduce chronic stress, strengthen resilience, and teach your body to move more naturally between activity and recovery.</w:t>
      </w:r>
    </w:p>
    <w:p>
      <w:r>
        <w:br w:type="page"/>
      </w:r>
    </w:p>
    <w:p>
      <w:pPr>
        <w:pStyle w:val="Heading1"/>
        <w:jc w:val="center"/>
      </w:pPr>
      <w:r>
        <w:t>Chapter 12: Building a Daily Nervous System Reset Routine</w:t>
      </w:r>
    </w:p>
    <w:p>
      <w:pPr>
        <w:pStyle w:val="Quote"/>
      </w:pPr>
      <w:r>
        <w:rPr>
          <w:i/>
        </w:rPr>
        <w:t>"The Nervous System Is Shaped Less By What You Do Occasionally And More By What You Repeat Every Day."</w:t>
      </w:r>
    </w:p>
    <w:p>
      <w:pPr>
        <w:pStyle w:val="Heading3"/>
      </w:pPr>
      <w:r>
        <w:t>Chapter Overview</w:t>
      </w:r>
    </w:p>
    <w:p>
      <w:r>
        <w:t>Many people searching for stress relief hope to find one technique that changes everything.</w:t>
      </w:r>
    </w:p>
    <w:p>
      <w:r>
        <w:t>A single breathing exercise.</w:t>
      </w:r>
    </w:p>
    <w:p>
      <w:r>
        <w:t>One meditation session.</w:t>
      </w:r>
    </w:p>
    <w:p>
      <w:r>
        <w:t>One weekend away.</w:t>
      </w:r>
    </w:p>
    <w:p>
      <w:r>
        <w:t>One vacation.</w:t>
      </w:r>
    </w:p>
    <w:p>
      <w:r>
        <w:t>While these experiences can certainly help, lasting nervous system regulation is usually built differently.</w:t>
      </w:r>
    </w:p>
    <w:p>
      <w:r>
        <w:t>It is built through consistency.</w:t>
      </w:r>
    </w:p>
    <w:p>
      <w:r>
        <w:t>Just as chronic stress develops through repeated experiences, recovery develops through repeated experiences as well.</w:t>
      </w:r>
    </w:p>
    <w:p>
      <w:r>
        <w:t>Your nervous system is constantly learning.</w:t>
      </w:r>
    </w:p>
    <w:p>
      <w:r>
        <w:t>Every day, it asks:</w:t>
      </w:r>
    </w:p>
    <w:p>
      <w:pPr>
        <w:pStyle w:val="ListBullet"/>
      </w:pPr>
      <w:r>
        <w:t>Is Today Predictable?</w:t>
      </w:r>
    </w:p>
    <w:p>
      <w:pPr>
        <w:pStyle w:val="ListBullet"/>
      </w:pPr>
      <w:r>
        <w:t>Am I Safe?</w:t>
      </w:r>
    </w:p>
    <w:p>
      <w:pPr>
        <w:pStyle w:val="ListBullet"/>
      </w:pPr>
      <w:r>
        <w:t>Can I Relax?</w:t>
      </w:r>
    </w:p>
    <w:p>
      <w:pPr>
        <w:pStyle w:val="ListBullet"/>
      </w:pPr>
      <w:r>
        <w:t>Do I Need To Stay Alert?</w:t>
      </w:r>
    </w:p>
    <w:p>
      <w:pPr>
        <w:pStyle w:val="ListBullet"/>
      </w:pPr>
      <w:r>
        <w:t>Is Recovery Possible?</w:t>
      </w:r>
    </w:p>
    <w:p>
      <w:pPr>
        <w:pStyle w:val="ListBullet"/>
      </w:pPr>
      <w:r>
        <w:t>Your daily habits answer those questions far more clearly than your thoughts alone.</w:t>
      </w:r>
    </w:p>
    <w:p>
      <w:r>
        <w:t>This chapter will help you create a practical daily routine that gently teaches your nervous system to move from survival toward regulation.</w:t>
      </w:r>
    </w:p>
    <w:p>
      <w:r>
        <w:t>The goal is not perfection.</w:t>
      </w:r>
    </w:p>
    <w:p>
      <w:r>
        <w:t>The goal is repetition.</w:t>
      </w:r>
    </w:p>
    <w:p>
      <w:pPr>
        <w:pStyle w:val="Heading3"/>
      </w:pPr>
      <w:r>
        <w:t>Why Daily Routines Matter</w:t>
      </w:r>
    </w:p>
    <w:p>
      <w:r>
        <w:t>The brain loves predictability.</w:t>
      </w:r>
    </w:p>
    <w:p>
      <w:r>
        <w:t>Predictability reduces uncertainty.</w:t>
      </w:r>
    </w:p>
    <w:p>
      <w:r>
        <w:t>Reduced uncertainty lowers unnecessary vigilance.</w:t>
      </w:r>
    </w:p>
    <w:p>
      <w:r>
        <w:t>This is one reason children often thrive with routines.</w:t>
      </w:r>
    </w:p>
    <w:p>
      <w:r>
        <w:t>Adults benefit from them too.</w:t>
      </w:r>
    </w:p>
    <w:p>
      <w:r>
        <w:t>When your daily life becomes more predictable, your nervous system spends less energy preparing for unexpected threats.</w:t>
      </w:r>
    </w:p>
    <w:p>
      <w:r>
        <w:t>Simple routines create biological reassurance.</w:t>
      </w:r>
    </w:p>
    <w:p>
      <w:r>
        <w:t>They repeatedly communicate:</w:t>
      </w:r>
    </w:p>
    <w:p>
      <w:pPr>
        <w:pStyle w:val="Heading3"/>
      </w:pPr>
      <w:r>
        <w:t>"Life Is Stable Enough To Recover."</w:t>
      </w:r>
    </w:p>
    <w:p>
      <w:pPr>
        <w:pStyle w:val="Heading3"/>
      </w:pPr>
      <w:r>
        <w:t>Begin Before You Feel Stressed</w:t>
      </w:r>
    </w:p>
    <w:p>
      <w:r>
        <w:t>Many people wait until they are overwhelmed before using calming techniques.</w:t>
      </w:r>
    </w:p>
    <w:p>
      <w:r>
        <w:t>That approach is understandable, but it makes regulation more difficult.</w:t>
      </w:r>
    </w:p>
    <w:p>
      <w:r>
        <w:t>Imagine waiting until your car runs out of fuel before thinking about gasoline.</w:t>
      </w:r>
    </w:p>
    <w:p>
      <w:r>
        <w:t>Daily nervous system care works differently.</w:t>
      </w:r>
    </w:p>
    <w:p>
      <w:r>
        <w:t>You practice regulation before overwhelming stress appears.</w:t>
      </w:r>
    </w:p>
    <w:p>
      <w:r>
        <w:t>This helps build resilience.</w:t>
      </w:r>
    </w:p>
    <w:p>
      <w:r>
        <w:t>Instead of constantly reacting to stress, your nervous system gradually becomes better prepared to recover from it.</w:t>
      </w:r>
    </w:p>
    <w:p>
      <w:pPr>
        <w:pStyle w:val="Heading3"/>
      </w:pPr>
      <w:r>
        <w:t>Your Morning Sets The Tone</w:t>
      </w:r>
    </w:p>
    <w:p>
      <w:r>
        <w:t>The first hour after waking sends powerful signals to the brain.</w:t>
      </w:r>
    </w:p>
    <w:p>
      <w:r>
        <w:t>Many people begin their day with:</w:t>
      </w:r>
    </w:p>
    <w:p>
      <w:pPr>
        <w:pStyle w:val="ListBullet"/>
      </w:pPr>
      <w:r>
        <w:t>Alarm Fatigue.</w:t>
      </w:r>
    </w:p>
    <w:p>
      <w:pPr>
        <w:pStyle w:val="ListBullet"/>
      </w:pPr>
      <w:r>
        <w:t>Checking Emails.</w:t>
      </w:r>
    </w:p>
    <w:p>
      <w:pPr>
        <w:pStyle w:val="ListBullet"/>
      </w:pPr>
      <w:r>
        <w:t>Reading News Headlines.</w:t>
      </w:r>
    </w:p>
    <w:p>
      <w:pPr>
        <w:pStyle w:val="ListBullet"/>
      </w:pPr>
      <w:r>
        <w:t>Looking At Social Media.</w:t>
      </w:r>
    </w:p>
    <w:p>
      <w:pPr>
        <w:pStyle w:val="ListBullet"/>
      </w:pPr>
      <w:r>
        <w:t>Immediately Thinking About Work.</w:t>
      </w:r>
    </w:p>
    <w:p>
      <w:pPr>
        <w:pStyle w:val="ListBullet"/>
      </w:pPr>
      <w:r>
        <w:t>Within minutes, the nervous system may already be preparing for battle.</w:t>
      </w:r>
    </w:p>
    <w:p>
      <w:r>
        <w:t>Instead, consider starting more slowly whenever possible.</w:t>
      </w:r>
    </w:p>
    <w:p>
      <w:r>
        <w:t>Helpful morning habits may include:</w:t>
      </w:r>
    </w:p>
    <w:p>
      <w:pPr>
        <w:pStyle w:val="ListBullet"/>
      </w:pPr>
      <w:r>
        <w:t>Drinking Water.</w:t>
      </w:r>
    </w:p>
    <w:p>
      <w:pPr>
        <w:pStyle w:val="ListBullet"/>
      </w:pPr>
      <w:r>
        <w:t>Opening The Curtains.</w:t>
      </w:r>
    </w:p>
    <w:p>
      <w:pPr>
        <w:pStyle w:val="ListBullet"/>
      </w:pPr>
      <w:r>
        <w:t>Exposing Yourself To Natural Light.</w:t>
      </w:r>
    </w:p>
    <w:p>
      <w:pPr>
        <w:pStyle w:val="ListBullet"/>
      </w:pPr>
      <w:r>
        <w:t>Gentle Stretching.</w:t>
      </w:r>
    </w:p>
    <w:p>
      <w:pPr>
        <w:pStyle w:val="ListBullet"/>
      </w:pPr>
      <w:r>
        <w:t>Five Minutes Of Slow Breathing.</w:t>
      </w:r>
    </w:p>
    <w:p>
      <w:pPr>
        <w:pStyle w:val="ListBullet"/>
      </w:pPr>
      <w:r>
        <w:t>Eating A Nourishing Breakfast.</w:t>
      </w:r>
    </w:p>
    <w:p>
      <w:pPr>
        <w:pStyle w:val="ListBullet"/>
      </w:pPr>
      <w:r>
        <w:t>Taking A Short Walk.</w:t>
      </w:r>
    </w:p>
    <w:p>
      <w:pPr>
        <w:pStyle w:val="ListBullet"/>
      </w:pPr>
      <w:r>
        <w:t>Setting An Intention For The Day.</w:t>
      </w:r>
    </w:p>
    <w:p>
      <w:pPr>
        <w:pStyle w:val="ListBullet"/>
      </w:pPr>
      <w:r>
        <w:t>These small actions communicate stability before stress begins accumulating.</w:t>
      </w:r>
    </w:p>
    <w:p>
      <w:pPr>
        <w:pStyle w:val="Heading3"/>
      </w:pPr>
      <w:r>
        <w:t>Start With One Calm Breath</w:t>
      </w:r>
    </w:p>
    <w:p>
      <w:r>
        <w:t>It may sound surprisingly simple.</w:t>
      </w:r>
    </w:p>
    <w:p>
      <w:r>
        <w:t>Yet one intentional breath can change the direction of your morning.</w:t>
      </w:r>
    </w:p>
    <w:p>
      <w:r>
        <w:t>Before checking your phone, try this.</w:t>
      </w:r>
    </w:p>
    <w:p>
      <w:r>
        <w:t>Inhale slowly through your nose.</w:t>
      </w:r>
    </w:p>
    <w:p>
      <w:r>
        <w:t>Allow your shoulders to remain relaxed.</w:t>
      </w:r>
    </w:p>
    <w:p>
      <w:r>
        <w:t>Exhale slightly longer than you inhale.</w:t>
      </w:r>
    </w:p>
    <w:p>
      <w:r>
        <w:t>Repeat five times.</w:t>
      </w:r>
    </w:p>
    <w:p>
      <w:r>
        <w:t>This brief practice reminds your nervous system that not every morning begins with urgency.</w:t>
      </w:r>
    </w:p>
    <w:p>
      <w:pPr>
        <w:pStyle w:val="Heading3"/>
      </w:pPr>
      <w:r>
        <w:rPr>
          <w:b/>
        </w:rPr>
        <w:t>RN Insight</w:t>
      </w:r>
    </w:p>
    <w:p>
      <w:pPr>
        <w:pStyle w:val="Quote"/>
      </w:pPr>
      <w:r>
        <w:rPr>
          <w:i/>
        </w:rPr>
        <w:t>In healthcare, the first few minutes of a shift often influence the entire day. Nurses quickly learn that rushing into every task without taking even a brief moment to organize priorities usually creates more stress later. The same principle applies at home. Beginning your day with even one or two intentional minutes often improves your ability to respond calmly to everything that follows.</w:t>
      </w:r>
    </w:p>
    <w:p>
      <w:pPr>
        <w:pStyle w:val="Heading3"/>
      </w:pPr>
      <w:r>
        <w:t>Build Small Recovery Breaks Into Your Day</w:t>
      </w:r>
    </w:p>
    <w:p>
      <w:r>
        <w:t>Many people believe recovery happens only after work.</w:t>
      </w:r>
    </w:p>
    <w:p>
      <w:r>
        <w:t>Unfortunately, waiting until evening often means carrying accumulated stress all day long.</w:t>
      </w:r>
    </w:p>
    <w:p>
      <w:r>
        <w:t>Instead, think of recovery as something you practice throughout the day.</w:t>
      </w:r>
    </w:p>
    <w:p>
      <w:r>
        <w:t>Examples include:</w:t>
      </w:r>
    </w:p>
    <w:p>
      <w:pPr>
        <w:pStyle w:val="ListBullet"/>
      </w:pPr>
      <w:r>
        <w:t>Standing Up Every Hour.</w:t>
      </w:r>
    </w:p>
    <w:p>
      <w:pPr>
        <w:pStyle w:val="ListBullet"/>
      </w:pPr>
      <w:r>
        <w:t>Taking Five Slow Breaths.</w:t>
      </w:r>
    </w:p>
    <w:p>
      <w:pPr>
        <w:pStyle w:val="ListBullet"/>
      </w:pPr>
      <w:r>
        <w:t>Looking Away From Your Screen.</w:t>
      </w:r>
    </w:p>
    <w:p>
      <w:pPr>
        <w:pStyle w:val="ListBullet"/>
      </w:pPr>
      <w:r>
        <w:t>Stretching Your Neck And Shoulders.</w:t>
      </w:r>
    </w:p>
    <w:p>
      <w:pPr>
        <w:pStyle w:val="ListBullet"/>
      </w:pPr>
      <w:r>
        <w:t>Drinking Water Mindfully.</w:t>
      </w:r>
    </w:p>
    <w:p>
      <w:pPr>
        <w:pStyle w:val="ListBullet"/>
      </w:pPr>
      <w:r>
        <w:t>Walking For Five Minutes.</w:t>
      </w:r>
    </w:p>
    <w:p>
      <w:pPr>
        <w:pStyle w:val="ListBullet"/>
      </w:pPr>
      <w:r>
        <w:t>Stepping Outside For Fresh Air.</w:t>
      </w:r>
    </w:p>
    <w:p>
      <w:pPr>
        <w:pStyle w:val="ListBullet"/>
      </w:pPr>
      <w:r>
        <w:t>Each break interrupts prolonged nervous system activation.</w:t>
      </w:r>
    </w:p>
    <w:p>
      <w:pPr>
        <w:pStyle w:val="ListBullet"/>
      </w:pPr>
      <w:r>
        <w:t>These moments may seem insignificant individually.</w:t>
      </w:r>
    </w:p>
    <w:p>
      <w:pPr>
        <w:pStyle w:val="ListBullet"/>
      </w:pPr>
      <w:r>
        <w:t>Together, they become powerful.</w:t>
      </w:r>
    </w:p>
    <w:p>
      <w:pPr>
        <w:pStyle w:val="Heading3"/>
      </w:pPr>
      <w:r>
        <w:t>Practice Body Awareness</w:t>
      </w:r>
    </w:p>
    <w:p>
      <w:r>
        <w:t>One of the first skills in nervous system regulation is learning to notice your body before tension becomes overwhelming.</w:t>
      </w:r>
    </w:p>
    <w:p>
      <w:r>
        <w:t>Several times each day, ask yourself:</w:t>
      </w:r>
    </w:p>
    <w:p>
      <w:pPr>
        <w:pStyle w:val="ListBullet"/>
      </w:pPr>
      <w:r>
        <w:t>How Am I Breathing?</w:t>
      </w:r>
    </w:p>
    <w:p>
      <w:pPr>
        <w:pStyle w:val="ListBullet"/>
      </w:pPr>
      <w:r>
        <w:t>Are My Shoulders Tight?</w:t>
      </w:r>
    </w:p>
    <w:p>
      <w:pPr>
        <w:pStyle w:val="ListBullet"/>
      </w:pPr>
      <w:r>
        <w:t>Is My Jaw Relaxed?</w:t>
      </w:r>
    </w:p>
    <w:p>
      <w:pPr>
        <w:pStyle w:val="ListBullet"/>
      </w:pPr>
      <w:r>
        <w:t>Am I Holding My Breath?</w:t>
      </w:r>
    </w:p>
    <w:p>
      <w:pPr>
        <w:pStyle w:val="ListBullet"/>
      </w:pPr>
      <w:r>
        <w:t>How Fast Am I Moving?</w:t>
      </w:r>
    </w:p>
    <w:p>
      <w:pPr>
        <w:pStyle w:val="ListBullet"/>
      </w:pPr>
      <w:r>
        <w:t>What Emotion Am I Feeling Right Now?</w:t>
      </w:r>
    </w:p>
    <w:p>
      <w:pPr>
        <w:pStyle w:val="ListBullet"/>
      </w:pPr>
      <w:r>
        <w:t>You are not trying to judge yourself.</w:t>
      </w:r>
    </w:p>
    <w:p>
      <w:pPr>
        <w:pStyle w:val="ListBullet"/>
      </w:pPr>
      <w:r>
        <w:t>You are gathering information.</w:t>
      </w:r>
    </w:p>
    <w:p>
      <w:pPr>
        <w:pStyle w:val="ListBullet"/>
      </w:pPr>
      <w:r>
        <w:t>Awareness creates opportunity for change.</w:t>
      </w:r>
    </w:p>
    <w:p>
      <w:pPr>
        <w:pStyle w:val="Heading3"/>
      </w:pPr>
      <w:r>
        <w:t>Use Transitions Intentionally</w:t>
      </w:r>
    </w:p>
    <w:p>
      <w:r>
        <w:t>Modern life contains many transitions.</w:t>
      </w:r>
    </w:p>
    <w:p>
      <w:r>
        <w:t>Examples include:</w:t>
      </w:r>
    </w:p>
    <w:p>
      <w:pPr>
        <w:pStyle w:val="ListBullet"/>
      </w:pPr>
      <w:r>
        <w:t>Leaving Home.</w:t>
      </w:r>
    </w:p>
    <w:p>
      <w:pPr>
        <w:pStyle w:val="ListBullet"/>
      </w:pPr>
      <w:r>
        <w:t>Arriving At Work.</w:t>
      </w:r>
    </w:p>
    <w:p>
      <w:pPr>
        <w:pStyle w:val="ListBullet"/>
      </w:pPr>
      <w:r>
        <w:t>Finishing Meetings.</w:t>
      </w:r>
    </w:p>
    <w:p>
      <w:pPr>
        <w:pStyle w:val="ListBullet"/>
      </w:pPr>
      <w:r>
        <w:t>Driving Home.</w:t>
      </w:r>
    </w:p>
    <w:p>
      <w:pPr>
        <w:pStyle w:val="ListBullet"/>
      </w:pPr>
      <w:r>
        <w:t>Preparing Dinner.</w:t>
      </w:r>
    </w:p>
    <w:p>
      <w:pPr>
        <w:pStyle w:val="ListBullet"/>
      </w:pPr>
      <w:r>
        <w:t>Getting Ready For Bed.</w:t>
      </w:r>
    </w:p>
    <w:p>
      <w:pPr>
        <w:pStyle w:val="ListBullet"/>
      </w:pPr>
      <w:r>
        <w:t>Most people move through these transitions automatically.</w:t>
      </w:r>
    </w:p>
    <w:p>
      <w:r>
        <w:t>Instead, use them as opportunities to reset.</w:t>
      </w:r>
    </w:p>
    <w:p>
      <w:r>
        <w:t>For example:</w:t>
      </w:r>
    </w:p>
    <w:p>
      <w:r>
        <w:t>Before entering your home after work:</w:t>
      </w:r>
    </w:p>
    <w:p>
      <w:pPr>
        <w:pStyle w:val="ListBullet"/>
      </w:pPr>
      <w:r>
        <w:t>Pause.</w:t>
      </w:r>
    </w:p>
    <w:p>
      <w:pPr>
        <w:pStyle w:val="ListBullet"/>
      </w:pPr>
      <w:r>
        <w:t>Take three slow breaths.</w:t>
      </w:r>
    </w:p>
    <w:p>
      <w:pPr>
        <w:pStyle w:val="ListBullet"/>
      </w:pPr>
      <w:r>
        <w:t>Relax your shoulders.</w:t>
      </w:r>
    </w:p>
    <w:p>
      <w:pPr>
        <w:pStyle w:val="ListBullet"/>
      </w:pPr>
      <w:r>
        <w:t>Allow yourself to mentally leave work behind before greeting your family.</w:t>
      </w:r>
    </w:p>
    <w:p>
      <w:pPr>
        <w:pStyle w:val="ListBullet"/>
      </w:pPr>
      <w:r>
        <w:t>Small transition rituals help prevent stress from carrying into every part of the day.</w:t>
      </w:r>
    </w:p>
    <w:p>
      <w:pPr>
        <w:pStyle w:val="Heading3"/>
      </w:pPr>
      <w:r>
        <w:t>Gentle Movement Throughout The Day</w:t>
      </w:r>
    </w:p>
    <w:p>
      <w:r>
        <w:t>Movement helps regulate both the body and the brain.</w:t>
      </w:r>
    </w:p>
    <w:p>
      <w:r>
        <w:t>This does not require intense workouts.</w:t>
      </w:r>
    </w:p>
    <w:p>
      <w:r>
        <w:t>Gentle movement is often enough.</w:t>
      </w:r>
    </w:p>
    <w:p>
      <w:r>
        <w:t>Examples include:</w:t>
      </w:r>
    </w:p>
    <w:p>
      <w:pPr>
        <w:pStyle w:val="ListBullet"/>
      </w:pPr>
      <w:r>
        <w:t>Walking.</w:t>
      </w:r>
    </w:p>
    <w:p>
      <w:pPr>
        <w:pStyle w:val="ListBullet"/>
      </w:pPr>
      <w:r>
        <w:t>Stretching.</w:t>
      </w:r>
    </w:p>
    <w:p>
      <w:pPr>
        <w:pStyle w:val="ListBullet"/>
      </w:pPr>
      <w:r>
        <w:t>Climbing Stairs.</w:t>
      </w:r>
    </w:p>
    <w:p>
      <w:pPr>
        <w:pStyle w:val="ListBullet"/>
      </w:pPr>
      <w:r>
        <w:t>Gardening.</w:t>
      </w:r>
    </w:p>
    <w:p>
      <w:pPr>
        <w:pStyle w:val="ListBullet"/>
      </w:pPr>
      <w:r>
        <w:t>Household Chores.</w:t>
      </w:r>
    </w:p>
    <w:p>
      <w:pPr>
        <w:pStyle w:val="ListBullet"/>
      </w:pPr>
      <w:r>
        <w:t>Playing With Children.</w:t>
      </w:r>
    </w:p>
    <w:p>
      <w:pPr>
        <w:pStyle w:val="ListBullet"/>
      </w:pPr>
      <w:r>
        <w:t>Yoga.</w:t>
      </w:r>
    </w:p>
    <w:p>
      <w:pPr>
        <w:pStyle w:val="ListBullet"/>
      </w:pPr>
      <w:r>
        <w:t>Tai Chi.</w:t>
      </w:r>
    </w:p>
    <w:p>
      <w:pPr>
        <w:pStyle w:val="ListBullet"/>
      </w:pPr>
      <w:r>
        <w:t>Mobility Exercises.</w:t>
      </w:r>
    </w:p>
    <w:p>
      <w:pPr>
        <w:pStyle w:val="ListBullet"/>
      </w:pPr>
      <w:r>
        <w:t>Movement improves circulation.</w:t>
      </w:r>
    </w:p>
    <w:p>
      <w:pPr>
        <w:pStyle w:val="ListBullet"/>
      </w:pPr>
      <w:r>
        <w:t>Reduces muscle tension.</w:t>
      </w:r>
    </w:p>
    <w:p>
      <w:pPr>
        <w:pStyle w:val="ListBullet"/>
      </w:pPr>
      <w:r>
        <w:t>Supports emotional regulation.</w:t>
      </w:r>
    </w:p>
    <w:p>
      <w:pPr>
        <w:pStyle w:val="ListBullet"/>
      </w:pPr>
      <w:r>
        <w:t>Provides the nervous system with an opportunity to complete stress responses naturally.</w:t>
      </w:r>
    </w:p>
    <w:p>
      <w:pPr>
        <w:pStyle w:val="Heading3"/>
      </w:pPr>
      <w:r>
        <w:t>Protect Your Attention</w:t>
      </w:r>
    </w:p>
    <w:p>
      <w:r>
        <w:t>Attention is one of your most valuable biological resources.</w:t>
      </w:r>
    </w:p>
    <w:p>
      <w:r>
        <w:t>Unfortunately, modern technology constantly competes for it.</w:t>
      </w:r>
    </w:p>
    <w:p>
      <w:r>
        <w:t>Every notification asks your nervous system to shift focus.</w:t>
      </w:r>
    </w:p>
    <w:p>
      <w:r>
        <w:t>Every interruption increases cognitive demand.</w:t>
      </w:r>
    </w:p>
    <w:p>
      <w:r>
        <w:t>Consider creating periods during the day when you:</w:t>
      </w:r>
    </w:p>
    <w:p>
      <w:pPr>
        <w:pStyle w:val="ListBullet"/>
      </w:pPr>
      <w:r>
        <w:t>Silence Notifications.</w:t>
      </w:r>
    </w:p>
    <w:p>
      <w:pPr>
        <w:pStyle w:val="ListBullet"/>
      </w:pPr>
      <w:r>
        <w:t>Close Unnecessary Tabs.</w:t>
      </w:r>
    </w:p>
    <w:p>
      <w:pPr>
        <w:pStyle w:val="ListBullet"/>
      </w:pPr>
      <w:r>
        <w:t>Complete One Task At A Time.</w:t>
      </w:r>
    </w:p>
    <w:p>
      <w:pPr>
        <w:pStyle w:val="ListBullet"/>
      </w:pPr>
      <w:r>
        <w:t>Step Away From Your Phone.</w:t>
      </w:r>
    </w:p>
    <w:p>
      <w:pPr>
        <w:pStyle w:val="ListBullet"/>
      </w:pPr>
      <w:r>
        <w:t>Limit Exposure To Distressing News.</w:t>
      </w:r>
    </w:p>
    <w:p>
      <w:pPr>
        <w:pStyle w:val="ListBullet"/>
      </w:pPr>
      <w:r>
        <w:t>Protecting your attention also protects your nervous system.</w:t>
      </w:r>
    </w:p>
    <w:p>
      <w:pPr>
        <w:pStyle w:val="Heading3"/>
      </w:pPr>
      <w:r>
        <w:rPr>
          <w:b/>
        </w:rPr>
        <w:t>Bedside Example</w:t>
      </w:r>
    </w:p>
    <w:p>
      <w:pPr>
        <w:pStyle w:val="Quote"/>
      </w:pPr>
      <w:r>
        <w:rPr>
          <w:i/>
        </w:rPr>
        <w:t>One patient recovering from burnout told me she felt exhausted before lunchtime every day. As we discussed her routine, she realized she checked her phone almost continuously between tasks. Emails, text messages, news updates, and social media kept pulling her attention in different directions.</w:t>
      </w:r>
    </w:p>
    <w:p>
      <w:pPr>
        <w:pStyle w:val="Quote"/>
      </w:pPr>
      <w:r>
        <w:rPr>
          <w:i/>
        </w:rPr>
        <w:t>She decided to begin checking messages at scheduled times rather than every few minutes.</w:t>
      </w:r>
    </w:p>
    <w:p>
      <w:pPr>
        <w:pStyle w:val="Quote"/>
      </w:pPr>
      <w:r>
        <w:rPr>
          <w:i/>
        </w:rPr>
        <w:t>A few weeks later, she shared,</w:t>
      </w:r>
    </w:p>
    <w:p>
      <w:pPr>
        <w:pStyle w:val="Quote"/>
      </w:pPr>
      <w:r>
        <w:rPr>
          <w:i/>
        </w:rPr>
        <w:t>"I Feel Like My Brain Finally Has Room To Breathe."</w:t>
      </w:r>
    </w:p>
    <w:p>
      <w:pPr>
        <w:pStyle w:val="Quote"/>
      </w:pPr>
      <w:r>
        <w:rPr>
          <w:i/>
        </w:rPr>
        <w:t>Nothing dramatic had changed.</w:t>
      </w:r>
    </w:p>
    <w:p>
      <w:pPr>
        <w:pStyle w:val="Quote"/>
      </w:pPr>
      <w:r>
        <w:rPr>
          <w:i/>
        </w:rPr>
        <w:t>Her nervous system was simply experiencing fewer unnecessary interruptions.</w:t>
      </w:r>
    </w:p>
    <w:p>
      <w:pPr>
        <w:pStyle w:val="Heading3"/>
      </w:pPr>
      <w:r>
        <w:t>Eat Without Rushing</w:t>
      </w:r>
    </w:p>
    <w:p>
      <w:r>
        <w:t>Meals provide more than nutrition.</w:t>
      </w:r>
    </w:p>
    <w:p>
      <w:r>
        <w:t>They also offer opportunities for regulation.</w:t>
      </w:r>
    </w:p>
    <w:p>
      <w:r>
        <w:t>Many people eat while:</w:t>
      </w:r>
    </w:p>
    <w:p>
      <w:pPr>
        <w:pStyle w:val="ListBullet"/>
      </w:pPr>
      <w:r>
        <w:t>Driving.</w:t>
      </w:r>
    </w:p>
    <w:p>
      <w:pPr>
        <w:pStyle w:val="ListBullet"/>
      </w:pPr>
      <w:r>
        <w:t>Working.</w:t>
      </w:r>
    </w:p>
    <w:p>
      <w:pPr>
        <w:pStyle w:val="ListBullet"/>
      </w:pPr>
      <w:r>
        <w:t>Watching Television.</w:t>
      </w:r>
    </w:p>
    <w:p>
      <w:pPr>
        <w:pStyle w:val="ListBullet"/>
      </w:pPr>
      <w:r>
        <w:t>Answering Emails.</w:t>
      </w:r>
    </w:p>
    <w:p>
      <w:pPr>
        <w:pStyle w:val="ListBullet"/>
      </w:pPr>
      <w:r>
        <w:t>Scrolling Through Their Phone.</w:t>
      </w:r>
    </w:p>
    <w:p>
      <w:r>
        <w:t>Instead, whenever possible:</w:t>
      </w:r>
    </w:p>
    <w:p>
      <w:pPr>
        <w:pStyle w:val="ListBullet"/>
      </w:pPr>
      <w:r>
        <w:t>Sit down.</w:t>
      </w:r>
    </w:p>
    <w:p>
      <w:pPr>
        <w:pStyle w:val="ListBullet"/>
      </w:pPr>
      <w:r>
        <w:t>Slow your pace.</w:t>
      </w:r>
    </w:p>
    <w:p>
      <w:pPr>
        <w:pStyle w:val="ListBullet"/>
      </w:pPr>
      <w:r>
        <w:t>Notice the taste of your food.</w:t>
      </w:r>
    </w:p>
    <w:p>
      <w:pPr>
        <w:pStyle w:val="ListBullet"/>
      </w:pPr>
      <w:r>
        <w:t>Chew thoroughly.</w:t>
      </w:r>
    </w:p>
    <w:p>
      <w:pPr>
        <w:pStyle w:val="ListBullet"/>
      </w:pPr>
      <w:r>
        <w:t>Allow yourself a few uninterrupted minutes.</w:t>
      </w:r>
    </w:p>
    <w:p>
      <w:pPr>
        <w:pStyle w:val="ListBullet"/>
      </w:pPr>
      <w:r>
        <w:t>These small practices help shift the body toward digestion and recovery rather than constant urgency.</w:t>
      </w:r>
    </w:p>
    <w:p>
      <w:pPr>
        <w:pStyle w:val="Heading3"/>
      </w:pPr>
      <w:r>
        <w:t>Create A Personal Reset Ritual</w:t>
      </w:r>
    </w:p>
    <w:p>
      <w:r>
        <w:t>Everyone benefits from having a reliable method to calm their nervous system.</w:t>
      </w:r>
    </w:p>
    <w:p>
      <w:r>
        <w:t>Your reset ritual might include:</w:t>
      </w:r>
    </w:p>
    <w:p>
      <w:pPr>
        <w:pStyle w:val="ListBullet"/>
      </w:pPr>
      <w:r>
        <w:t>Three Slow Breaths.</w:t>
      </w:r>
    </w:p>
    <w:p>
      <w:pPr>
        <w:pStyle w:val="ListBullet"/>
      </w:pPr>
      <w:r>
        <w:t>Relaxing Your Shoulders.</w:t>
      </w:r>
    </w:p>
    <w:p>
      <w:pPr>
        <w:pStyle w:val="ListBullet"/>
      </w:pPr>
      <w:r>
        <w:t>Drinking Water.</w:t>
      </w:r>
    </w:p>
    <w:p>
      <w:pPr>
        <w:pStyle w:val="ListBullet"/>
      </w:pPr>
      <w:r>
        <w:t>Looking Out A Window.</w:t>
      </w:r>
    </w:p>
    <w:p>
      <w:pPr>
        <w:pStyle w:val="ListBullet"/>
      </w:pPr>
      <w:r>
        <w:t>Stretching.</w:t>
      </w:r>
    </w:p>
    <w:p>
      <w:pPr>
        <w:pStyle w:val="ListBullet"/>
      </w:pPr>
      <w:r>
        <w:t>Listening To Calming Music.</w:t>
      </w:r>
    </w:p>
    <w:p>
      <w:pPr>
        <w:pStyle w:val="ListBullet"/>
      </w:pPr>
      <w:r>
        <w:t>Stepping Outside.</w:t>
      </w:r>
    </w:p>
    <w:p>
      <w:pPr>
        <w:pStyle w:val="ListBullet"/>
      </w:pPr>
      <w:r>
        <w:t>Brief Prayer Or Meditation.</w:t>
      </w:r>
    </w:p>
    <w:p>
      <w:pPr>
        <w:pStyle w:val="ListBullet"/>
      </w:pPr>
      <w:r>
        <w:t>Writing One Sentence In A Journal.</w:t>
      </w:r>
    </w:p>
    <w:p>
      <w:pPr>
        <w:pStyle w:val="ListBullet"/>
      </w:pPr>
      <w:r>
        <w:t>Keep it simple.</w:t>
      </w:r>
    </w:p>
    <w:p>
      <w:pPr>
        <w:pStyle w:val="ListBullet"/>
      </w:pPr>
      <w:r>
        <w:t>The easier the routine, the more likely you are to use it consistently.</w:t>
      </w:r>
    </w:p>
    <w:p>
      <w:pPr>
        <w:pStyle w:val="Heading3"/>
      </w:pPr>
      <w:r>
        <w:t>End The Day Gradually</w:t>
      </w:r>
    </w:p>
    <w:p>
      <w:r>
        <w:t>Many people expect their nervous system to transition immediately from work mode into deep sleep.</w:t>
      </w:r>
    </w:p>
    <w:p>
      <w:r>
        <w:t>That rarely happens naturally.</w:t>
      </w:r>
    </w:p>
    <w:p>
      <w:r>
        <w:t>Instead, create an evening transition.</w:t>
      </w:r>
    </w:p>
    <w:p>
      <w:r>
        <w:t>Helpful habits include:</w:t>
      </w:r>
    </w:p>
    <w:p>
      <w:pPr>
        <w:pStyle w:val="ListBullet"/>
      </w:pPr>
      <w:r>
        <w:t>Dimming Lights.</w:t>
      </w:r>
    </w:p>
    <w:p>
      <w:pPr>
        <w:pStyle w:val="ListBullet"/>
      </w:pPr>
      <w:r>
        <w:t>Turning Off Work Notifications.</w:t>
      </w:r>
    </w:p>
    <w:p>
      <w:pPr>
        <w:pStyle w:val="ListBullet"/>
      </w:pPr>
      <w:r>
        <w:t>Gentle Stretching.</w:t>
      </w:r>
    </w:p>
    <w:p>
      <w:pPr>
        <w:pStyle w:val="ListBullet"/>
      </w:pPr>
      <w:r>
        <w:t>Reading.</w:t>
      </w:r>
    </w:p>
    <w:p>
      <w:pPr>
        <w:pStyle w:val="ListBullet"/>
      </w:pPr>
      <w:r>
        <w:t>Journaling.</w:t>
      </w:r>
    </w:p>
    <w:p>
      <w:pPr>
        <w:pStyle w:val="ListBullet"/>
      </w:pPr>
      <w:r>
        <w:t>Gratitude Reflection.</w:t>
      </w:r>
    </w:p>
    <w:p>
      <w:pPr>
        <w:pStyle w:val="ListBullet"/>
      </w:pPr>
      <w:r>
        <w:t>Relaxed Conversation.</w:t>
      </w:r>
    </w:p>
    <w:p>
      <w:pPr>
        <w:pStyle w:val="ListBullet"/>
      </w:pPr>
      <w:r>
        <w:t>Slow Breathing.</w:t>
      </w:r>
    </w:p>
    <w:p>
      <w:pPr>
        <w:pStyle w:val="ListBullet"/>
      </w:pPr>
      <w:r>
        <w:t>These repeated actions teach the nervous system that the day's responsibilities are ending.</w:t>
      </w:r>
    </w:p>
    <w:p>
      <w:pPr>
        <w:pStyle w:val="Heading3"/>
      </w:pPr>
      <w:r>
        <w:t>Consistency Beats Intensity</w:t>
      </w:r>
    </w:p>
    <w:p>
      <w:r>
        <w:t>One of the biggest mistakes people make is trying to change everything at once.</w:t>
      </w:r>
    </w:p>
    <w:p>
      <w:r>
        <w:t>They begin:</w:t>
      </w:r>
    </w:p>
    <w:p>
      <w:pPr>
        <w:pStyle w:val="ListBullet"/>
      </w:pPr>
      <w:r>
        <w:t>Exercising Daily.</w:t>
      </w:r>
    </w:p>
    <w:p>
      <w:pPr>
        <w:pStyle w:val="ListBullet"/>
      </w:pPr>
      <w:r>
        <w:t>Meditating For An Hour.</w:t>
      </w:r>
    </w:p>
    <w:p>
      <w:pPr>
        <w:pStyle w:val="ListBullet"/>
      </w:pPr>
      <w:r>
        <w:t>Completely Changing Their Diet.</w:t>
      </w:r>
    </w:p>
    <w:p>
      <w:pPr>
        <w:pStyle w:val="ListBullet"/>
      </w:pPr>
      <w:r>
        <w:t>Eliminating Every Source Of Stress.</w:t>
      </w:r>
    </w:p>
    <w:p>
      <w:pPr>
        <w:pStyle w:val="ListBullet"/>
      </w:pPr>
      <w:r>
        <w:t>Within a week, they feel overwhelmed.</w:t>
      </w:r>
    </w:p>
    <w:p>
      <w:pPr>
        <w:pStyle w:val="ListBullet"/>
      </w:pPr>
      <w:r>
        <w:t>Recovery does not require perfection.</w:t>
      </w:r>
    </w:p>
    <w:p>
      <w:pPr>
        <w:pStyle w:val="ListBullet"/>
      </w:pPr>
      <w:r>
        <w:t>It requires consistency.</w:t>
      </w:r>
    </w:p>
    <w:p>
      <w:r>
        <w:t>Five minutes of practice every day often produces greater long-term benefits than one hour of practice a week.</w:t>
      </w:r>
    </w:p>
    <w:p>
      <w:r>
        <w:t>Small habits become lasting habits.</w:t>
      </w:r>
    </w:p>
    <w:p>
      <w:pPr>
        <w:pStyle w:val="Heading3"/>
      </w:pPr>
      <w:r>
        <w:rPr>
          <w:b/>
        </w:rPr>
        <w:t>RN Insight</w:t>
      </w:r>
    </w:p>
    <w:p>
      <w:pPr>
        <w:pStyle w:val="Quote"/>
      </w:pPr>
      <w:r>
        <w:rPr>
          <w:i/>
        </w:rPr>
        <w:t>Some of the healthiest lifestyle changes I have seen in patients started with surprisingly small commitments. One person began taking a ten-minute walk after dinner, another practiced slow breathing before every meal. Someone else simply committed to going to bed at the same time each night. These habits seemed modest, yet months later, they often became the foundation for significant improvements in energy, mood, sleep, and overall well-being. Sustainable recovery is usually built through small actions repeated faithfully.</w:t>
      </w:r>
    </w:p>
    <w:p>
      <w:pPr>
        <w:pStyle w:val="Heading3"/>
      </w:pPr>
      <w:r>
        <w:t>Expect Progress, Not Perfection</w:t>
      </w:r>
    </w:p>
    <w:p>
      <w:r>
        <w:t>There will still be stressful days.</w:t>
      </w:r>
    </w:p>
    <w:p>
      <w:r>
        <w:t>Unexpected events will still occur.</w:t>
      </w:r>
    </w:p>
    <w:p>
      <w:r>
        <w:t>Your nervous system will still activate.</w:t>
      </w:r>
    </w:p>
    <w:p>
      <w:r>
        <w:t>That does not mean you are failing.</w:t>
      </w:r>
    </w:p>
    <w:p>
      <w:r>
        <w:t>Success is not measured by avoiding stress.</w:t>
      </w:r>
    </w:p>
    <w:p>
      <w:r>
        <w:t>Success is measured by questions like:</w:t>
      </w:r>
    </w:p>
    <w:p>
      <w:pPr>
        <w:pStyle w:val="ListBullet"/>
      </w:pPr>
      <w:r>
        <w:t>Did I Notice My Stress Earlier?</w:t>
      </w:r>
    </w:p>
    <w:p>
      <w:pPr>
        <w:pStyle w:val="ListBullet"/>
      </w:pPr>
      <w:r>
        <w:t>Did I Pause Before Reacting?</w:t>
      </w:r>
    </w:p>
    <w:p>
      <w:pPr>
        <w:pStyle w:val="ListBullet"/>
      </w:pPr>
      <w:r>
        <w:t>Did I Recover More Quickly?</w:t>
      </w:r>
    </w:p>
    <w:p>
      <w:pPr>
        <w:pStyle w:val="ListBullet"/>
      </w:pPr>
      <w:r>
        <w:t>Did I Practice At Least One Recovery Habit Today?</w:t>
      </w:r>
    </w:p>
    <w:p>
      <w:pPr>
        <w:pStyle w:val="ListBullet"/>
      </w:pPr>
      <w:r>
        <w:t>These are meaningful signs that your nervous system is becoming more resilient.</w:t>
      </w:r>
    </w:p>
    <w:p>
      <w:pPr>
        <w:pStyle w:val="Heading3"/>
      </w:pPr>
      <w:r>
        <w:t>Build Your Routine Gradually</w:t>
      </w:r>
    </w:p>
    <w:p>
      <w:r>
        <w:t>You do not need ten new habits tomorrow.</w:t>
      </w:r>
    </w:p>
    <w:p>
      <w:r>
        <w:t>Start with one.</w:t>
      </w:r>
    </w:p>
    <w:p>
      <w:r>
        <w:t>Practice it consistently.</w:t>
      </w:r>
    </w:p>
    <w:p>
      <w:r>
        <w:t>Then add another.</w:t>
      </w:r>
    </w:p>
    <w:p>
      <w:r>
        <w:t>Examples might include:</w:t>
      </w:r>
    </w:p>
    <w:p>
      <w:r>
        <w:t>Week One:</w:t>
      </w:r>
    </w:p>
    <w:p>
      <w:pPr>
        <w:pStyle w:val="ListBullet"/>
      </w:pPr>
      <w:r>
        <w:t>Five Slow Breaths Each Morning.</w:t>
      </w:r>
    </w:p>
    <w:p>
      <w:r>
        <w:t>Week Two:</w:t>
      </w:r>
    </w:p>
    <w:p>
      <w:pPr>
        <w:pStyle w:val="ListBullet"/>
      </w:pPr>
      <w:r>
        <w:t>Add A Ten-Minute Walk.</w:t>
      </w:r>
    </w:p>
    <w:p>
      <w:r>
        <w:t>Week Three:</w:t>
      </w:r>
    </w:p>
    <w:p>
      <w:pPr>
        <w:pStyle w:val="ListBullet"/>
      </w:pPr>
      <w:r>
        <w:t>Add A Consistent Bedtime.</w:t>
      </w:r>
    </w:p>
    <w:p>
      <w:r>
        <w:t>Week Four:</w:t>
      </w:r>
    </w:p>
    <w:p>
      <w:pPr>
        <w:pStyle w:val="ListBullet"/>
      </w:pPr>
      <w:r>
        <w:t>Add One Midday Recovery Break.</w:t>
      </w:r>
    </w:p>
    <w:p>
      <w:pPr>
        <w:pStyle w:val="ListBullet"/>
      </w:pPr>
      <w:r>
        <w:t>Small improvements accumulate.</w:t>
      </w:r>
    </w:p>
    <w:p>
      <w:pPr>
        <w:pStyle w:val="ListBullet"/>
      </w:pPr>
      <w:r>
        <w:t>The nervous system responds more to consistency than to intensity.</w:t>
      </w:r>
    </w:p>
    <w:p>
      <w:pPr>
        <w:pStyle w:val="Heading3"/>
      </w:pPr>
      <w:r>
        <w:t>Recovery Is Becoming Your New Normal</w:t>
      </w:r>
    </w:p>
    <w:p>
      <w:r>
        <w:t>The remarkable thing about the nervous system is that it continues learning throughout life.</w:t>
      </w:r>
    </w:p>
    <w:p>
      <w:r>
        <w:t>Just as it learned chronic stress, it can learn recovery.</w:t>
      </w:r>
    </w:p>
    <w:p>
      <w:r>
        <w:t>Eventually, healthy habits begin feeling natural.</w:t>
      </w:r>
    </w:p>
    <w:p>
      <w:r>
        <w:t>Calm becomes more familiar.</w:t>
      </w:r>
    </w:p>
    <w:p>
      <w:r>
        <w:t>Rest becomes less uncomfortable.</w:t>
      </w:r>
    </w:p>
    <w:p>
      <w:r>
        <w:t>Recovery becomes something your body expects rather than resists.</w:t>
      </w:r>
    </w:p>
    <w:p>
      <w:r>
        <w:t>That transformation does not happen because one day is perfect.</w:t>
      </w:r>
    </w:p>
    <w:p>
      <w:r>
        <w:t>It happens because hundreds of ordinary days gradually teach your nervous system a different way of living.</w:t>
      </w:r>
    </w:p>
    <w:p>
      <w:pPr>
        <w:pStyle w:val="Heading3"/>
      </w:pPr>
      <w:r>
        <w:t>Key Takeaways</w:t>
      </w:r>
    </w:p>
    <w:p>
      <w:pPr>
        <w:pStyle w:val="ListBullet"/>
      </w:pPr>
      <w:r>
        <w:t>Daily Routines Provide Powerful Signals Of Predictability And Safety.</w:t>
      </w:r>
    </w:p>
    <w:p>
      <w:pPr>
        <w:pStyle w:val="ListBullet"/>
      </w:pPr>
      <w:r>
        <w:t>Small Recovery Practices Throughout The Day Prevent Stress From Continuously Accumulating.</w:t>
      </w:r>
    </w:p>
    <w:p>
      <w:pPr>
        <w:pStyle w:val="ListBullet"/>
      </w:pPr>
      <w:r>
        <w:t>Morning And Evening Routines Strongly Influence Nervous System Regulation.</w:t>
      </w:r>
    </w:p>
    <w:p>
      <w:pPr>
        <w:pStyle w:val="ListBullet"/>
      </w:pPr>
      <w:r>
        <w:t>Body Awareness Helps You Recognize Stress Before It Becomes Overwhelming.</w:t>
      </w:r>
    </w:p>
    <w:p>
      <w:pPr>
        <w:pStyle w:val="ListBullet"/>
      </w:pPr>
      <w:r>
        <w:t>Protecting Your Attention Reduces Unnecessary Nervous System Activation.</w:t>
      </w:r>
    </w:p>
    <w:p>
      <w:pPr>
        <w:pStyle w:val="ListBullet"/>
      </w:pPr>
      <w:r>
        <w:t>Consistency Produces Greater Long-Term Results Than Intensity.</w:t>
      </w:r>
    </w:p>
    <w:p>
      <w:pPr>
        <w:pStyle w:val="ListBullet"/>
      </w:pPr>
      <w:r>
        <w:t>Lasting Recovery Is Built One Small Habit At A Time.</w:t>
      </w:r>
    </w:p>
    <w:p>
      <w:pPr>
        <w:pStyle w:val="Heading3"/>
      </w:pPr>
      <w:r>
        <w:t>Chapter Reflection</w:t>
      </w:r>
    </w:p>
    <w:p>
      <w:r>
        <w:t>Before Continuing, Reflect On These Questions.</w:t>
      </w:r>
    </w:p>
    <w:p>
      <w:pPr>
        <w:pStyle w:val="ListBullet"/>
      </w:pPr>
      <w:r>
        <w:t>Which Part Of My Day Feels Most Stressful?</w:t>
      </w:r>
    </w:p>
    <w:p>
      <w:pPr>
        <w:pStyle w:val="ListBullet"/>
      </w:pPr>
      <w:r>
        <w:t>Which Small Recovery Habit Would Be Easiest To Begin This Week?</w:t>
      </w:r>
    </w:p>
    <w:p>
      <w:pPr>
        <w:pStyle w:val="ListBullet"/>
      </w:pPr>
      <w:r>
        <w:t>How Often Do I Pause To Notice My Body During The Day?</w:t>
      </w:r>
    </w:p>
    <w:p>
      <w:pPr>
        <w:pStyle w:val="ListBullet"/>
      </w:pPr>
      <w:r>
        <w:t>Which Daily Routine Already Helps Me Feel Calm?</w:t>
      </w:r>
    </w:p>
    <w:p>
      <w:pPr>
        <w:pStyle w:val="ListBullet"/>
      </w:pPr>
      <w:r>
        <w:t>What One Habit Am I Willing To Practice Every Day For The Next Thirty Days?</w:t>
      </w:r>
    </w:p>
    <w:p>
      <w:r>
        <w:t>In the next chapter, we will explore one of the fastest ways to influence your nervous system: your breathing. You will learn why breathing patterns directly affect stress physiology, how different breathing techniques support regulation, and how just a few intentional breaths can become powerful tools for restoring calm in the middle of everyday life.</w:t>
      </w:r>
    </w:p>
    <w:p>
      <w:r>
        <w:br w:type="page"/>
      </w:r>
    </w:p>
    <w:p>
      <w:pPr>
        <w:pStyle w:val="Heading1"/>
        <w:jc w:val="center"/>
      </w:pPr>
      <w:r>
        <w:t>Chapter 13: Breathing: Your Fastest Path Back to Regulation</w:t>
      </w:r>
    </w:p>
    <w:p>
      <w:pPr>
        <w:pStyle w:val="Quote"/>
      </w:pPr>
      <w:r>
        <w:rPr>
          <w:i/>
        </w:rPr>
        <w:t>"Every Breath Sends Information To Your Brain. The Way You Breathe Can Reinforce Survival Mode Or Encourage Recovery."</w:t>
      </w:r>
    </w:p>
    <w:p>
      <w:pPr>
        <w:pStyle w:val="Heading3"/>
      </w:pPr>
      <w:r>
        <w:t>Chapter Overview</w:t>
      </w:r>
    </w:p>
    <w:p>
      <w:r>
        <w:t>Of all the tools available for nervous system regulation, breathing is one of the simplest, most accessible, and most powerful.</w:t>
      </w:r>
    </w:p>
    <w:p>
      <w:r>
        <w:t>You do not need expensive equipment.</w:t>
      </w:r>
    </w:p>
    <w:p>
      <w:r>
        <w:t>You do not need special training.</w:t>
      </w:r>
    </w:p>
    <w:p>
      <w:r>
        <w:t>You do not need perfect conditions.</w:t>
      </w:r>
    </w:p>
    <w:p>
      <w:r>
        <w:t>Your breath is available wherever you are.</w:t>
      </w:r>
    </w:p>
    <w:p>
      <w:r>
        <w:t>Whether you are:</w:t>
      </w:r>
    </w:p>
    <w:p>
      <w:pPr>
        <w:pStyle w:val="ListBullet"/>
      </w:pPr>
      <w:r>
        <w:t>Sitting At Your Desk.</w:t>
      </w:r>
    </w:p>
    <w:p>
      <w:pPr>
        <w:pStyle w:val="ListBullet"/>
      </w:pPr>
      <w:r>
        <w:t>Driving Home.</w:t>
      </w:r>
    </w:p>
    <w:p>
      <w:pPr>
        <w:pStyle w:val="ListBullet"/>
      </w:pPr>
      <w:r>
        <w:t>Waiting In Line.</w:t>
      </w:r>
    </w:p>
    <w:p>
      <w:pPr>
        <w:pStyle w:val="ListBullet"/>
      </w:pPr>
      <w:r>
        <w:t>Preparing For An Important Conversation.</w:t>
      </w:r>
    </w:p>
    <w:p>
      <w:pPr>
        <w:pStyle w:val="ListBullet"/>
      </w:pPr>
      <w:r>
        <w:t>Lying Awake At Night.</w:t>
      </w:r>
    </w:p>
    <w:p>
      <w:pPr>
        <w:pStyle w:val="ListBullet"/>
      </w:pPr>
      <w:r>
        <w:t>Feeling Overwhelmed.</w:t>
      </w:r>
    </w:p>
    <w:p>
      <w:r>
        <w:t>Your breathing can become a direct line of communication between your body and your nervous system.</w:t>
      </w:r>
    </w:p>
    <w:p>
      <w:r>
        <w:t>This chapter explains why breathing has such a powerful effect on stress physiology, how chronic stress changes breathing patterns, and how simple breathing exercises can help your body gradually shift from survival mode toward regulation.</w:t>
      </w:r>
    </w:p>
    <w:p>
      <w:pPr>
        <w:pStyle w:val="Heading3"/>
      </w:pPr>
      <w:r>
        <w:t>Breathing Is More Than Oxygen</w:t>
      </w:r>
    </w:p>
    <w:p>
      <w:r>
        <w:t>Most people think breathing has only one purpose.</w:t>
      </w:r>
    </w:p>
    <w:p>
      <w:r>
        <w:t>To deliver oxygen.</w:t>
      </w:r>
    </w:p>
    <w:p>
      <w:r>
        <w:t>While oxygen is certainly essential, breathing also serves another important role.</w:t>
      </w:r>
    </w:p>
    <w:p>
      <w:r>
        <w:t>It constantly provides your brain with information about your current state.</w:t>
      </w:r>
    </w:p>
    <w:p>
      <w:r>
        <w:t>Your nervous system notices:</w:t>
      </w:r>
    </w:p>
    <w:p>
      <w:pPr>
        <w:pStyle w:val="ListBullet"/>
      </w:pPr>
      <w:r>
        <w:t>How Fast You Are Breathing.</w:t>
      </w:r>
    </w:p>
    <w:p>
      <w:pPr>
        <w:pStyle w:val="ListBullet"/>
      </w:pPr>
      <w:r>
        <w:t>How Deeply You Are Breathing?</w:t>
      </w:r>
    </w:p>
    <w:p>
      <w:pPr>
        <w:pStyle w:val="ListBullet"/>
      </w:pPr>
      <w:r>
        <w:t>Whether Your Breathing Is Smooth Or Rapid.</w:t>
      </w:r>
    </w:p>
    <w:p>
      <w:pPr>
        <w:pStyle w:val="ListBullet"/>
      </w:pPr>
      <w:r>
        <w:t>Whether You Are Holding Your Breath.</w:t>
      </w:r>
    </w:p>
    <w:p>
      <w:pPr>
        <w:pStyle w:val="ListBullet"/>
      </w:pPr>
      <w:r>
        <w:t>Whether Your Exhale Is Relaxed.</w:t>
      </w:r>
    </w:p>
    <w:p>
      <w:pPr>
        <w:pStyle w:val="ListBullet"/>
      </w:pPr>
      <w:r>
        <w:t>These breathing patterns help your brain decide whether to remain alert or begin relaxing.</w:t>
      </w:r>
    </w:p>
    <w:p>
      <w:pPr>
        <w:pStyle w:val="Heading3"/>
      </w:pPr>
      <w:r>
        <w:t>Stress Changes Your Breathing Automatically</w:t>
      </w:r>
    </w:p>
    <w:p>
      <w:r>
        <w:t>When the nervous system senses danger, breathing changes naturally.</w:t>
      </w:r>
    </w:p>
    <w:p>
      <w:r>
        <w:t>It often becomes:</w:t>
      </w:r>
    </w:p>
    <w:p>
      <w:pPr>
        <w:pStyle w:val="ListBullet"/>
      </w:pPr>
      <w:r>
        <w:t>Faster.</w:t>
      </w:r>
    </w:p>
    <w:p>
      <w:pPr>
        <w:pStyle w:val="ListBullet"/>
      </w:pPr>
      <w:r>
        <w:t>Shallower.</w:t>
      </w:r>
    </w:p>
    <w:p>
      <w:pPr>
        <w:pStyle w:val="ListBullet"/>
      </w:pPr>
      <w:r>
        <w:t>Higher In The Chest.</w:t>
      </w:r>
    </w:p>
    <w:p>
      <w:pPr>
        <w:pStyle w:val="ListBullet"/>
      </w:pPr>
      <w:r>
        <w:t>Less Rhythmic.</w:t>
      </w:r>
    </w:p>
    <w:p>
      <w:pPr>
        <w:pStyle w:val="ListBullet"/>
      </w:pPr>
      <w:r>
        <w:t>More Rapid During Exhalation.</w:t>
      </w:r>
    </w:p>
    <w:p>
      <w:pPr>
        <w:pStyle w:val="ListBullet"/>
      </w:pPr>
      <w:r>
        <w:t>This makes perfect sense during genuine emergencies.</w:t>
      </w:r>
    </w:p>
    <w:p>
      <w:pPr>
        <w:pStyle w:val="ListBullet"/>
      </w:pPr>
      <w:r>
        <w:t>Faster breathing helps prepare the body for action.</w:t>
      </w:r>
    </w:p>
    <w:p>
      <w:pPr>
        <w:pStyle w:val="ListBullet"/>
      </w:pPr>
      <w:r>
        <w:t>The problem develops when this breathing pattern continues throughout the day despite no immediate danger.</w:t>
      </w:r>
    </w:p>
    <w:p>
      <w:pPr>
        <w:pStyle w:val="ListBullet"/>
      </w:pPr>
      <w:r>
        <w:t>Many people breathe this way for months or even years without realizing it.</w:t>
      </w:r>
    </w:p>
    <w:p>
      <w:pPr>
        <w:pStyle w:val="Heading3"/>
      </w:pPr>
      <w:r>
        <w:t>Your Body Is Always Listening</w:t>
      </w:r>
    </w:p>
    <w:p>
      <w:r>
        <w:t>One fascinating aspect of breathing is that communication flows in both directions.</w:t>
      </w:r>
    </w:p>
    <w:p>
      <w:r>
        <w:t>Your brain changes your breathing.</w:t>
      </w:r>
    </w:p>
    <w:p>
      <w:r>
        <w:t>Your breathing also changes your brain.</w:t>
      </w:r>
    </w:p>
    <w:p>
      <w:r>
        <w:t>Imagine smiling.</w:t>
      </w:r>
    </w:p>
    <w:p>
      <w:r>
        <w:t>Even if the smile begins intentionally, your brain often subtly shifts your emotional state.</w:t>
      </w:r>
    </w:p>
    <w:p>
      <w:r>
        <w:t>Breathing works similarly.</w:t>
      </w:r>
    </w:p>
    <w:p>
      <w:r>
        <w:t>When you intentionally slow your breathing, your nervous system receives new information.</w:t>
      </w:r>
    </w:p>
    <w:p>
      <w:r>
        <w:t>Instead of hearing:</w:t>
      </w:r>
    </w:p>
    <w:p>
      <w:r>
        <w:rPr>
          <w:i/>
        </w:rPr>
        <w:t>"Emergency."</w:t>
      </w:r>
    </w:p>
    <w:p>
      <w:r>
        <w:t>It begins hearing:</w:t>
      </w:r>
    </w:p>
    <w:p>
      <w:pPr>
        <w:pStyle w:val="Heading3"/>
      </w:pPr>
      <w:r>
        <w:t>"Perhaps Things Are Safe Enough To Slow Down."</w:t>
      </w:r>
    </w:p>
    <w:p>
      <w:pPr>
        <w:pStyle w:val="Heading3"/>
      </w:pPr>
      <w:r>
        <w:t>Why Exhaling Matters So Much</w:t>
      </w:r>
    </w:p>
    <w:p>
      <w:r>
        <w:t>Many people focus primarily on inhaling.</w:t>
      </w:r>
    </w:p>
    <w:p>
      <w:r>
        <w:t>However, the exhale plays an especially important role in nervous system regulation.</w:t>
      </w:r>
    </w:p>
    <w:p>
      <w:r>
        <w:t>A slow, relaxed exhale encourages the body to reduce unnecessary activation.</w:t>
      </w:r>
    </w:p>
    <w:p>
      <w:r>
        <w:t>This is why many calming breathing techniques emphasize:</w:t>
      </w:r>
    </w:p>
    <w:p>
      <w:pPr>
        <w:pStyle w:val="ListBullet"/>
      </w:pPr>
      <w:r>
        <w:t>A Gentle Inhale.</w:t>
      </w:r>
    </w:p>
    <w:p>
      <w:pPr>
        <w:pStyle w:val="ListBullet"/>
      </w:pPr>
      <w:r>
        <w:t>A Slightly Longer Exhale.</w:t>
      </w:r>
    </w:p>
    <w:p>
      <w:pPr>
        <w:pStyle w:val="ListBullet"/>
      </w:pPr>
      <w:r>
        <w:t>Smooth, Comfortable Breathing.</w:t>
      </w:r>
    </w:p>
    <w:p>
      <w:pPr>
        <w:pStyle w:val="ListBullet"/>
      </w:pPr>
      <w:r>
        <w:t>The goal is never to force the breath.</w:t>
      </w:r>
    </w:p>
    <w:p>
      <w:r>
        <w:t>Instead, you are creating a rhythm that communicates calm.</w:t>
      </w:r>
    </w:p>
    <w:p>
      <w:pPr>
        <w:pStyle w:val="Heading3"/>
      </w:pPr>
      <w:r>
        <w:t>The Problem With Holding Your Breath</w:t>
      </w:r>
    </w:p>
    <w:p>
      <w:r>
        <w:t>Stress often causes people to hold their breath without realizing it.</w:t>
      </w:r>
    </w:p>
    <w:p>
      <w:r>
        <w:t>You may notice yourself doing this while:</w:t>
      </w:r>
    </w:p>
    <w:p>
      <w:pPr>
        <w:pStyle w:val="ListBullet"/>
      </w:pPr>
      <w:r>
        <w:t>Reading Emails.</w:t>
      </w:r>
    </w:p>
    <w:p>
      <w:pPr>
        <w:pStyle w:val="ListBullet"/>
      </w:pPr>
      <w:r>
        <w:t>Driving In Heavy Traffic.</w:t>
      </w:r>
    </w:p>
    <w:p>
      <w:pPr>
        <w:pStyle w:val="ListBullet"/>
      </w:pPr>
      <w:r>
        <w:t>Concentrating.</w:t>
      </w:r>
    </w:p>
    <w:p>
      <w:pPr>
        <w:pStyle w:val="ListBullet"/>
      </w:pPr>
      <w:r>
        <w:t>Carrying Heavy Objects.</w:t>
      </w:r>
    </w:p>
    <w:p>
      <w:pPr>
        <w:pStyle w:val="ListBullet"/>
      </w:pPr>
      <w:r>
        <w:t>Watching Distressing News.</w:t>
      </w:r>
    </w:p>
    <w:p>
      <w:pPr>
        <w:pStyle w:val="ListBullet"/>
      </w:pPr>
      <w:r>
        <w:t>Feeling Anxious.</w:t>
      </w:r>
    </w:p>
    <w:p>
      <w:pPr>
        <w:pStyle w:val="ListBullet"/>
      </w:pPr>
      <w:r>
        <w:t>Holding your breath briefly is not dangerous for most healthy people.</w:t>
      </w:r>
    </w:p>
    <w:p>
      <w:r>
        <w:t>However, repeated breath-holding throughout the day may contribute to increased muscle tension and reinforce a sense of urgency.</w:t>
      </w:r>
    </w:p>
    <w:p>
      <w:r>
        <w:t>Learning to notice these moments allows you to return to relaxed breathing gently.</w:t>
      </w:r>
    </w:p>
    <w:p>
      <w:pPr>
        <w:pStyle w:val="Heading3"/>
      </w:pPr>
      <w:r>
        <w:rPr>
          <w:b/>
        </w:rPr>
        <w:t>RN Insight</w:t>
      </w:r>
    </w:p>
    <w:p>
      <w:pPr>
        <w:pStyle w:val="Quote"/>
      </w:pPr>
      <w:r>
        <w:rPr>
          <w:i/>
        </w:rPr>
        <w:t>One of the simplest interventions nurses often encourage is slow, controlled breathing. Before procedures, during painful treatments, or when patients become anxious, guiding them through calm breathing frequently helps reduce visible tension. While breathing does not eliminate every stressful situation, it often helps people regain a greater sense of control and makes it easier for the body to settle.</w:t>
      </w:r>
    </w:p>
    <w:p>
      <w:pPr>
        <w:pStyle w:val="Heading3"/>
      </w:pPr>
      <w:r>
        <w:t>Diaphragmatic Breathing</w:t>
      </w:r>
    </w:p>
    <w:p>
      <w:r>
        <w:t>Healthy breathing usually begins with the diaphragm, the large muscle beneath the lungs.</w:t>
      </w:r>
    </w:p>
    <w:p>
      <w:r>
        <w:t>When the diaphragm works efficiently:</w:t>
      </w:r>
    </w:p>
    <w:p>
      <w:pPr>
        <w:pStyle w:val="ListBullet"/>
      </w:pPr>
      <w:r>
        <w:t>The Abdomen Expands Gently During Inhalation.</w:t>
      </w:r>
    </w:p>
    <w:p>
      <w:pPr>
        <w:pStyle w:val="ListBullet"/>
      </w:pPr>
      <w:r>
        <w:t>The Chest Remains Relatively Relaxed.</w:t>
      </w:r>
    </w:p>
    <w:p>
      <w:pPr>
        <w:pStyle w:val="ListBullet"/>
      </w:pPr>
      <w:r>
        <w:t>Breathing Feels Smooth.</w:t>
      </w:r>
    </w:p>
    <w:p>
      <w:pPr>
        <w:pStyle w:val="ListBullet"/>
      </w:pPr>
      <w:r>
        <w:t>Less Energy Is Required.</w:t>
      </w:r>
    </w:p>
    <w:p>
      <w:pPr>
        <w:pStyle w:val="ListBullet"/>
      </w:pPr>
      <w:r>
        <w:t>During chronic stress, many people shift toward shallow chest breathing.</w:t>
      </w:r>
    </w:p>
    <w:p>
      <w:pPr>
        <w:pStyle w:val="ListBullet"/>
      </w:pPr>
      <w:r>
        <w:t>Fortunately, this pattern can often improve with practice.</w:t>
      </w:r>
    </w:p>
    <w:p>
      <w:pPr>
        <w:pStyle w:val="Heading3"/>
      </w:pPr>
      <w:r>
        <w:t>Practice</w:t>
      </w:r>
    </w:p>
    <w:p>
      <w:r>
        <w:t>Place one hand on your chest.</w:t>
      </w:r>
    </w:p>
    <w:p>
      <w:r>
        <w:t>Place the other on your abdomen.</w:t>
      </w:r>
    </w:p>
    <w:p>
      <w:r>
        <w:t>Breathe gently through your nose.</w:t>
      </w:r>
    </w:p>
    <w:p>
      <w:r>
        <w:t>Notice whether your abdomen moves slightly before your chest.</w:t>
      </w:r>
    </w:p>
    <w:p>
      <w:r>
        <w:t>Do not force large breaths.</w:t>
      </w:r>
    </w:p>
    <w:p>
      <w:r>
        <w:t>Allow breathing to remain comfortable and natural.</w:t>
      </w:r>
    </w:p>
    <w:p>
      <w:pPr>
        <w:pStyle w:val="Heading3"/>
      </w:pPr>
      <w:r>
        <w:t>The Physiological Sigh</w:t>
      </w:r>
    </w:p>
    <w:p>
      <w:r>
        <w:t>One breathing technique that many people find helpful during moments of acute stress is the physiological sigh.</w:t>
      </w:r>
    </w:p>
    <w:p>
      <w:r>
        <w:t>This involves:</w:t>
      </w:r>
    </w:p>
    <w:p>
      <w:pPr>
        <w:pStyle w:val="ListBullet"/>
      </w:pPr>
      <w:r>
        <w:t>Take one comfortable inhale through the nose.</w:t>
      </w:r>
    </w:p>
    <w:p>
      <w:pPr>
        <w:pStyle w:val="ListBullet"/>
      </w:pPr>
      <w:r>
        <w:t>Following It With A Second Smaller Inhale.</w:t>
      </w:r>
    </w:p>
    <w:p>
      <w:pPr>
        <w:pStyle w:val="ListBullet"/>
      </w:pPr>
      <w:r>
        <w:t>Exhaling Slowly Through The Mouth.</w:t>
      </w:r>
    </w:p>
    <w:p>
      <w:pPr>
        <w:pStyle w:val="ListBullet"/>
      </w:pPr>
      <w:r>
        <w:t>Repeating this several times may help reduce feelings of tension during stressful moments.</w:t>
      </w:r>
    </w:p>
    <w:p>
      <w:pPr>
        <w:pStyle w:val="ListBullet"/>
      </w:pPr>
      <w:r>
        <w:t>The goal is gentle breathing rather than exaggerated effort.</w:t>
      </w:r>
    </w:p>
    <w:p>
      <w:pPr>
        <w:pStyle w:val="Heading3"/>
      </w:pPr>
      <w:r>
        <w:t>Box Breathing</w:t>
      </w:r>
    </w:p>
    <w:p>
      <w:r>
        <w:t>Box breathing is another simple technique often used to encourage calm.</w:t>
      </w:r>
    </w:p>
    <w:p>
      <w:r>
        <w:t>Imagine tracing the four sides of a square.</w:t>
      </w:r>
    </w:p>
    <w:p>
      <w:r>
        <w:t>Follow this pattern:</w:t>
      </w:r>
    </w:p>
    <w:p>
      <w:pPr>
        <w:pStyle w:val="ListBullet"/>
      </w:pPr>
      <w:r>
        <w:t>Inhale Slowly.</w:t>
      </w:r>
    </w:p>
    <w:p>
      <w:pPr>
        <w:pStyle w:val="ListBullet"/>
      </w:pPr>
      <w:r>
        <w:t>Pause Briefly.</w:t>
      </w:r>
    </w:p>
    <w:p>
      <w:pPr>
        <w:pStyle w:val="ListBullet"/>
      </w:pPr>
      <w:r>
        <w:t>Exhale Slowly.</w:t>
      </w:r>
    </w:p>
    <w:p>
      <w:pPr>
        <w:pStyle w:val="ListBullet"/>
      </w:pPr>
      <w:r>
        <w:t>Pause Briefly.</w:t>
      </w:r>
    </w:p>
    <w:p>
      <w:pPr>
        <w:pStyle w:val="ListBullet"/>
      </w:pPr>
      <w:r>
        <w:t>Each phase lasts approximately the same amount of time.</w:t>
      </w:r>
    </w:p>
    <w:p>
      <w:pPr>
        <w:pStyle w:val="ListBullet"/>
      </w:pPr>
      <w:r>
        <w:t>This structured rhythm encourages focused attention while slowing the pace of breathing.</w:t>
      </w:r>
    </w:p>
    <w:p>
      <w:pPr>
        <w:pStyle w:val="ListBullet"/>
      </w:pPr>
      <w:r>
        <w:t>If holding your breath feels uncomfortable, shorten or skip the pauses.</w:t>
      </w:r>
    </w:p>
    <w:p>
      <w:pPr>
        <w:pStyle w:val="ListBullet"/>
      </w:pPr>
      <w:r>
        <w:t>The technique should always feel comfortable rather than forced.</w:t>
      </w:r>
    </w:p>
    <w:p>
      <w:pPr>
        <w:pStyle w:val="Heading3"/>
      </w:pPr>
      <w:r>
        <w:t>Extended Exhalation Breathing</w:t>
      </w:r>
    </w:p>
    <w:p>
      <w:r>
        <w:t>One of the simplest breathing practices is to extend the exhale slightly longer than the inhale.</w:t>
      </w:r>
    </w:p>
    <w:p>
      <w:r>
        <w:t>For example:</w:t>
      </w:r>
    </w:p>
    <w:p>
      <w:pPr>
        <w:pStyle w:val="ListBullet"/>
      </w:pPr>
      <w:r>
        <w:t>Inhale Comfortably.</w:t>
      </w:r>
    </w:p>
    <w:p>
      <w:pPr>
        <w:pStyle w:val="ListBullet"/>
      </w:pPr>
      <w:r>
        <w:t>Exhale A Little More Slowly.</w:t>
      </w:r>
    </w:p>
    <w:p>
      <w:pPr>
        <w:pStyle w:val="ListBullet"/>
      </w:pPr>
      <w:r>
        <w:t>There is no perfect count.</w:t>
      </w:r>
    </w:p>
    <w:p>
      <w:pPr>
        <w:pStyle w:val="ListBullet"/>
      </w:pPr>
      <w:r>
        <w:t>The important feature is allowing the exhale to remain relaxed and slightly longer.</w:t>
      </w:r>
    </w:p>
    <w:p>
      <w:r>
        <w:t>This practice can be especially helpful:</w:t>
      </w:r>
    </w:p>
    <w:p>
      <w:pPr>
        <w:pStyle w:val="ListBullet"/>
      </w:pPr>
      <w:r>
        <w:t>Before Bed.</w:t>
      </w:r>
    </w:p>
    <w:p>
      <w:pPr>
        <w:pStyle w:val="ListBullet"/>
      </w:pPr>
      <w:r>
        <w:t>During Work Breaks.</w:t>
      </w:r>
    </w:p>
    <w:p>
      <w:pPr>
        <w:pStyle w:val="ListBullet"/>
      </w:pPr>
      <w:r>
        <w:t>Before Difficult Conversations.</w:t>
      </w:r>
    </w:p>
    <w:p>
      <w:pPr>
        <w:pStyle w:val="ListBullet"/>
      </w:pPr>
      <w:r>
        <w:t>After Stressful Events.</w:t>
      </w:r>
    </w:p>
    <w:p>
      <w:pPr>
        <w:pStyle w:val="ListBullet"/>
      </w:pPr>
      <w:r>
        <w:t>While Waiting In Traffic.</w:t>
      </w:r>
    </w:p>
    <w:p>
      <w:pPr>
        <w:pStyle w:val="Heading3"/>
      </w:pPr>
      <w:r>
        <w:t>Breathing During Emotional Stress</w:t>
      </w:r>
    </w:p>
    <w:p>
      <w:r>
        <w:t>Strong emotions often make breathing feel difficult.</w:t>
      </w:r>
    </w:p>
    <w:p>
      <w:r>
        <w:t>Some people notice:</w:t>
      </w:r>
    </w:p>
    <w:p>
      <w:pPr>
        <w:pStyle w:val="ListBullet"/>
      </w:pPr>
      <w:r>
        <w:t>Sighing Frequently.</w:t>
      </w:r>
    </w:p>
    <w:p>
      <w:pPr>
        <w:pStyle w:val="ListBullet"/>
      </w:pPr>
      <w:r>
        <w:t>Rapid Breathing.</w:t>
      </w:r>
    </w:p>
    <w:p>
      <w:pPr>
        <w:pStyle w:val="ListBullet"/>
      </w:pPr>
      <w:r>
        <w:t>Holding Their Breath.</w:t>
      </w:r>
    </w:p>
    <w:p>
      <w:pPr>
        <w:pStyle w:val="ListBullet"/>
      </w:pPr>
      <w:r>
        <w:t>Feeling Unable To Take A Full Breath.</w:t>
      </w:r>
    </w:p>
    <w:p>
      <w:r>
        <w:t>Instead of trying to eliminate the emotion immediately, begin by simply noticing your breathing.</w:t>
      </w:r>
    </w:p>
    <w:p>
      <w:r>
        <w:t>Ask yourself:</w:t>
      </w:r>
    </w:p>
    <w:p>
      <w:pPr>
        <w:pStyle w:val="ListBullet"/>
      </w:pPr>
      <w:r>
        <w:t>Am I Breathing?</w:t>
      </w:r>
    </w:p>
    <w:p>
      <w:pPr>
        <w:pStyle w:val="ListBullet"/>
      </w:pPr>
      <w:r>
        <w:t>Am I Holding Tension?</w:t>
      </w:r>
    </w:p>
    <w:p>
      <w:pPr>
        <w:pStyle w:val="ListBullet"/>
      </w:pPr>
      <w:r>
        <w:t>Can I Relax My Exhale Slightly?</w:t>
      </w:r>
    </w:p>
    <w:p>
      <w:pPr>
        <w:pStyle w:val="ListBullet"/>
      </w:pPr>
      <w:r>
        <w:t>This shifts attention from fighting the emotion to supporting the nervous system.</w:t>
      </w:r>
    </w:p>
    <w:p>
      <w:pPr>
        <w:pStyle w:val="Heading3"/>
      </w:pPr>
      <w:r>
        <w:rPr>
          <w:b/>
        </w:rPr>
        <w:t>Bedside Example</w:t>
      </w:r>
    </w:p>
    <w:p>
      <w:pPr>
        <w:pStyle w:val="Quote"/>
      </w:pPr>
      <w:r>
        <w:rPr>
          <w:i/>
        </w:rPr>
        <w:t>I once cared for a patient who became increasingly anxious before a routine medical procedure. Her heart rate increased, her breathing became rapid, and she repeatedly said,</w:t>
      </w:r>
    </w:p>
    <w:p>
      <w:pPr>
        <w:pStyle w:val="Heading3"/>
      </w:pPr>
      <w:r>
        <w:t>"I Can't Calm Down."</w:t>
      </w:r>
    </w:p>
    <w:p>
      <w:r>
        <w:t>Instead of telling her to "just relax," we practiced slow breathing together for several minutes.</w:t>
      </w:r>
    </w:p>
    <w:p>
      <w:r>
        <w:t>Nothing about the procedure changed.</w:t>
      </w:r>
    </w:p>
    <w:p>
      <w:r>
        <w:t>What changed was her breathing.</w:t>
      </w:r>
    </w:p>
    <w:p>
      <w:r>
        <w:t>Gradually, her shoulders relaxed, her breathing slowed, and she smiled.</w:t>
      </w:r>
    </w:p>
    <w:p>
      <w:r>
        <w:t>She quietly said,</w:t>
      </w:r>
    </w:p>
    <w:p>
      <w:pPr>
        <w:pStyle w:val="Quote"/>
      </w:pPr>
      <w:r>
        <w:rPr>
          <w:i/>
        </w:rPr>
        <w:t>"I Didn't Think Something So Simple Could Make Such A Difference."</w:t>
      </w:r>
    </w:p>
    <w:p>
      <w:r>
        <w:t>The breathing exercise did not remove her concerns.</w:t>
      </w:r>
    </w:p>
    <w:p>
      <w:r>
        <w:t>It helped her nervous system feel better equipped to handle them.</w:t>
      </w:r>
    </w:p>
    <w:p>
      <w:pPr>
        <w:pStyle w:val="Heading3"/>
      </w:pPr>
      <w:r>
        <w:t>Breathing Creates A Pause</w:t>
      </w:r>
    </w:p>
    <w:p>
      <w:r>
        <w:t>One of the greatest benefits of intentional breathing is that it creates space between a trigger and your response.</w:t>
      </w:r>
    </w:p>
    <w:p>
      <w:r>
        <w:t>Instead of reacting immediately, you pause.</w:t>
      </w:r>
    </w:p>
    <w:p>
      <w:r>
        <w:t>That pause may last only a few seconds.</w:t>
      </w:r>
    </w:p>
    <w:p>
      <w:r>
        <w:t>Yet those few seconds often allow the brain's e thinking part to become more involved before the survival response completely takes over.</w:t>
      </w:r>
    </w:p>
    <w:p>
      <w:r>
        <w:t>This is not about suppressing emotions.</w:t>
      </w:r>
    </w:p>
    <w:p>
      <w:r>
        <w:t>It is about responding rather than reacting.</w:t>
      </w:r>
    </w:p>
    <w:p>
      <w:pPr>
        <w:pStyle w:val="Heading3"/>
      </w:pPr>
      <w:r>
        <w:t>Common Mistakes</w:t>
      </w:r>
    </w:p>
    <w:p>
      <w:r>
        <w:t>Many people unintentionally make breathing exercises more difficult than necessary.</w:t>
      </w:r>
    </w:p>
    <w:p>
      <w:r>
        <w:t>Common mistakes include:</w:t>
      </w:r>
    </w:p>
    <w:p>
      <w:pPr>
        <w:pStyle w:val="ListBullet"/>
      </w:pPr>
      <w:r>
        <w:t>Trying To Breathe Too Deeply.</w:t>
      </w:r>
    </w:p>
    <w:p>
      <w:pPr>
        <w:pStyle w:val="ListBullet"/>
      </w:pPr>
      <w:r>
        <w:t>Forcing Large Breaths.</w:t>
      </w:r>
    </w:p>
    <w:p>
      <w:pPr>
        <w:pStyle w:val="ListBullet"/>
      </w:pPr>
      <w:r>
        <w:t>Becoming Frustrated If Calm Does Not Arrive Immediately.</w:t>
      </w:r>
    </w:p>
    <w:p>
      <w:pPr>
        <w:pStyle w:val="ListBullet"/>
      </w:pPr>
      <w:r>
        <w:t>Practicing Only During Severe Stress.</w:t>
      </w:r>
    </w:p>
    <w:p>
      <w:pPr>
        <w:pStyle w:val="ListBullet"/>
      </w:pPr>
      <w:r>
        <w:t>Expecting Instant Results.</w:t>
      </w:r>
    </w:p>
    <w:p>
      <w:r>
        <w:t>Remember:</w:t>
      </w:r>
    </w:p>
    <w:p>
      <w:r>
        <w:t>Breathing exercises are not performances.</w:t>
      </w:r>
    </w:p>
    <w:p>
      <w:r>
        <w:t>They are conversations with your nervous system.</w:t>
      </w:r>
    </w:p>
    <w:p>
      <w:r>
        <w:t>Gentle consistency is more effective than intensity.</w:t>
      </w:r>
    </w:p>
    <w:p>
      <w:pPr>
        <w:pStyle w:val="Heading3"/>
      </w:pPr>
      <w:r>
        <w:t>Build Breathing Into Your Day</w:t>
      </w:r>
    </w:p>
    <w:p>
      <w:r>
        <w:t>Instead of waiting until you're overwhelmed by stress, attach a breathing practice to activities you already do.</w:t>
      </w:r>
    </w:p>
    <w:p>
      <w:r>
        <w:t>Examples include:</w:t>
      </w:r>
    </w:p>
    <w:p>
      <w:pPr>
        <w:pStyle w:val="ListBullet"/>
      </w:pPr>
      <w:r>
        <w:t>Before Starting Your Car.</w:t>
      </w:r>
    </w:p>
    <w:p>
      <w:pPr>
        <w:pStyle w:val="ListBullet"/>
      </w:pPr>
      <w:r>
        <w:t>Before Meals.</w:t>
      </w:r>
    </w:p>
    <w:p>
      <w:pPr>
        <w:pStyle w:val="ListBullet"/>
      </w:pPr>
      <w:r>
        <w:t>After Using The Restroom.</w:t>
      </w:r>
    </w:p>
    <w:p>
      <w:pPr>
        <w:pStyle w:val="ListBullet"/>
      </w:pPr>
      <w:r>
        <w:t>Before Answering Difficult Emails.</w:t>
      </w:r>
    </w:p>
    <w:p>
      <w:pPr>
        <w:pStyle w:val="ListBullet"/>
      </w:pPr>
      <w:r>
        <w:t>Before Entering Meetings.</w:t>
      </w:r>
    </w:p>
    <w:p>
      <w:pPr>
        <w:pStyle w:val="ListBullet"/>
      </w:pPr>
      <w:r>
        <w:t>Before Going To Sleep.</w:t>
      </w:r>
    </w:p>
    <w:p>
      <w:pPr>
        <w:pStyle w:val="ListBullet"/>
      </w:pPr>
      <w:r>
        <w:t>After Finishing Work.</w:t>
      </w:r>
    </w:p>
    <w:p>
      <w:pPr>
        <w:pStyle w:val="ListBullet"/>
      </w:pPr>
      <w:r>
        <w:t>These small moments gradually become automatic reminders to regulate your nervous system.</w:t>
      </w:r>
    </w:p>
    <w:p>
      <w:pPr>
        <w:pStyle w:val="Heading3"/>
      </w:pPr>
      <w:r>
        <w:t>When Breathing Feels Difficult</w:t>
      </w:r>
    </w:p>
    <w:p>
      <w:r>
        <w:t>Some people notice that slow breathing initially increases discomfort.</w:t>
      </w:r>
    </w:p>
    <w:p>
      <w:r>
        <w:t>This is not unusual.</w:t>
      </w:r>
    </w:p>
    <w:p>
      <w:r>
        <w:t>If your nervous system has been operating in survival mode for a long time, slowing down may feel unfamiliar.</w:t>
      </w:r>
    </w:p>
    <w:p>
      <w:r>
        <w:t>Start gently.</w:t>
      </w:r>
    </w:p>
    <w:p>
      <w:r>
        <w:t>Practice for one minute instead of ten.</w:t>
      </w:r>
    </w:p>
    <w:p>
      <w:r>
        <w:t>Allow your breathing to remain natural.</w:t>
      </w:r>
    </w:p>
    <w:p>
      <w:r>
        <w:t>If breathing exercises consistently increase distress, dizziness, or discomfort, discuss this with a qualified healthcare professional, who can help determine the most appropriate approach for your individual needs.</w:t>
      </w:r>
    </w:p>
    <w:p>
      <w:pPr>
        <w:pStyle w:val="Heading3"/>
      </w:pPr>
      <w:r>
        <w:rPr>
          <w:b/>
        </w:rPr>
        <w:t>RN Insight</w:t>
      </w:r>
    </w:p>
    <w:p>
      <w:pPr>
        <w:pStyle w:val="Quote"/>
      </w:pPr>
      <w:r>
        <w:rPr>
          <w:i/>
        </w:rPr>
        <w:t>Many patients believe they are "doing it wrong" if they do not feel completely calm after a few breaths. Recovery rarely works that way. The goal is not to erase stress instantly. The goal is to repeatedly give the nervous system opportunities to experience a different pattern. Over time, those repeated moments become easier, more familiar, and more effective.</w:t>
      </w:r>
    </w:p>
    <w:p>
      <w:pPr>
        <w:pStyle w:val="Heading3"/>
      </w:pPr>
      <w:r>
        <w:t>Every Breath Is Practice</w:t>
      </w:r>
    </w:p>
    <w:p>
      <w:r>
        <w:t>Think of every intentional breath as a vote for regulation.</w:t>
      </w:r>
    </w:p>
    <w:p>
      <w:r>
        <w:t>One breath may seem insignificant.</w:t>
      </w:r>
    </w:p>
    <w:p>
      <w:r>
        <w:t>One hundred mindful breaths each day begin changing patterns.</w:t>
      </w:r>
    </w:p>
    <w:p>
      <w:r>
        <w:t>One thousand mindful breaths practiced over several weeks create familiarity.</w:t>
      </w:r>
    </w:p>
    <w:p>
      <w:r>
        <w:t>Eventually, calm breathing becomes less of a technique and more of a habit.</w:t>
      </w:r>
    </w:p>
    <w:p>
      <w:r>
        <w:t>Your nervous system gradually learns:</w:t>
      </w:r>
    </w:p>
    <w:p>
      <w:pPr>
        <w:pStyle w:val="ListBullet"/>
      </w:pPr>
      <w:r>
        <w:t>Slow Is Safe.</w:t>
      </w:r>
    </w:p>
    <w:p>
      <w:pPr>
        <w:pStyle w:val="ListBullet"/>
      </w:pPr>
      <w:r>
        <w:t>Calm Is Available.</w:t>
      </w:r>
    </w:p>
    <w:p>
      <w:pPr>
        <w:pStyle w:val="ListBullet"/>
      </w:pPr>
      <w:r>
        <w:t>Recovery Is Possible.</w:t>
      </w:r>
    </w:p>
    <w:p>
      <w:pPr>
        <w:pStyle w:val="Heading3"/>
      </w:pPr>
      <w:r>
        <w:t>Key Takeaways</w:t>
      </w:r>
    </w:p>
    <w:p>
      <w:pPr>
        <w:pStyle w:val="ListBullet"/>
      </w:pPr>
      <w:r>
        <w:t>Breathing Provides Continuous Information To The Nervous System About Your Current State.</w:t>
      </w:r>
    </w:p>
    <w:p>
      <w:pPr>
        <w:pStyle w:val="ListBullet"/>
      </w:pPr>
      <w:r>
        <w:t>Chronic Stress Often Produces Fast, Shallow, Chest-Dominant Breathing.</w:t>
      </w:r>
    </w:p>
    <w:p>
      <w:pPr>
        <w:pStyle w:val="ListBullet"/>
      </w:pPr>
      <w:r>
        <w:t>Slower, More Relaxed Breathing Can Help Communicate Safety To The Brain.</w:t>
      </w:r>
    </w:p>
    <w:p>
      <w:pPr>
        <w:pStyle w:val="ListBullet"/>
      </w:pPr>
      <w:r>
        <w:t>Extended Exhalations Often Support Nervous System Regulation.</w:t>
      </w:r>
    </w:p>
    <w:p>
      <w:pPr>
        <w:pStyle w:val="ListBullet"/>
      </w:pPr>
      <w:r>
        <w:t>Breathing Exercises Are Most Effective When Practiced Consistently Rather Than Only During Crisis.</w:t>
      </w:r>
    </w:p>
    <w:p>
      <w:pPr>
        <w:pStyle w:val="ListBullet"/>
      </w:pPr>
      <w:r>
        <w:t>Gentle Practice Is More Helpful Than Trying To Force Deep Breaths.</w:t>
      </w:r>
    </w:p>
    <w:p>
      <w:pPr>
        <w:pStyle w:val="ListBullet"/>
      </w:pPr>
      <w:r>
        <w:t>Every Intentional Breath Helps Strengthen Your Body's Capacity To Return To Calm.</w:t>
      </w:r>
    </w:p>
    <w:p>
      <w:pPr>
        <w:pStyle w:val="Heading3"/>
      </w:pPr>
      <w:r>
        <w:t>Chapter Reflection</w:t>
      </w:r>
    </w:p>
    <w:p>
      <w:r>
        <w:t>Before Moving To The Next Chapter, Reflect On These Questions.</w:t>
      </w:r>
    </w:p>
    <w:p>
      <w:pPr>
        <w:pStyle w:val="ListBullet"/>
      </w:pPr>
      <w:r>
        <w:t>When During The Day Do I Notice My Breathing Becoming Shallow Or Rapid?</w:t>
      </w:r>
    </w:p>
    <w:p>
      <w:pPr>
        <w:pStyle w:val="ListBullet"/>
      </w:pPr>
      <w:r>
        <w:t>Do I Often Hold My Breath Without Realizing It?</w:t>
      </w:r>
    </w:p>
    <w:p>
      <w:pPr>
        <w:pStyle w:val="ListBullet"/>
      </w:pPr>
      <w:r>
        <w:t>Which Breathing Technique Felt Most Comfortable While Reading This Chapter?</w:t>
      </w:r>
    </w:p>
    <w:p>
      <w:pPr>
        <w:pStyle w:val="ListBullet"/>
      </w:pPr>
      <w:r>
        <w:t>Where Could I Add One Minute Of Intentional Breathing Into My Daily Routine?</w:t>
      </w:r>
    </w:p>
    <w:p>
      <w:pPr>
        <w:pStyle w:val="ListBullet"/>
      </w:pPr>
      <w:r>
        <w:t>How Might My Days Change If Calm Breathing Became One Of My Automatic Habits?</w:t>
      </w:r>
    </w:p>
    <w:p>
      <w:r>
        <w:t>In the next chapter, we will explore another powerful regulator of the nervous system: movement. You will learn why the body is designed to move after stress, how gentle physical activity helps complete the stress response, and why consistent movement is one of the most effective ways to support long-term nervous system healing.</w:t>
      </w:r>
    </w:p>
    <w:p>
      <w:r>
        <w:br w:type="page"/>
      </w:r>
    </w:p>
    <w:p>
      <w:pPr>
        <w:pStyle w:val="Heading1"/>
        <w:jc w:val="center"/>
      </w:pPr>
      <w:r>
        <w:t>PART IV - RESTORING SAFETY TO THE BODY</w:t>
      </w:r>
    </w:p>
    <w:p>
      <w:r>
        <w:br w:type="page"/>
      </w:r>
    </w:p>
    <w:p>
      <w:pPr>
        <w:pStyle w:val="Heading1"/>
        <w:jc w:val="center"/>
      </w:pPr>
      <w:r>
        <w:t>Chapter 14: Why Movement Helps Calm the Nervous System</w:t>
      </w:r>
    </w:p>
    <w:p>
      <w:pPr>
        <w:pStyle w:val="Quote"/>
      </w:pPr>
      <w:r>
        <w:rPr>
          <w:i/>
        </w:rPr>
        <w:t>"Your Body Was Designed To Move Through Stress, Not Simply Hold It."</w:t>
      </w:r>
    </w:p>
    <w:p>
      <w:pPr>
        <w:pStyle w:val="Heading3"/>
      </w:pPr>
      <w:r>
        <w:t>Chapter Overview</w:t>
      </w:r>
    </w:p>
    <w:p>
      <w:r>
        <w:t xml:space="preserve">When people hear the word </w:t>
      </w:r>
      <w:r>
        <w:rPr>
          <w:b/>
        </w:rPr>
        <w:t>exercise</w:t>
      </w:r>
      <w:r>
        <w:t>, they often think about:</w:t>
      </w:r>
    </w:p>
    <w:p>
      <w:pPr>
        <w:pStyle w:val="ListBullet"/>
      </w:pPr>
      <w:r>
        <w:t>Losing Weight.</w:t>
      </w:r>
    </w:p>
    <w:p>
      <w:pPr>
        <w:pStyle w:val="ListBullet"/>
      </w:pPr>
      <w:r>
        <w:t>Building Muscle.</w:t>
      </w:r>
    </w:p>
    <w:p>
      <w:pPr>
        <w:pStyle w:val="ListBullet"/>
      </w:pPr>
      <w:r>
        <w:t>Improving Fitness.</w:t>
      </w:r>
    </w:p>
    <w:p>
      <w:pPr>
        <w:pStyle w:val="ListBullet"/>
      </w:pPr>
      <w:r>
        <w:t>Burning Calories.</w:t>
      </w:r>
    </w:p>
    <w:p>
      <w:pPr>
        <w:pStyle w:val="ListBullet"/>
      </w:pPr>
      <w:r>
        <w:t>Increasing Athletic Performance.</w:t>
      </w:r>
    </w:p>
    <w:p>
      <w:r>
        <w:t>While movement certainly supports physical health, it also serves another essential purpose that is often overlooked.</w:t>
      </w:r>
    </w:p>
    <w:p>
      <w:r>
        <w:t>Movement helps regulate the nervous system.</w:t>
      </w:r>
    </w:p>
    <w:p>
      <w:r>
        <w:t>Throughout this book, you have learned that the stress response prepares your body for action.</w:t>
      </w:r>
    </w:p>
    <w:p>
      <w:r>
        <w:t>Your muscles tighten.</w:t>
      </w:r>
    </w:p>
    <w:p>
      <w:r>
        <w:t>Your breathing changes.</w:t>
      </w:r>
    </w:p>
    <w:p>
      <w:r>
        <w:t>Your heart beats faster.</w:t>
      </w:r>
    </w:p>
    <w:p>
      <w:r>
        <w:t>Energy becomes available.</w:t>
      </w:r>
    </w:p>
    <w:p>
      <w:r>
        <w:t>All of these changes prepare you to move.</w:t>
      </w:r>
    </w:p>
    <w:p>
      <w:r>
        <w:t>The problem is that modern stress rarely allows that movement to happen naturally.</w:t>
      </w:r>
    </w:p>
    <w:p>
      <w:r>
        <w:t>Instead of running, climbing, lifting, or physically escaping, many of us:</w:t>
      </w:r>
    </w:p>
    <w:p>
      <w:pPr>
        <w:pStyle w:val="ListBullet"/>
      </w:pPr>
      <w:r>
        <w:t>Sit At A Desk.</w:t>
      </w:r>
    </w:p>
    <w:p>
      <w:pPr>
        <w:pStyle w:val="ListBullet"/>
      </w:pPr>
      <w:r>
        <w:t>Stay In Meetings.</w:t>
      </w:r>
    </w:p>
    <w:p>
      <w:pPr>
        <w:pStyle w:val="ListBullet"/>
      </w:pPr>
      <w:r>
        <w:t>Drive In Traffic.</w:t>
      </w:r>
    </w:p>
    <w:p>
      <w:pPr>
        <w:pStyle w:val="ListBullet"/>
      </w:pPr>
      <w:r>
        <w:t>Scroll Through Our Phones.</w:t>
      </w:r>
    </w:p>
    <w:p>
      <w:pPr>
        <w:pStyle w:val="ListBullet"/>
      </w:pPr>
      <w:r>
        <w:t>Continue Working.</w:t>
      </w:r>
    </w:p>
    <w:p>
      <w:pPr>
        <w:pStyle w:val="ListBullet"/>
      </w:pPr>
      <w:r>
        <w:t>The body prepares for action.</w:t>
      </w:r>
    </w:p>
    <w:p>
      <w:pPr>
        <w:pStyle w:val="ListBullet"/>
      </w:pPr>
      <w:r>
        <w:t>The action never comes.</w:t>
      </w:r>
    </w:p>
    <w:p>
      <w:r>
        <w:t>This chapter explores why movement is one of the most effective tools for helping the nervous system complete the stress response and gradually return to a state of regulation.</w:t>
      </w:r>
    </w:p>
    <w:p>
      <w:pPr>
        <w:pStyle w:val="Heading3"/>
      </w:pPr>
      <w:r>
        <w:t>Your Body Was Built For Motion</w:t>
      </w:r>
    </w:p>
    <w:p>
      <w:r>
        <w:t>Human beings evolved in environments where movement was a normal part of everyday life.</w:t>
      </w:r>
    </w:p>
    <w:p>
      <w:r>
        <w:t>People walked long distances.</w:t>
      </w:r>
    </w:p>
    <w:p>
      <w:r>
        <w:t>Gathered food.</w:t>
      </w:r>
    </w:p>
    <w:p>
      <w:r>
        <w:t>Built shelters.</w:t>
      </w:r>
    </w:p>
    <w:p>
      <w:r>
        <w:t>Carried supplies.</w:t>
      </w:r>
    </w:p>
    <w:p>
      <w:r>
        <w:t>Worked with their hands.</w:t>
      </w:r>
    </w:p>
    <w:p>
      <w:r>
        <w:t>When danger appeared, movement followed naturally.</w:t>
      </w:r>
    </w:p>
    <w:p>
      <w:r>
        <w:t>Afterward, the body gradually settled.</w:t>
      </w:r>
    </w:p>
    <w:p>
      <w:r>
        <w:t>Modern life often looks very different.</w:t>
      </w:r>
    </w:p>
    <w:p>
      <w:r>
        <w:t>Many people spend much of their day:</w:t>
      </w:r>
    </w:p>
    <w:p>
      <w:pPr>
        <w:pStyle w:val="ListBullet"/>
      </w:pPr>
      <w:r>
        <w:t>Sitting.</w:t>
      </w:r>
    </w:p>
    <w:p>
      <w:pPr>
        <w:pStyle w:val="ListBullet"/>
      </w:pPr>
      <w:r>
        <w:t>Driving.</w:t>
      </w:r>
    </w:p>
    <w:p>
      <w:pPr>
        <w:pStyle w:val="ListBullet"/>
      </w:pPr>
      <w:r>
        <w:t>Looking At Screens.</w:t>
      </w:r>
    </w:p>
    <w:p>
      <w:pPr>
        <w:pStyle w:val="ListBullet"/>
      </w:pPr>
      <w:r>
        <w:t>Attending Meetings.</w:t>
      </w:r>
    </w:p>
    <w:p>
      <w:pPr>
        <w:pStyle w:val="ListBullet"/>
      </w:pPr>
      <w:r>
        <w:t>Standing In One Place.</w:t>
      </w:r>
    </w:p>
    <w:p>
      <w:pPr>
        <w:pStyle w:val="ListBullet"/>
      </w:pPr>
      <w:r>
        <w:t>The nervous system still prepares the body for movement during stress.</w:t>
      </w:r>
    </w:p>
    <w:p>
      <w:pPr>
        <w:pStyle w:val="ListBullet"/>
      </w:pPr>
      <w:r>
        <w:t>The opportunity to move simply arrives less often.</w:t>
      </w:r>
    </w:p>
    <w:p>
      <w:pPr>
        <w:pStyle w:val="Heading3"/>
      </w:pPr>
      <w:r>
        <w:t>Stress Creates Energy</w:t>
      </w:r>
    </w:p>
    <w:p>
      <w:r>
        <w:t>One of the primary goals of the stress response is to increase available energy.</w:t>
      </w:r>
    </w:p>
    <w:p>
      <w:r>
        <w:t>This energy supports:</w:t>
      </w:r>
    </w:p>
    <w:p>
      <w:pPr>
        <w:pStyle w:val="ListBullet"/>
      </w:pPr>
      <w:r>
        <w:t>Running.</w:t>
      </w:r>
    </w:p>
    <w:p>
      <w:pPr>
        <w:pStyle w:val="ListBullet"/>
      </w:pPr>
      <w:r>
        <w:t>Climbing.</w:t>
      </w:r>
    </w:p>
    <w:p>
      <w:pPr>
        <w:pStyle w:val="ListBullet"/>
      </w:pPr>
      <w:r>
        <w:t>Defending Yourself.</w:t>
      </w:r>
    </w:p>
    <w:p>
      <w:pPr>
        <w:pStyle w:val="ListBullet"/>
      </w:pPr>
      <w:r>
        <w:t>Escaping Danger.</w:t>
      </w:r>
    </w:p>
    <w:p>
      <w:pPr>
        <w:pStyle w:val="ListBullet"/>
      </w:pPr>
      <w:r>
        <w:t>Responding Quickly.</w:t>
      </w:r>
    </w:p>
    <w:p>
      <w:pPr>
        <w:pStyle w:val="ListBullet"/>
      </w:pPr>
      <w:r>
        <w:t>When movement does not occur, that physiological readiness may linger.</w:t>
      </w:r>
    </w:p>
    <w:p>
      <w:r>
        <w:t>People often describe this feeling as:</w:t>
      </w:r>
    </w:p>
    <w:p>
      <w:pPr>
        <w:pStyle w:val="ListBullet"/>
      </w:pPr>
      <w:r>
        <w:t>Restlessness.</w:t>
      </w:r>
    </w:p>
    <w:p>
      <w:pPr>
        <w:pStyle w:val="ListBullet"/>
      </w:pPr>
      <w:r>
        <w:t>Feeling "Wound Up."</w:t>
      </w:r>
    </w:p>
    <w:p>
      <w:pPr>
        <w:pStyle w:val="ListBullet"/>
      </w:pPr>
      <w:r>
        <w:t>Feeling Jittery.</w:t>
      </w:r>
    </w:p>
    <w:p>
      <w:pPr>
        <w:pStyle w:val="ListBullet"/>
      </w:pPr>
      <w:r>
        <w:t>Being Unable To Sit Still.</w:t>
      </w:r>
    </w:p>
    <w:p>
      <w:pPr>
        <w:pStyle w:val="ListBullet"/>
      </w:pPr>
      <w:r>
        <w:t>Muscle Tightness.</w:t>
      </w:r>
    </w:p>
    <w:p>
      <w:pPr>
        <w:pStyle w:val="ListBullet"/>
      </w:pPr>
      <w:r>
        <w:t>Internal Agitation.</w:t>
      </w:r>
    </w:p>
    <w:p>
      <w:r>
        <w:t>Movement provides the body with an opportunity to use some of the energy that stress has prepared.</w:t>
      </w:r>
    </w:p>
    <w:p>
      <w:pPr>
        <w:pStyle w:val="Heading3"/>
      </w:pPr>
      <w:r>
        <w:t>Movement Helps Complete The Stress Response</w:t>
      </w:r>
    </w:p>
    <w:p>
      <w:r>
        <w:t>Imagine pressing the accelerator in your car without allowing it to move.</w:t>
      </w:r>
    </w:p>
    <w:p>
      <w:r>
        <w:t>Eventually, the engine continues working harder than necessary.</w:t>
      </w:r>
    </w:p>
    <w:p>
      <w:r>
        <w:t>Your body functions similarly.</w:t>
      </w:r>
    </w:p>
    <w:p>
      <w:r>
        <w:t>Stress presses the accelerator.</w:t>
      </w:r>
    </w:p>
    <w:p>
      <w:r>
        <w:t>Movement allows the system to complete part of the process.</w:t>
      </w:r>
    </w:p>
    <w:p>
      <w:r>
        <w:t>This helps explain why many people feel calmer after:</w:t>
      </w:r>
    </w:p>
    <w:p>
      <w:pPr>
        <w:pStyle w:val="ListBullet"/>
      </w:pPr>
      <w:r>
        <w:t>Walking.</w:t>
      </w:r>
    </w:p>
    <w:p>
      <w:pPr>
        <w:pStyle w:val="ListBullet"/>
      </w:pPr>
      <w:r>
        <w:t>Gardening.</w:t>
      </w:r>
    </w:p>
    <w:p>
      <w:pPr>
        <w:pStyle w:val="ListBullet"/>
      </w:pPr>
      <w:r>
        <w:t>Stretching.</w:t>
      </w:r>
    </w:p>
    <w:p>
      <w:pPr>
        <w:pStyle w:val="ListBullet"/>
      </w:pPr>
      <w:r>
        <w:t>Dancing.</w:t>
      </w:r>
    </w:p>
    <w:p>
      <w:pPr>
        <w:pStyle w:val="ListBullet"/>
      </w:pPr>
      <w:r>
        <w:t>Swimming.</w:t>
      </w:r>
    </w:p>
    <w:p>
      <w:pPr>
        <w:pStyle w:val="ListBullet"/>
      </w:pPr>
      <w:r>
        <w:t>Cycling.</w:t>
      </w:r>
    </w:p>
    <w:p>
      <w:pPr>
        <w:pStyle w:val="ListBullet"/>
      </w:pPr>
      <w:r>
        <w:t>Practicing Yoga.</w:t>
      </w:r>
    </w:p>
    <w:p>
      <w:pPr>
        <w:pStyle w:val="ListBullet"/>
      </w:pPr>
      <w:r>
        <w:t>The activity itself is beneficial.</w:t>
      </w:r>
    </w:p>
    <w:p>
      <w:pPr>
        <w:pStyle w:val="ListBullet"/>
      </w:pPr>
      <w:r>
        <w:t>Equally important is what the activity communicates to the nervous system.</w:t>
      </w:r>
    </w:p>
    <w:p>
      <w:r>
        <w:t>It says:</w:t>
      </w:r>
    </w:p>
    <w:p>
      <w:pPr>
        <w:pStyle w:val="Heading3"/>
      </w:pPr>
      <w:r>
        <w:t>"The Challenge Has Passed. We Can Begin Recovering."</w:t>
      </w:r>
    </w:p>
    <w:p>
      <w:pPr>
        <w:pStyle w:val="Heading3"/>
      </w:pPr>
      <w:r>
        <w:t>Gentle Movement Is Often Enough</w:t>
      </w:r>
    </w:p>
    <w:p>
      <w:r>
        <w:t>One of the biggest misconceptions about stress recovery is that every workout must be intense.</w:t>
      </w:r>
    </w:p>
    <w:p>
      <w:r>
        <w:t>That is not true.</w:t>
      </w:r>
    </w:p>
    <w:p>
      <w:r>
        <w:t>When the nervous system has been highly activated for long periods, gentle movement may actually be more supportive than extreme exercise.</w:t>
      </w:r>
    </w:p>
    <w:p>
      <w:r>
        <w:t>Examples include:</w:t>
      </w:r>
    </w:p>
    <w:p>
      <w:pPr>
        <w:pStyle w:val="ListBullet"/>
      </w:pPr>
      <w:r>
        <w:t>Walking Around The Neighborhood.</w:t>
      </w:r>
    </w:p>
    <w:p>
      <w:pPr>
        <w:pStyle w:val="ListBullet"/>
      </w:pPr>
      <w:r>
        <w:t>Gentle Stretching.</w:t>
      </w:r>
    </w:p>
    <w:p>
      <w:pPr>
        <w:pStyle w:val="ListBullet"/>
      </w:pPr>
      <w:r>
        <w:t>Yoga.</w:t>
      </w:r>
    </w:p>
    <w:p>
      <w:pPr>
        <w:pStyle w:val="ListBullet"/>
      </w:pPr>
      <w:r>
        <w:t>Tai Chi.</w:t>
      </w:r>
    </w:p>
    <w:p>
      <w:pPr>
        <w:pStyle w:val="ListBullet"/>
      </w:pPr>
      <w:r>
        <w:t>Mobility Exercises.</w:t>
      </w:r>
    </w:p>
    <w:p>
      <w:pPr>
        <w:pStyle w:val="ListBullet"/>
      </w:pPr>
      <w:r>
        <w:t>Light Resistance Training.</w:t>
      </w:r>
    </w:p>
    <w:p>
      <w:pPr>
        <w:pStyle w:val="ListBullet"/>
      </w:pPr>
      <w:r>
        <w:t>Walking In Nature.</w:t>
      </w:r>
    </w:p>
    <w:p>
      <w:pPr>
        <w:pStyle w:val="ListBullet"/>
      </w:pPr>
      <w:r>
        <w:t>Recreational Cycling.</w:t>
      </w:r>
    </w:p>
    <w:p>
      <w:pPr>
        <w:pStyle w:val="ListBullet"/>
      </w:pPr>
      <w:r>
        <w:t>The goal is not exhaustion.</w:t>
      </w:r>
    </w:p>
    <w:p>
      <w:pPr>
        <w:pStyle w:val="ListBullet"/>
      </w:pPr>
      <w:r>
        <w:t>The goal is regulation.</w:t>
      </w:r>
    </w:p>
    <w:p>
      <w:pPr>
        <w:pStyle w:val="Heading3"/>
      </w:pPr>
      <w:r>
        <w:t>Walking Is One Of The Most Underrated Recovery Tools</w:t>
      </w:r>
    </w:p>
    <w:p>
      <w:r>
        <w:t>Walking is simple.</w:t>
      </w:r>
    </w:p>
    <w:p>
      <w:r>
        <w:t>It requires very little equipment.</w:t>
      </w:r>
    </w:p>
    <w:p>
      <w:r>
        <w:t>It is adaptable to many fitness levels.</w:t>
      </w:r>
    </w:p>
    <w:p>
      <w:r>
        <w:t>It also offers multiple benefits for the nervous system.</w:t>
      </w:r>
    </w:p>
    <w:p>
      <w:r>
        <w:t>Walking may help:</w:t>
      </w:r>
    </w:p>
    <w:p>
      <w:pPr>
        <w:pStyle w:val="ListBullet"/>
      </w:pPr>
      <w:r>
        <w:t>Reduce Muscle Tension.</w:t>
      </w:r>
    </w:p>
    <w:p>
      <w:pPr>
        <w:pStyle w:val="ListBullet"/>
      </w:pPr>
      <w:r>
        <w:t>Improve Circulation.</w:t>
      </w:r>
    </w:p>
    <w:p>
      <w:pPr>
        <w:pStyle w:val="ListBullet"/>
      </w:pPr>
      <w:r>
        <w:t>Support Healthy Sleep.</w:t>
      </w:r>
    </w:p>
    <w:p>
      <w:pPr>
        <w:pStyle w:val="ListBullet"/>
      </w:pPr>
      <w:r>
        <w:t>Increase Exposure To Natural Light.</w:t>
      </w:r>
    </w:p>
    <w:p>
      <w:pPr>
        <w:pStyle w:val="ListBullet"/>
      </w:pPr>
      <w:r>
        <w:t>Encourage Rhythmic Breathing.</w:t>
      </w:r>
    </w:p>
    <w:p>
      <w:pPr>
        <w:pStyle w:val="ListBullet"/>
      </w:pPr>
      <w:r>
        <w:t>Reduce Mental Overload.</w:t>
      </w:r>
    </w:p>
    <w:p>
      <w:pPr>
        <w:pStyle w:val="ListBullet"/>
      </w:pPr>
      <w:r>
        <w:t>Improve Mood.</w:t>
      </w:r>
    </w:p>
    <w:p>
      <w:pPr>
        <w:pStyle w:val="ListBullet"/>
      </w:pPr>
      <w:r>
        <w:t>Support Long-Term Cardiovascular Health.</w:t>
      </w:r>
    </w:p>
    <w:p>
      <w:pPr>
        <w:pStyle w:val="ListBullet"/>
      </w:pPr>
      <w:r>
        <w:t>Walking outdoors may provide additional benefits through exposure to nature and changing scenery.</w:t>
      </w:r>
    </w:p>
    <w:p>
      <w:pPr>
        <w:pStyle w:val="Heading3"/>
      </w:pPr>
      <w:r>
        <w:rPr>
          <w:b/>
        </w:rPr>
        <w:t>RN Insight</w:t>
      </w:r>
    </w:p>
    <w:p>
      <w:pPr>
        <w:pStyle w:val="Quote"/>
      </w:pPr>
      <w:r>
        <w:rPr>
          <w:i/>
        </w:rPr>
        <w:t>One of the simplest recommendations many nurses encourage after appropriate medical clearance is gentle walking. Whether patients are recovering from surgery, illness, or prolonged stress, gradual movement often supports both physical and emotional recovery. Many patients are surprised that something as simple as a short daily walk can improve energy, confidence, and overall well-being over time.</w:t>
      </w:r>
    </w:p>
    <w:p>
      <w:pPr>
        <w:pStyle w:val="Heading3"/>
      </w:pPr>
      <w:r>
        <w:t>Stretching Helps Release Protective Tension</w:t>
      </w:r>
    </w:p>
    <w:p>
      <w:r>
        <w:t>Chronic stress often causes muscles to remain partially contracted.</w:t>
      </w:r>
    </w:p>
    <w:p>
      <w:r>
        <w:t>Stretching encourages those muscles to lengthen and relax.</w:t>
      </w:r>
    </w:p>
    <w:p>
      <w:r>
        <w:t>Pay particular attention to:</w:t>
      </w:r>
    </w:p>
    <w:p>
      <w:pPr>
        <w:pStyle w:val="ListBullet"/>
      </w:pPr>
      <w:r>
        <w:t>Neck.</w:t>
      </w:r>
    </w:p>
    <w:p>
      <w:pPr>
        <w:pStyle w:val="ListBullet"/>
      </w:pPr>
      <w:r>
        <w:t>Shoulders.</w:t>
      </w:r>
    </w:p>
    <w:p>
      <w:pPr>
        <w:pStyle w:val="ListBullet"/>
      </w:pPr>
      <w:r>
        <w:t>Chest.</w:t>
      </w:r>
    </w:p>
    <w:p>
      <w:pPr>
        <w:pStyle w:val="ListBullet"/>
      </w:pPr>
      <w:r>
        <w:t>Upper Back.</w:t>
      </w:r>
    </w:p>
    <w:p>
      <w:pPr>
        <w:pStyle w:val="ListBullet"/>
      </w:pPr>
      <w:r>
        <w:t>Lower Back.</w:t>
      </w:r>
    </w:p>
    <w:p>
      <w:pPr>
        <w:pStyle w:val="ListBullet"/>
      </w:pPr>
      <w:r>
        <w:t>Hips.</w:t>
      </w:r>
    </w:p>
    <w:p>
      <w:pPr>
        <w:pStyle w:val="ListBullet"/>
      </w:pPr>
      <w:r>
        <w:t>Hamstrings.</w:t>
      </w:r>
    </w:p>
    <w:p>
      <w:pPr>
        <w:pStyle w:val="ListBullet"/>
      </w:pPr>
      <w:r>
        <w:t>Calves.</w:t>
      </w:r>
    </w:p>
    <w:p>
      <w:pPr>
        <w:pStyle w:val="ListBullet"/>
      </w:pPr>
      <w:r>
        <w:t>Move slowly.</w:t>
      </w:r>
    </w:p>
    <w:p>
      <w:pPr>
        <w:pStyle w:val="ListBullet"/>
      </w:pPr>
      <w:r>
        <w:t>Avoid forcing stretches.</w:t>
      </w:r>
    </w:p>
    <w:p>
      <w:pPr>
        <w:pStyle w:val="ListBullet"/>
      </w:pPr>
      <w:r>
        <w:t>Allow your breathing to remain relaxed.</w:t>
      </w:r>
    </w:p>
    <w:p>
      <w:pPr>
        <w:pStyle w:val="ListBullet"/>
      </w:pPr>
      <w:r>
        <w:t>Stretching becomes even more effective when combined with slow breathing.</w:t>
      </w:r>
    </w:p>
    <w:p>
      <w:pPr>
        <w:pStyle w:val="Heading3"/>
      </w:pPr>
      <w:r>
        <w:t>Exercise And Stress Are Different</w:t>
      </w:r>
    </w:p>
    <w:p>
      <w:r>
        <w:t>Healthy exercise temporarily challenges the body.</w:t>
      </w:r>
    </w:p>
    <w:p>
      <w:r>
        <w:t>Chronic stress continuously burdens it.</w:t>
      </w:r>
    </w:p>
    <w:p>
      <w:r>
        <w:t>This distinction matters.</w:t>
      </w:r>
    </w:p>
    <w:p>
      <w:r>
        <w:t>Appropriately dosed exercise followed by recovery helps strengthen resilience.</w:t>
      </w:r>
    </w:p>
    <w:p>
      <w:r>
        <w:t>Excessive exercise without recovery may increase physical stress.</w:t>
      </w:r>
    </w:p>
    <w:p>
      <w:r>
        <w:t>Ask yourself:</w:t>
      </w:r>
    </w:p>
    <w:p>
      <w:pPr>
        <w:pStyle w:val="ListBullet"/>
      </w:pPr>
      <w:r>
        <w:t>Do I Feel Better After Movement?</w:t>
      </w:r>
    </w:p>
    <w:p>
      <w:pPr>
        <w:pStyle w:val="ListBullet"/>
      </w:pPr>
      <w:r>
        <w:t>Am I Recovering Well?</w:t>
      </w:r>
    </w:p>
    <w:p>
      <w:pPr>
        <w:pStyle w:val="ListBullet"/>
      </w:pPr>
      <w:r>
        <w:t>Am I Sleeping Adequately?</w:t>
      </w:r>
    </w:p>
    <w:p>
      <w:pPr>
        <w:pStyle w:val="ListBullet"/>
      </w:pPr>
      <w:r>
        <w:t>Do I Feel Refreshed Or Completely Depleted?</w:t>
      </w:r>
    </w:p>
    <w:p>
      <w:pPr>
        <w:pStyle w:val="ListBullet"/>
      </w:pPr>
      <w:r>
        <w:t>The best exercise program is one your body can consistently recover from.</w:t>
      </w:r>
    </w:p>
    <w:p>
      <w:pPr>
        <w:pStyle w:val="Heading3"/>
      </w:pPr>
      <w:r>
        <w:t>The Power Of Rhythmic Movement</w:t>
      </w:r>
    </w:p>
    <w:p>
      <w:r>
        <w:t>The nervous system often responds particularly well to rhythmic movement.</w:t>
      </w:r>
    </w:p>
    <w:p>
      <w:r>
        <w:t>Examples include:</w:t>
      </w:r>
    </w:p>
    <w:p>
      <w:pPr>
        <w:pStyle w:val="ListBullet"/>
      </w:pPr>
      <w:r>
        <w:t>Walking.</w:t>
      </w:r>
    </w:p>
    <w:p>
      <w:pPr>
        <w:pStyle w:val="ListBullet"/>
      </w:pPr>
      <w:r>
        <w:t>Swimming.</w:t>
      </w:r>
    </w:p>
    <w:p>
      <w:pPr>
        <w:pStyle w:val="ListBullet"/>
      </w:pPr>
      <w:r>
        <w:t>Rowing.</w:t>
      </w:r>
    </w:p>
    <w:p>
      <w:pPr>
        <w:pStyle w:val="ListBullet"/>
      </w:pPr>
      <w:r>
        <w:t>Cycling.</w:t>
      </w:r>
    </w:p>
    <w:p>
      <w:pPr>
        <w:pStyle w:val="ListBullet"/>
      </w:pPr>
      <w:r>
        <w:t>Dancing.</w:t>
      </w:r>
    </w:p>
    <w:p>
      <w:pPr>
        <w:pStyle w:val="ListBullet"/>
      </w:pPr>
      <w:r>
        <w:t>Light Jogging.</w:t>
      </w:r>
    </w:p>
    <w:p>
      <w:pPr>
        <w:pStyle w:val="ListBullet"/>
      </w:pPr>
      <w:r>
        <w:t>Gentle Hiking.</w:t>
      </w:r>
    </w:p>
    <w:p>
      <w:r>
        <w:t>Rhythmic activities combine:</w:t>
      </w:r>
    </w:p>
    <w:p>
      <w:pPr>
        <w:pStyle w:val="ListBullet"/>
      </w:pPr>
      <w:r>
        <w:t>Repetitive Motion.</w:t>
      </w:r>
    </w:p>
    <w:p>
      <w:pPr>
        <w:pStyle w:val="ListBullet"/>
      </w:pPr>
      <w:r>
        <w:t>Coordinated Breathing.</w:t>
      </w:r>
    </w:p>
    <w:p>
      <w:pPr>
        <w:pStyle w:val="ListBullet"/>
      </w:pPr>
      <w:r>
        <w:t>Predictable Patterns.</w:t>
      </w:r>
    </w:p>
    <w:p>
      <w:pPr>
        <w:pStyle w:val="ListBullet"/>
      </w:pPr>
      <w:r>
        <w:t>These elements help many people experience greater relaxation while remaining physically active.</w:t>
      </w:r>
    </w:p>
    <w:p>
      <w:pPr>
        <w:pStyle w:val="Heading3"/>
      </w:pPr>
      <w:r>
        <w:t>Movement Improves Body Awareness</w:t>
      </w:r>
    </w:p>
    <w:p>
      <w:r>
        <w:t>Many people living in survival mode spend much of the day disconnected from their physical sensations.</w:t>
      </w:r>
    </w:p>
    <w:p>
      <w:r>
        <w:t>They ignore:</w:t>
      </w:r>
    </w:p>
    <w:p>
      <w:pPr>
        <w:pStyle w:val="ListBullet"/>
      </w:pPr>
      <w:r>
        <w:t>Hunger.</w:t>
      </w:r>
    </w:p>
    <w:p>
      <w:pPr>
        <w:pStyle w:val="ListBullet"/>
      </w:pPr>
      <w:r>
        <w:t>Fatigue.</w:t>
      </w:r>
    </w:p>
    <w:p>
      <w:pPr>
        <w:pStyle w:val="ListBullet"/>
      </w:pPr>
      <w:r>
        <w:t>Muscle Tightness.</w:t>
      </w:r>
    </w:p>
    <w:p>
      <w:pPr>
        <w:pStyle w:val="ListBullet"/>
      </w:pPr>
      <w:r>
        <w:t>Poor Posture.</w:t>
      </w:r>
    </w:p>
    <w:p>
      <w:pPr>
        <w:pStyle w:val="ListBullet"/>
      </w:pPr>
      <w:r>
        <w:t>Shallow Breathing.</w:t>
      </w:r>
    </w:p>
    <w:p>
      <w:pPr>
        <w:pStyle w:val="ListBullet"/>
      </w:pPr>
      <w:r>
        <w:t>Intentional movement encourages reconnection.</w:t>
      </w:r>
    </w:p>
    <w:p>
      <w:r>
        <w:t>During movement, ask yourself:</w:t>
      </w:r>
    </w:p>
    <w:p>
      <w:pPr>
        <w:pStyle w:val="ListBullet"/>
      </w:pPr>
      <w:r>
        <w:t>How Does My Body Feel?</w:t>
      </w:r>
    </w:p>
    <w:p>
      <w:pPr>
        <w:pStyle w:val="ListBullet"/>
      </w:pPr>
      <w:r>
        <w:t>Where Am I Holding Tension?</w:t>
      </w:r>
    </w:p>
    <w:p>
      <w:pPr>
        <w:pStyle w:val="ListBullet"/>
      </w:pPr>
      <w:r>
        <w:t>Am I Breathing Comfortably?</w:t>
      </w:r>
    </w:p>
    <w:p>
      <w:pPr>
        <w:pStyle w:val="ListBullet"/>
      </w:pPr>
      <w:r>
        <w:t>Which Muscles Feel Tight?</w:t>
      </w:r>
    </w:p>
    <w:p>
      <w:pPr>
        <w:pStyle w:val="ListBullet"/>
      </w:pPr>
      <w:r>
        <w:t>What Feels Better Than Before?</w:t>
      </w:r>
    </w:p>
    <w:p>
      <w:pPr>
        <w:pStyle w:val="ListBullet"/>
      </w:pPr>
      <w:r>
        <w:t>Awareness supports regulation.</w:t>
      </w:r>
    </w:p>
    <w:p>
      <w:pPr>
        <w:pStyle w:val="Heading3"/>
      </w:pPr>
      <w:r>
        <w:t>Nature Multiplies The Benefits</w:t>
      </w:r>
    </w:p>
    <w:p>
      <w:r>
        <w:t>Whenever possible, combine movement with nature.</w:t>
      </w:r>
    </w:p>
    <w:p>
      <w:r>
        <w:t>Walking through:</w:t>
      </w:r>
    </w:p>
    <w:p>
      <w:pPr>
        <w:pStyle w:val="ListBullet"/>
      </w:pPr>
      <w:r>
        <w:t>Parks.</w:t>
      </w:r>
    </w:p>
    <w:p>
      <w:pPr>
        <w:pStyle w:val="ListBullet"/>
      </w:pPr>
      <w:r>
        <w:t>Forest Trails.</w:t>
      </w:r>
    </w:p>
    <w:p>
      <w:pPr>
        <w:pStyle w:val="ListBullet"/>
      </w:pPr>
      <w:r>
        <w:t>Beaches.</w:t>
      </w:r>
    </w:p>
    <w:p>
      <w:pPr>
        <w:pStyle w:val="ListBullet"/>
      </w:pPr>
      <w:r>
        <w:t>Gardens.</w:t>
      </w:r>
    </w:p>
    <w:p>
      <w:pPr>
        <w:pStyle w:val="ListBullet"/>
      </w:pPr>
      <w:r>
        <w:t>Quiet Neighborhoods.</w:t>
      </w:r>
    </w:p>
    <w:p>
      <w:pPr>
        <w:pStyle w:val="ListBullet"/>
      </w:pPr>
      <w:r>
        <w:t>May provide additional calming input for the nervous system.</w:t>
      </w:r>
    </w:p>
    <w:p>
      <w:pPr>
        <w:pStyle w:val="ListBullet"/>
      </w:pPr>
      <w:r>
        <w:t>Natural environments often contain fewer sudden demands on attention than busy indoor settings.</w:t>
      </w:r>
    </w:p>
    <w:p>
      <w:pPr>
        <w:pStyle w:val="ListBullet"/>
      </w:pPr>
      <w:r>
        <w:t>Many people notice they breathe more deeply without even trying.</w:t>
      </w:r>
    </w:p>
    <w:p>
      <w:pPr>
        <w:pStyle w:val="Heading3"/>
      </w:pPr>
      <w:r>
        <w:rPr>
          <w:b/>
        </w:rPr>
        <w:t>Bedside Example</w:t>
      </w:r>
    </w:p>
    <w:p>
      <w:pPr>
        <w:pStyle w:val="Quote"/>
      </w:pPr>
      <w:r>
        <w:rPr>
          <w:i/>
        </w:rPr>
        <w:t>One patient recovering from prolonged workplace burnout admitted that she disliked formal exercise programs.</w:t>
      </w:r>
    </w:p>
    <w:p>
      <w:pPr>
        <w:pStyle w:val="Quote"/>
      </w:pPr>
      <w:r>
        <w:rPr>
          <w:i/>
        </w:rPr>
        <w:t>She assumed movement simply was not for her.</w:t>
      </w:r>
    </w:p>
    <w:p>
      <w:pPr>
        <w:pStyle w:val="Quote"/>
      </w:pPr>
      <w:r>
        <w:rPr>
          <w:i/>
        </w:rPr>
        <w:t>Instead of asking her to begin an intense workout routine, we discussed taking a fifteen-minute walk through a nearby park after dinner each evening.</w:t>
      </w:r>
    </w:p>
    <w:p>
      <w:pPr>
        <w:pStyle w:val="Quote"/>
      </w:pPr>
      <w:r>
        <w:rPr>
          <w:i/>
        </w:rPr>
        <w:t>A month later, she returned for follow-up and smiled.</w:t>
      </w:r>
    </w:p>
    <w:p>
      <w:pPr>
        <w:pStyle w:val="Quote"/>
      </w:pPr>
      <w:r>
        <w:rPr>
          <w:i/>
        </w:rPr>
        <w:t>She said,</w:t>
      </w:r>
    </w:p>
    <w:p>
      <w:pPr>
        <w:pStyle w:val="Quote"/>
      </w:pPr>
      <w:r>
        <w:rPr>
          <w:i/>
        </w:rPr>
        <w:t>"I Don't Think The Walking Changed Me Overnight. But It Became The Only Time During The Day That My Mind Finally Quieted Down."</w:t>
      </w:r>
    </w:p>
    <w:p>
      <w:pPr>
        <w:pStyle w:val="Quote"/>
      </w:pPr>
      <w:r>
        <w:rPr>
          <w:i/>
        </w:rPr>
        <w:t>She had discovered something important.</w:t>
      </w:r>
    </w:p>
    <w:p>
      <w:pPr>
        <w:pStyle w:val="Quote"/>
      </w:pPr>
      <w:r>
        <w:rPr>
          <w:i/>
        </w:rPr>
        <w:t>Recovery often begins with movement that feels enjoyable rather than overwhelming.</w:t>
      </w:r>
    </w:p>
    <w:p>
      <w:pPr>
        <w:pStyle w:val="Heading3"/>
      </w:pPr>
      <w:r>
        <w:t>Sitting Is Not The Enemy</w:t>
      </w:r>
    </w:p>
    <w:p>
      <w:r>
        <w:t>Many jobs require prolonged sitting.</w:t>
      </w:r>
    </w:p>
    <w:p>
      <w:r>
        <w:t>The goal is not to eliminate sitting completely.</w:t>
      </w:r>
    </w:p>
    <w:p>
      <w:r>
        <w:t>The goal is to interrupt it regularly.</w:t>
      </w:r>
    </w:p>
    <w:p>
      <w:r>
        <w:t>Simple strategies include:</w:t>
      </w:r>
    </w:p>
    <w:p>
      <w:pPr>
        <w:pStyle w:val="ListBullet"/>
      </w:pPr>
      <w:r>
        <w:t>Standing Every Hour.</w:t>
      </w:r>
    </w:p>
    <w:p>
      <w:pPr>
        <w:pStyle w:val="ListBullet"/>
      </w:pPr>
      <w:r>
        <w:t>Stretching Between Meetings.</w:t>
      </w:r>
    </w:p>
    <w:p>
      <w:pPr>
        <w:pStyle w:val="ListBullet"/>
      </w:pPr>
      <w:r>
        <w:t>Walking While Talking On The Phone.</w:t>
      </w:r>
    </w:p>
    <w:p>
      <w:pPr>
        <w:pStyle w:val="ListBullet"/>
      </w:pPr>
      <w:r>
        <w:t>Taking The Stairs When Appropriate.</w:t>
      </w:r>
    </w:p>
    <w:p>
      <w:pPr>
        <w:pStyle w:val="ListBullet"/>
      </w:pPr>
      <w:r>
        <w:t>Parking Slightly Farther Away.</w:t>
      </w:r>
    </w:p>
    <w:p>
      <w:pPr>
        <w:pStyle w:val="ListBullet"/>
      </w:pPr>
      <w:r>
        <w:t>Walking During Lunch Breaks.</w:t>
      </w:r>
    </w:p>
    <w:p>
      <w:pPr>
        <w:pStyle w:val="ListBullet"/>
      </w:pPr>
      <w:r>
        <w:t>Small interruptions reduce prolonged physical tension and encourage circulation.</w:t>
      </w:r>
    </w:p>
    <w:p>
      <w:pPr>
        <w:pStyle w:val="Heading3"/>
      </w:pPr>
      <w:r>
        <w:t>Listen To Your Body</w:t>
      </w:r>
    </w:p>
    <w:p>
      <w:r>
        <w:t>Movement should challenge you appropriately.</w:t>
      </w:r>
    </w:p>
    <w:p>
      <w:r>
        <w:t>It should not consistently leave you feeling worse.</w:t>
      </w:r>
    </w:p>
    <w:p>
      <w:r>
        <w:t>Pay attention to:</w:t>
      </w:r>
    </w:p>
    <w:p>
      <w:pPr>
        <w:pStyle w:val="ListBullet"/>
      </w:pPr>
      <w:r>
        <w:t>Energy.</w:t>
      </w:r>
    </w:p>
    <w:p>
      <w:pPr>
        <w:pStyle w:val="ListBullet"/>
      </w:pPr>
      <w:r>
        <w:t>Pain.</w:t>
      </w:r>
    </w:p>
    <w:p>
      <w:pPr>
        <w:pStyle w:val="ListBullet"/>
      </w:pPr>
      <w:r>
        <w:t>Recovery.</w:t>
      </w:r>
    </w:p>
    <w:p>
      <w:pPr>
        <w:pStyle w:val="ListBullet"/>
      </w:pPr>
      <w:r>
        <w:t>Sleep.</w:t>
      </w:r>
    </w:p>
    <w:p>
      <w:pPr>
        <w:pStyle w:val="ListBullet"/>
      </w:pPr>
      <w:r>
        <w:t>Mood.</w:t>
      </w:r>
    </w:p>
    <w:p>
      <w:pPr>
        <w:pStyle w:val="ListBullet"/>
      </w:pPr>
      <w:r>
        <w:t>Some days your body may need more activity.</w:t>
      </w:r>
    </w:p>
    <w:p>
      <w:pPr>
        <w:pStyle w:val="ListBullet"/>
      </w:pPr>
      <w:r>
        <w:t>On other days, it may need gentle stretching and rest.</w:t>
      </w:r>
    </w:p>
    <w:p>
      <w:pPr>
        <w:pStyle w:val="ListBullet"/>
      </w:pPr>
      <w:r>
        <w:t>Flexibility supports long-term consistency.</w:t>
      </w:r>
    </w:p>
    <w:p>
      <w:pPr>
        <w:pStyle w:val="Heading3"/>
      </w:pPr>
      <w:r>
        <w:t>Movement Is Not Punishment</w:t>
      </w:r>
    </w:p>
    <w:p>
      <w:r>
        <w:t>Unfortunately, many people associate exercise with guilt.</w:t>
      </w:r>
    </w:p>
    <w:p>
      <w:r>
        <w:t>They believe they must:</w:t>
      </w:r>
    </w:p>
    <w:p>
      <w:pPr>
        <w:pStyle w:val="ListBullet"/>
      </w:pPr>
      <w:r>
        <w:t>Burn Calories.</w:t>
      </w:r>
    </w:p>
    <w:p>
      <w:pPr>
        <w:pStyle w:val="ListBullet"/>
      </w:pPr>
      <w:r>
        <w:t>Earn Their Meals.</w:t>
      </w:r>
    </w:p>
    <w:p>
      <w:pPr>
        <w:pStyle w:val="ListBullet"/>
      </w:pPr>
      <w:r>
        <w:t>Compensate For Eating.</w:t>
      </w:r>
    </w:p>
    <w:p>
      <w:pPr>
        <w:pStyle w:val="ListBullet"/>
      </w:pPr>
      <w:r>
        <w:t>Push Through Exhaustion.</w:t>
      </w:r>
    </w:p>
    <w:p>
      <w:pPr>
        <w:pStyle w:val="ListBullet"/>
      </w:pPr>
      <w:r>
        <w:t>This mindset often creates additional stress.</w:t>
      </w:r>
    </w:p>
    <w:p>
      <w:r>
        <w:t>Instead, view movement differently.</w:t>
      </w:r>
    </w:p>
    <w:p>
      <w:r>
        <w:t>Movement is:</w:t>
      </w:r>
    </w:p>
    <w:p>
      <w:pPr>
        <w:pStyle w:val="ListBullet"/>
      </w:pPr>
      <w:r>
        <w:t>A Form Of Self-Care.</w:t>
      </w:r>
    </w:p>
    <w:p>
      <w:pPr>
        <w:pStyle w:val="ListBullet"/>
      </w:pPr>
      <w:r>
        <w:t>A Way To Support Your Nervous System.</w:t>
      </w:r>
    </w:p>
    <w:p>
      <w:pPr>
        <w:pStyle w:val="ListBullet"/>
      </w:pPr>
      <w:r>
        <w:t>An Opportunity To Improve Mobility.</w:t>
      </w:r>
    </w:p>
    <w:p>
      <w:pPr>
        <w:pStyle w:val="ListBullet"/>
      </w:pPr>
      <w:r>
        <w:t>A Method Of Reducing Muscle Tension.</w:t>
      </w:r>
    </w:p>
    <w:p>
      <w:pPr>
        <w:pStyle w:val="ListBullet"/>
      </w:pPr>
      <w:r>
        <w:t>A Daily Investment In Recovery.</w:t>
      </w:r>
    </w:p>
    <w:p>
      <w:pPr>
        <w:pStyle w:val="ListBullet"/>
      </w:pPr>
      <w:r>
        <w:t>Changing your relationship with movement often changes your consistency.</w:t>
      </w:r>
    </w:p>
    <w:p>
      <w:pPr>
        <w:pStyle w:val="Heading3"/>
      </w:pPr>
      <w:r>
        <w:t>Recovery After Movement Matters Too</w:t>
      </w:r>
    </w:p>
    <w:p>
      <w:r>
        <w:t>Exercise is only half of the equation.</w:t>
      </w:r>
    </w:p>
    <w:p>
      <w:r>
        <w:t>Recovery completes the process.</w:t>
      </w:r>
    </w:p>
    <w:p>
      <w:r>
        <w:t>Support recovery by:</w:t>
      </w:r>
    </w:p>
    <w:p>
      <w:pPr>
        <w:pStyle w:val="ListBullet"/>
      </w:pPr>
      <w:r>
        <w:t>Staying Hydrated.</w:t>
      </w:r>
    </w:p>
    <w:p>
      <w:pPr>
        <w:pStyle w:val="ListBullet"/>
      </w:pPr>
      <w:r>
        <w:t>Eating Balanced Meals.</w:t>
      </w:r>
    </w:p>
    <w:p>
      <w:pPr>
        <w:pStyle w:val="ListBullet"/>
      </w:pPr>
      <w:r>
        <w:t>Sleeping Consistently.</w:t>
      </w:r>
    </w:p>
    <w:p>
      <w:pPr>
        <w:pStyle w:val="ListBullet"/>
      </w:pPr>
      <w:r>
        <w:t>Stretching.</w:t>
      </w:r>
    </w:p>
    <w:p>
      <w:pPr>
        <w:pStyle w:val="ListBullet"/>
      </w:pPr>
      <w:r>
        <w:t>Taking Rest Days.</w:t>
      </w:r>
    </w:p>
    <w:p>
      <w:pPr>
        <w:pStyle w:val="ListBullet"/>
      </w:pPr>
      <w:r>
        <w:t>Managing Overall Stress.</w:t>
      </w:r>
    </w:p>
    <w:p>
      <w:pPr>
        <w:pStyle w:val="ListBullet"/>
      </w:pPr>
      <w:r>
        <w:t>Without recovery, even beneficial exercise becomes another source of physiological demand.</w:t>
      </w:r>
    </w:p>
    <w:p>
      <w:pPr>
        <w:pStyle w:val="Heading3"/>
      </w:pPr>
      <w:r>
        <w:rPr>
          <w:b/>
        </w:rPr>
        <w:t>RN Insight</w:t>
      </w:r>
    </w:p>
    <w:p>
      <w:pPr>
        <w:pStyle w:val="Quote"/>
      </w:pPr>
      <w:r>
        <w:rPr>
          <w:i/>
        </w:rPr>
        <w:t>Patients often ask how much exercise they "should" be doing. The answer depends on their health status, medical history, and current fitness level. What matters most for nervous system recovery is finding movement that is safe, enjoyable, and sustainable. Consistency almost always produces better long-term results than occasional extreme effort.</w:t>
      </w:r>
    </w:p>
    <w:p>
      <w:pPr>
        <w:pStyle w:val="Heading3"/>
      </w:pPr>
      <w:r>
        <w:t>Every Step Sends A New Message</w:t>
      </w:r>
    </w:p>
    <w:p>
      <w:r>
        <w:t>Every time you move your body intentionally, you provide your nervous system with valuable information.</w:t>
      </w:r>
    </w:p>
    <w:p>
      <w:r>
        <w:t>You are communicating:</w:t>
      </w:r>
    </w:p>
    <w:p>
      <w:pPr>
        <w:pStyle w:val="ListBullet"/>
      </w:pPr>
      <w:r>
        <w:t>My Body Is Capable.</w:t>
      </w:r>
    </w:p>
    <w:p>
      <w:pPr>
        <w:pStyle w:val="ListBullet"/>
      </w:pPr>
      <w:r>
        <w:t>My Muscles Can Relax After Working.</w:t>
      </w:r>
    </w:p>
    <w:p>
      <w:pPr>
        <w:pStyle w:val="ListBullet"/>
      </w:pPr>
      <w:r>
        <w:t>My Heart Can Beat Faster And Then Slow Down Again.</w:t>
      </w:r>
    </w:p>
    <w:p>
      <w:pPr>
        <w:pStyle w:val="ListBullet"/>
      </w:pPr>
      <w:r>
        <w:t>I Can Move Through Stress Instead Of Remaining Stuck In It.</w:t>
      </w:r>
    </w:p>
    <w:p>
      <w:pPr>
        <w:pStyle w:val="ListBullet"/>
      </w:pPr>
      <w:r>
        <w:t>Recovery Is Possible.</w:t>
      </w:r>
    </w:p>
    <w:p>
      <w:pPr>
        <w:pStyle w:val="ListBullet"/>
      </w:pPr>
      <w:r>
        <w:t>These messages become stronger with repetition.</w:t>
      </w:r>
    </w:p>
    <w:p>
      <w:r>
        <w:t>Over time, movement becomes less about exercise and more about teaching your nervous system to be flexible.</w:t>
      </w:r>
    </w:p>
    <w:p>
      <w:pPr>
        <w:pStyle w:val="Heading3"/>
      </w:pPr>
      <w:r>
        <w:t>Key Takeaways</w:t>
      </w:r>
    </w:p>
    <w:p>
      <w:pPr>
        <w:pStyle w:val="ListBullet"/>
      </w:pPr>
      <w:r>
        <w:t>The Stress Response Naturally Prepares The Body For Movement.</w:t>
      </w:r>
    </w:p>
    <w:p>
      <w:pPr>
        <w:pStyle w:val="ListBullet"/>
      </w:pPr>
      <w:r>
        <w:t>Modern Life Often Interrupts That Process Through Prolonged Sitting And Continuous Mental Demands.</w:t>
      </w:r>
    </w:p>
    <w:p>
      <w:pPr>
        <w:pStyle w:val="ListBullet"/>
      </w:pPr>
      <w:r>
        <w:t>Gentle Movement Helps The Nervous System Complete The Stress Response.</w:t>
      </w:r>
    </w:p>
    <w:p>
      <w:pPr>
        <w:pStyle w:val="ListBullet"/>
      </w:pPr>
      <w:r>
        <w:t>Walking, Stretching, Yoga, And Other Rhythmic Activities Support Regulation.</w:t>
      </w:r>
    </w:p>
    <w:p>
      <w:pPr>
        <w:pStyle w:val="ListBullet"/>
      </w:pPr>
      <w:r>
        <w:t>Consistency Is More Important Than Intensity For Long-Term Nervous System Recovery.</w:t>
      </w:r>
    </w:p>
    <w:p>
      <w:pPr>
        <w:pStyle w:val="ListBullet"/>
      </w:pPr>
      <w:r>
        <w:t>Movement Should Feel Supportive Rather Than Punishing.</w:t>
      </w:r>
    </w:p>
    <w:p>
      <w:pPr>
        <w:pStyle w:val="ListBullet"/>
      </w:pPr>
      <w:r>
        <w:t>Recovery After Exercise Is Just As Important As The Movement Itself.</w:t>
      </w:r>
    </w:p>
    <w:p>
      <w:pPr>
        <w:pStyle w:val="Heading3"/>
      </w:pPr>
      <w:r>
        <w:t>Chapter Reflection</w:t>
      </w:r>
    </w:p>
    <w:p>
      <w:r>
        <w:t>Before Moving To The Next Chapter, Reflect On These Questions.</w:t>
      </w:r>
    </w:p>
    <w:p>
      <w:pPr>
        <w:pStyle w:val="ListBullet"/>
      </w:pPr>
      <w:r>
        <w:t>How Much Time Do I Spend Sitting Each Day?</w:t>
      </w:r>
    </w:p>
    <w:p>
      <w:pPr>
        <w:pStyle w:val="ListBullet"/>
      </w:pPr>
      <w:r>
        <w:t>Which Types Of Movement Help Me Feel Most Relaxed?</w:t>
      </w:r>
    </w:p>
    <w:p>
      <w:pPr>
        <w:pStyle w:val="ListBullet"/>
      </w:pPr>
      <w:r>
        <w:t>When Do I Feel Best After Physical Activity?</w:t>
      </w:r>
    </w:p>
    <w:p>
      <w:pPr>
        <w:pStyle w:val="ListBullet"/>
      </w:pPr>
      <w:r>
        <w:t>What Small Movement Break Could I Add To My Daily Routine?</w:t>
      </w:r>
    </w:p>
    <w:p>
      <w:pPr>
        <w:pStyle w:val="ListBullet"/>
      </w:pPr>
      <w:r>
        <w:t>How Can I Begin Viewing Movement As Recovery Rather Than Obligation?</w:t>
      </w:r>
    </w:p>
    <w:p>
      <w:r>
        <w:t>In the next chapter, we will explore the powerful role of human connection in nervous system regulation. You will learn why supportive relationships help calm the brain, how chronic stress can affect social connection, and why healing often becomes easier when the nervous system experiences safety through trusted relationships and healthy boundaries.</w:t>
      </w:r>
    </w:p>
    <w:p>
      <w:r>
        <w:br w:type="page"/>
      </w:r>
    </w:p>
    <w:p>
      <w:pPr>
        <w:pStyle w:val="Heading1"/>
        <w:jc w:val="center"/>
      </w:pPr>
      <w:r>
        <w:t>Chapter 15: The Healing Power of Safe Relationships</w:t>
      </w:r>
    </w:p>
    <w:p>
      <w:pPr>
        <w:pStyle w:val="Quote"/>
      </w:pPr>
      <w:r>
        <w:rPr>
          <w:i/>
        </w:rPr>
        <w:t>"The Nervous System Learns Safety Not Only Through Quiet Moments, But Also Through Safe Human Connection."</w:t>
      </w:r>
    </w:p>
    <w:p>
      <w:pPr>
        <w:pStyle w:val="Heading3"/>
      </w:pPr>
      <w:r>
        <w:t>Chapter Overview</w:t>
      </w:r>
    </w:p>
    <w:p>
      <w:r>
        <w:t>One of the greatest misconceptions about stress recovery is that healing is something we do entirely alone.</w:t>
      </w:r>
    </w:p>
    <w:p>
      <w:r>
        <w:t>While personal habits such as sleep, nutrition, breathing, and movement are incredibly important, the nervous system was never designed to regulate in complete isolation.</w:t>
      </w:r>
    </w:p>
    <w:p>
      <w:r>
        <w:t>Human beings are biologically wired for connection.</w:t>
      </w:r>
    </w:p>
    <w:p>
      <w:r>
        <w:t>From infancy onward, our nervous systems learn about safety through other people.</w:t>
      </w:r>
    </w:p>
    <w:p>
      <w:r>
        <w:t>A calm voice.</w:t>
      </w:r>
    </w:p>
    <w:p>
      <w:r>
        <w:t>A reassuring smile.</w:t>
      </w:r>
    </w:p>
    <w:p>
      <w:r>
        <w:t>A comforting hand.</w:t>
      </w:r>
    </w:p>
    <w:p>
      <w:r>
        <w:t>Someone who listens without judgment.</w:t>
      </w:r>
    </w:p>
    <w:p>
      <w:r>
        <w:t>Someone who remains calm when we are overwhelmed.</w:t>
      </w:r>
    </w:p>
    <w:p>
      <w:r>
        <w:t>These experiences communicate safety in ways that words alone often cannot.</w:t>
      </w:r>
    </w:p>
    <w:p>
      <w:r>
        <w:t>Likewise, repeated experiences of criticism, rejection, unpredictability, neglect, or emotional conflict can teach the nervous system that relationships themselves are dangerous.</w:t>
      </w:r>
    </w:p>
    <w:p>
      <w:r>
        <w:t>As adults, these lessons continue influencing how we trust, communicate, set boundaries, and respond to stress.</w:t>
      </w:r>
    </w:p>
    <w:p>
      <w:r>
        <w:t>This chapter explores why healthy relationships play such an important role in nervous system regulation and how creating emotionally safe connections supports long-term healing.</w:t>
      </w:r>
    </w:p>
    <w:p>
      <w:pPr>
        <w:pStyle w:val="Heading3"/>
      </w:pPr>
      <w:r>
        <w:t>Human Connection Is Biological</w:t>
      </w:r>
    </w:p>
    <w:p>
      <w:r>
        <w:t>Many people think of relationships as emotional.</w:t>
      </w:r>
    </w:p>
    <w:p>
      <w:r>
        <w:t>They are.</w:t>
      </w:r>
    </w:p>
    <w:p>
      <w:r>
        <w:t>But they are also biological.</w:t>
      </w:r>
    </w:p>
    <w:p>
      <w:r>
        <w:t>Your nervous system constantly evaluates the people around you.</w:t>
      </w:r>
    </w:p>
    <w:p>
      <w:r>
        <w:t>It asks questions such as:</w:t>
      </w:r>
    </w:p>
    <w:p>
      <w:pPr>
        <w:pStyle w:val="ListBullet"/>
      </w:pPr>
      <w:r>
        <w:t>Am I Safe With This Person?</w:t>
      </w:r>
    </w:p>
    <w:p>
      <w:pPr>
        <w:pStyle w:val="ListBullet"/>
      </w:pPr>
      <w:r>
        <w:t>Can I Relax Here?</w:t>
      </w:r>
    </w:p>
    <w:p>
      <w:pPr>
        <w:pStyle w:val="ListBullet"/>
      </w:pPr>
      <w:r>
        <w:t>Will I Be Judged?</w:t>
      </w:r>
    </w:p>
    <w:p>
      <w:pPr>
        <w:pStyle w:val="ListBullet"/>
      </w:pPr>
      <w:r>
        <w:t>Will I Be Accepted?</w:t>
      </w:r>
    </w:p>
    <w:p>
      <w:pPr>
        <w:pStyle w:val="ListBullet"/>
      </w:pPr>
      <w:r>
        <w:t>Do I Need To Protect Myself?</w:t>
      </w:r>
    </w:p>
    <w:p>
      <w:pPr>
        <w:pStyle w:val="ListBullet"/>
      </w:pPr>
      <w:r>
        <w:t>These evaluations happen automatically.</w:t>
      </w:r>
    </w:p>
    <w:p>
      <w:pPr>
        <w:pStyle w:val="ListBullet"/>
      </w:pPr>
      <w:r>
        <w:t>Long before your conscious mind concludes, your nervous system is already collecting information.</w:t>
      </w:r>
    </w:p>
    <w:p>
      <w:r>
        <w:t>That information influences:</w:t>
      </w:r>
    </w:p>
    <w:p>
      <w:pPr>
        <w:pStyle w:val="ListBullet"/>
      </w:pPr>
      <w:r>
        <w:t>Muscle Tension.</w:t>
      </w:r>
    </w:p>
    <w:p>
      <w:pPr>
        <w:pStyle w:val="ListBullet"/>
      </w:pPr>
      <w:r>
        <w:t>Heart Rate.</w:t>
      </w:r>
    </w:p>
    <w:p>
      <w:pPr>
        <w:pStyle w:val="ListBullet"/>
      </w:pPr>
      <w:r>
        <w:t>Breathing.</w:t>
      </w:r>
    </w:p>
    <w:p>
      <w:pPr>
        <w:pStyle w:val="ListBullet"/>
      </w:pPr>
      <w:r>
        <w:t>Emotional Regulation.</w:t>
      </w:r>
    </w:p>
    <w:p>
      <w:pPr>
        <w:pStyle w:val="ListBullet"/>
      </w:pPr>
      <w:r>
        <w:t>Stress Hormones.</w:t>
      </w:r>
    </w:p>
    <w:p>
      <w:pPr>
        <w:pStyle w:val="ListBullet"/>
      </w:pPr>
      <w:r>
        <w:t>Feelings Of Calm Or Anxiety.</w:t>
      </w:r>
    </w:p>
    <w:p>
      <w:pPr>
        <w:pStyle w:val="ListBullet"/>
      </w:pPr>
      <w:r>
        <w:t>Relationships are not simply social experiences.</w:t>
      </w:r>
    </w:p>
    <w:p>
      <w:pPr>
        <w:pStyle w:val="ListBullet"/>
      </w:pPr>
      <w:r>
        <w:t>They are physiological experiences.</w:t>
      </w:r>
    </w:p>
    <w:p>
      <w:pPr>
        <w:pStyle w:val="Heading3"/>
      </w:pPr>
      <w:r>
        <w:t>Your Body Knows Before Your Mind</w:t>
      </w:r>
    </w:p>
    <w:p>
      <w:r>
        <w:t>Have you ever noticed that certain people immediately help you feel calmer?</w:t>
      </w:r>
    </w:p>
    <w:p>
      <w:r>
        <w:t>Perhaps after spending time with them, you notice:</w:t>
      </w:r>
    </w:p>
    <w:p>
      <w:pPr>
        <w:pStyle w:val="ListBullet"/>
      </w:pPr>
      <w:r>
        <w:t>Your Shoulders Relax.</w:t>
      </w:r>
    </w:p>
    <w:p>
      <w:pPr>
        <w:pStyle w:val="ListBullet"/>
      </w:pPr>
      <w:r>
        <w:t>Your Breathing Slows.</w:t>
      </w:r>
    </w:p>
    <w:p>
      <w:pPr>
        <w:pStyle w:val="ListBullet"/>
      </w:pPr>
      <w:r>
        <w:t>You Laugh More Easily.</w:t>
      </w:r>
    </w:p>
    <w:p>
      <w:pPr>
        <w:pStyle w:val="ListBullet"/>
      </w:pPr>
      <w:r>
        <w:t>Your Thoughts Become Clearer.</w:t>
      </w:r>
    </w:p>
    <w:p>
      <w:pPr>
        <w:pStyle w:val="ListBullet"/>
      </w:pPr>
      <w:r>
        <w:t>You Feel Less Defensive.</w:t>
      </w:r>
    </w:p>
    <w:p>
      <w:pPr>
        <w:pStyle w:val="ListBullet"/>
      </w:pPr>
      <w:r>
        <w:t>Now think about someone else.</w:t>
      </w:r>
    </w:p>
    <w:p>
      <w:r>
        <w:t>Perhaps you notice:</w:t>
      </w:r>
    </w:p>
    <w:p>
      <w:pPr>
        <w:pStyle w:val="ListBullet"/>
      </w:pPr>
      <w:r>
        <w:t>Tightness In Your Chest.</w:t>
      </w:r>
    </w:p>
    <w:p>
      <w:pPr>
        <w:pStyle w:val="ListBullet"/>
      </w:pPr>
      <w:r>
        <w:t>A Racing Mind.</w:t>
      </w:r>
    </w:p>
    <w:p>
      <w:pPr>
        <w:pStyle w:val="ListBullet"/>
      </w:pPr>
      <w:r>
        <w:t>Increased Irritability.</w:t>
      </w:r>
    </w:p>
    <w:p>
      <w:pPr>
        <w:pStyle w:val="ListBullet"/>
      </w:pPr>
      <w:r>
        <w:t>Muscle Tension.</w:t>
      </w:r>
    </w:p>
    <w:p>
      <w:pPr>
        <w:pStyle w:val="ListBullet"/>
      </w:pPr>
      <w:r>
        <w:t>Emotional Exhaustion.</w:t>
      </w:r>
    </w:p>
    <w:p>
      <w:pPr>
        <w:pStyle w:val="ListBullet"/>
      </w:pPr>
      <w:r>
        <w:t>Neither reaction is accidental.</w:t>
      </w:r>
    </w:p>
    <w:p>
      <w:pPr>
        <w:pStyle w:val="ListBullet"/>
      </w:pPr>
      <w:r>
        <w:t>Your nervous system is responding to repeated experiences.</w:t>
      </w:r>
    </w:p>
    <w:p>
      <w:pPr>
        <w:pStyle w:val="Heading3"/>
      </w:pPr>
      <w:r>
        <w:t>Safe Relationships Help Regulate Stress</w:t>
      </w:r>
    </w:p>
    <w:p>
      <w:r>
        <w:t>Supportive relationships provide powerful signals that danger has passed.</w:t>
      </w:r>
    </w:p>
    <w:p>
      <w:r>
        <w:t>Characteristics of emotionally safe relationships often include:</w:t>
      </w:r>
    </w:p>
    <w:p>
      <w:pPr>
        <w:pStyle w:val="ListBullet"/>
      </w:pPr>
      <w:r>
        <w:t>Respect.</w:t>
      </w:r>
    </w:p>
    <w:p>
      <w:pPr>
        <w:pStyle w:val="ListBullet"/>
      </w:pPr>
      <w:r>
        <w:t>Consistency.</w:t>
      </w:r>
    </w:p>
    <w:p>
      <w:pPr>
        <w:pStyle w:val="ListBullet"/>
      </w:pPr>
      <w:r>
        <w:t>Honest Communication.</w:t>
      </w:r>
    </w:p>
    <w:p>
      <w:pPr>
        <w:pStyle w:val="ListBullet"/>
      </w:pPr>
      <w:r>
        <w:t>Reliability.</w:t>
      </w:r>
    </w:p>
    <w:p>
      <w:pPr>
        <w:pStyle w:val="ListBullet"/>
      </w:pPr>
      <w:r>
        <w:t>Healthy Boundaries.</w:t>
      </w:r>
    </w:p>
    <w:p>
      <w:pPr>
        <w:pStyle w:val="ListBullet"/>
      </w:pPr>
      <w:r>
        <w:t>Mutual Support.</w:t>
      </w:r>
    </w:p>
    <w:p>
      <w:pPr>
        <w:pStyle w:val="ListBullet"/>
      </w:pPr>
      <w:r>
        <w:t>Emotional Availability.</w:t>
      </w:r>
    </w:p>
    <w:p>
      <w:pPr>
        <w:pStyle w:val="ListBullet"/>
      </w:pPr>
      <w:r>
        <w:t>Compassion.</w:t>
      </w:r>
    </w:p>
    <w:p>
      <w:pPr>
        <w:pStyle w:val="ListBullet"/>
      </w:pPr>
      <w:r>
        <w:t>Accountability.</w:t>
      </w:r>
    </w:p>
    <w:p>
      <w:pPr>
        <w:pStyle w:val="ListBullet"/>
      </w:pPr>
      <w:r>
        <w:t>Notice that perfection is not on this list.</w:t>
      </w:r>
    </w:p>
    <w:p>
      <w:pPr>
        <w:pStyle w:val="ListBullet"/>
      </w:pPr>
      <w:r>
        <w:t>Healthy relationships still include disagreements.</w:t>
      </w:r>
    </w:p>
    <w:p>
      <w:pPr>
        <w:pStyle w:val="ListBullet"/>
      </w:pPr>
      <w:r>
        <w:t>What makes them safe is the ability to repair after conflict.</w:t>
      </w:r>
    </w:p>
    <w:p>
      <w:pPr>
        <w:pStyle w:val="Heading3"/>
      </w:pPr>
      <w:r>
        <w:rPr>
          <w:b/>
        </w:rPr>
        <w:t>RN Insight</w:t>
      </w:r>
    </w:p>
    <w:p>
      <w:pPr>
        <w:pStyle w:val="Quote"/>
      </w:pPr>
      <w:r>
        <w:rPr>
          <w:i/>
        </w:rPr>
        <w:t>One of the most encouraging things nurses observe is how much a supportive family member or trusted friend can influence a patient's recovery. Sometimes a patient's blood pressure settles, breathing slows, and visible tension decreases simply because someone familiar enters the room. Medical treatment remains essential, but emotional safety often changes how people experience illness, pain, and recovery.</w:t>
      </w:r>
    </w:p>
    <w:p>
      <w:pPr>
        <w:pStyle w:val="Heading3"/>
      </w:pPr>
      <w:r>
        <w:t>Chronic Stress Can Make Relationships Harder</w:t>
      </w:r>
    </w:p>
    <w:p>
      <w:r>
        <w:t>Unfortunately, prolonged nervous system activation often affects relationships.</w:t>
      </w:r>
    </w:p>
    <w:p>
      <w:r>
        <w:t>People living in survival mode may become:</w:t>
      </w:r>
    </w:p>
    <w:p>
      <w:pPr>
        <w:pStyle w:val="ListBullet"/>
      </w:pPr>
      <w:r>
        <w:t>More Irritable.</w:t>
      </w:r>
    </w:p>
    <w:p>
      <w:pPr>
        <w:pStyle w:val="ListBullet"/>
      </w:pPr>
      <w:r>
        <w:t>Less Patient.</w:t>
      </w:r>
    </w:p>
    <w:p>
      <w:pPr>
        <w:pStyle w:val="ListBullet"/>
      </w:pPr>
      <w:r>
        <w:t>Emotionally Withdrawn.</w:t>
      </w:r>
    </w:p>
    <w:p>
      <w:pPr>
        <w:pStyle w:val="ListBullet"/>
      </w:pPr>
      <w:r>
        <w:t>Easily Startled.</w:t>
      </w:r>
    </w:p>
    <w:p>
      <w:pPr>
        <w:pStyle w:val="ListBullet"/>
      </w:pPr>
      <w:r>
        <w:t>Less Interested In Social Activities.</w:t>
      </w:r>
    </w:p>
    <w:p>
      <w:pPr>
        <w:pStyle w:val="ListBullet"/>
      </w:pPr>
      <w:r>
        <w:t>More Defensive.</w:t>
      </w:r>
    </w:p>
    <w:p>
      <w:pPr>
        <w:pStyle w:val="ListBullet"/>
      </w:pPr>
      <w:r>
        <w:t>Less Emotionally Available.</w:t>
      </w:r>
    </w:p>
    <w:p>
      <w:pPr>
        <w:pStyle w:val="ListBullet"/>
      </w:pPr>
      <w:r>
        <w:t>Many people assume this means something is wrong with the relationship.</w:t>
      </w:r>
    </w:p>
    <w:p>
      <w:pPr>
        <w:pStyle w:val="ListBullet"/>
      </w:pPr>
      <w:r>
        <w:t>Sometimes the nervous system is simply exhausted.</w:t>
      </w:r>
    </w:p>
    <w:p>
      <w:r>
        <w:t>When the body spends most of its energy on survival, fewer emotional resources remain for connection.</w:t>
      </w:r>
    </w:p>
    <w:p>
      <w:pPr>
        <w:pStyle w:val="Heading3"/>
      </w:pPr>
      <w:r>
        <w:t>Hypervigilance Changes Communication</w:t>
      </w:r>
    </w:p>
    <w:p>
      <w:r>
        <w:t>A nervous system expecting danger often interprets neutral situations differently.</w:t>
      </w:r>
    </w:p>
    <w:p>
      <w:r>
        <w:t>Examples include:</w:t>
      </w:r>
    </w:p>
    <w:p>
      <w:r>
        <w:t>A delayed text message becomes:</w:t>
      </w:r>
    </w:p>
    <w:p>
      <w:pPr>
        <w:pStyle w:val="Heading3"/>
      </w:pPr>
      <w:r>
        <w:t>"They're Upset With Me."</w:t>
      </w:r>
    </w:p>
    <w:p>
      <w:r>
        <w:t>Constructive feedback becomes:</w:t>
      </w:r>
    </w:p>
    <w:p>
      <w:r>
        <w:rPr>
          <w:i/>
        </w:rPr>
        <w:t>"I'm failing."</w:t>
      </w:r>
    </w:p>
    <w:p>
      <w:r>
        <w:t>A tired expression becomes:</w:t>
      </w:r>
    </w:p>
    <w:p>
      <w:pPr>
        <w:pStyle w:val="Heading3"/>
      </w:pPr>
      <w:r>
        <w:t>"I Must Have Done Something Wrong."</w:t>
      </w:r>
    </w:p>
    <w:p>
      <w:r>
        <w:t>These interpretations happen quickly because the nervous system is attempting to predict possible threats.</w:t>
      </w:r>
    </w:p>
    <w:p>
      <w:r>
        <w:t>Recognizing this pattern allows you to pause before assuming the worst.</w:t>
      </w:r>
    </w:p>
    <w:p>
      <w:pPr>
        <w:pStyle w:val="Heading3"/>
      </w:pPr>
      <w:r>
        <w:t>Isolation Can Increase Stress</w:t>
      </w:r>
    </w:p>
    <w:p>
      <w:r>
        <w:t>Many people withdraw when overwhelmed.</w:t>
      </w:r>
    </w:p>
    <w:p>
      <w:r>
        <w:t>They say:</w:t>
      </w:r>
    </w:p>
    <w:p>
      <w:pPr>
        <w:pStyle w:val="ListBullet"/>
      </w:pPr>
      <w:r>
        <w:t>"I Just Need To Be Alone."</w:t>
      </w:r>
    </w:p>
    <w:p>
      <w:pPr>
        <w:pStyle w:val="ListBullet"/>
      </w:pPr>
      <w:r>
        <w:t>"I'm Too Tired To Talk."</w:t>
      </w:r>
    </w:p>
    <w:p>
      <w:pPr>
        <w:pStyle w:val="ListBullet"/>
      </w:pPr>
      <w:r>
        <w:t>"I Don't Have The Energy."</w:t>
      </w:r>
    </w:p>
    <w:p>
      <w:pPr>
        <w:pStyle w:val="ListBullet"/>
      </w:pPr>
      <w:r>
        <w:t>Occasional solitude is healthy.</w:t>
      </w:r>
    </w:p>
    <w:p>
      <w:pPr>
        <w:pStyle w:val="ListBullet"/>
      </w:pPr>
      <w:r>
        <w:t>Everyone benefits from quiet time.</w:t>
      </w:r>
    </w:p>
    <w:p>
      <w:r>
        <w:t>However, prolonged isolation can unintentionally increase nervous system activation.</w:t>
      </w:r>
    </w:p>
    <w:p>
      <w:r>
        <w:t>Without supportive interaction, the brain loses important reminders that safety can exist within relationships.</w:t>
      </w:r>
    </w:p>
    <w:p>
      <w:pPr>
        <w:pStyle w:val="Heading3"/>
      </w:pPr>
      <w:r>
        <w:t>The Difference Between Solitude And Isolation</w:t>
      </w:r>
    </w:p>
    <w:p>
      <w:r>
        <w:t>Healthy solitude helps you recharge.</w:t>
      </w:r>
    </w:p>
    <w:p>
      <w:r>
        <w:t>Isolation often develops from overwhelm, fear, or emotional exhaustion.</w:t>
      </w:r>
    </w:p>
    <w:p>
      <w:r>
        <w:t>Healthy solitude leaves you feeling refreshed.</w:t>
      </w:r>
    </w:p>
    <w:p>
      <w:r>
        <w:t>Isolation often leaves you feeling:</w:t>
      </w:r>
    </w:p>
    <w:p>
      <w:pPr>
        <w:pStyle w:val="ListBullet"/>
      </w:pPr>
      <w:r>
        <w:t>Lonely.</w:t>
      </w:r>
    </w:p>
    <w:p>
      <w:pPr>
        <w:pStyle w:val="ListBullet"/>
      </w:pPr>
      <w:r>
        <w:t>Emotionally Flat.</w:t>
      </w:r>
    </w:p>
    <w:p>
      <w:pPr>
        <w:pStyle w:val="ListBullet"/>
      </w:pPr>
      <w:r>
        <w:t>More Anxious.</w:t>
      </w:r>
    </w:p>
    <w:p>
      <w:pPr>
        <w:pStyle w:val="ListBullet"/>
      </w:pPr>
      <w:r>
        <w:t>Less Hopeful.</w:t>
      </w:r>
    </w:p>
    <w:p>
      <w:pPr>
        <w:pStyle w:val="ListBullet"/>
      </w:pPr>
      <w:r>
        <w:t>More Disconnected.</w:t>
      </w:r>
    </w:p>
    <w:p>
      <w:pPr>
        <w:pStyle w:val="ListBullet"/>
      </w:pPr>
      <w:r>
        <w:t>Pay attention to how you feel afterward.</w:t>
      </w:r>
    </w:p>
    <w:p>
      <w:pPr>
        <w:pStyle w:val="ListBullet"/>
      </w:pPr>
      <w:r>
        <w:t>Your nervous system often provides important clues.</w:t>
      </w:r>
    </w:p>
    <w:p>
      <w:pPr>
        <w:pStyle w:val="Heading3"/>
      </w:pPr>
      <w:r>
        <w:t>The Importance Of Being Understood</w:t>
      </w:r>
    </w:p>
    <w:p>
      <w:r>
        <w:t>One of the strongest regulators of the nervous system is feeling understood.</w:t>
      </w:r>
    </w:p>
    <w:p>
      <w:r>
        <w:t>You do not necessarily need someone to solve your problems.</w:t>
      </w:r>
    </w:p>
    <w:p>
      <w:r>
        <w:t>Often, what your body needs most is knowing that someone genuinely hears you.</w:t>
      </w:r>
    </w:p>
    <w:p>
      <w:r>
        <w:t>Feeling understood communicates:</w:t>
      </w:r>
    </w:p>
    <w:p>
      <w:pPr>
        <w:pStyle w:val="ListBullet"/>
      </w:pPr>
      <w:r>
        <w:t>You Are Not Alone.</w:t>
      </w:r>
    </w:p>
    <w:p>
      <w:pPr>
        <w:pStyle w:val="ListBullet"/>
      </w:pPr>
      <w:r>
        <w:t>Your Experience Matters.</w:t>
      </w:r>
    </w:p>
    <w:p>
      <w:pPr>
        <w:pStyle w:val="ListBullet"/>
      </w:pPr>
      <w:r>
        <w:t>Someone Is With You.</w:t>
      </w:r>
    </w:p>
    <w:p>
      <w:pPr>
        <w:pStyle w:val="ListBullet"/>
      </w:pPr>
      <w:r>
        <w:t>You Do Not Have To Carry Everything By Yourself.</w:t>
      </w:r>
    </w:p>
    <w:p>
      <w:pPr>
        <w:pStyle w:val="ListBullet"/>
      </w:pPr>
      <w:r>
        <w:t>This reduces the nervous system's sense of isolation.</w:t>
      </w:r>
    </w:p>
    <w:p>
      <w:pPr>
        <w:pStyle w:val="Heading3"/>
      </w:pPr>
      <w:r>
        <w:rPr>
          <w:b/>
        </w:rPr>
        <w:t>Bedside Example</w:t>
      </w:r>
    </w:p>
    <w:p>
      <w:pPr>
        <w:pStyle w:val="Quote"/>
      </w:pPr>
      <w:r>
        <w:rPr>
          <w:i/>
        </w:rPr>
        <w:t>I once cared for a patient who had been living with chronic illness for several years. During one conversation, he quietly admitted,</w:t>
      </w:r>
    </w:p>
    <w:p>
      <w:pPr>
        <w:pStyle w:val="Quote"/>
      </w:pPr>
      <w:r>
        <w:rPr>
          <w:i/>
        </w:rPr>
        <w:t>"I Don't Need People To Fix Me. I Just Wish Someone Would Sit Here And Listen Without Telling Me What I Should Do."</w:t>
      </w:r>
    </w:p>
    <w:p>
      <w:pPr>
        <w:pStyle w:val="Quote"/>
      </w:pPr>
      <w:r>
        <w:rPr>
          <w:i/>
        </w:rPr>
        <w:t>His comment reflected something that healthcare professionals often see.</w:t>
      </w:r>
    </w:p>
    <w:p>
      <w:pPr>
        <w:pStyle w:val="Quote"/>
      </w:pPr>
      <w:r>
        <w:rPr>
          <w:i/>
        </w:rPr>
        <w:t>Sometimes healing begins not with advice, but with feeling genuinely heard.</w:t>
      </w:r>
    </w:p>
    <w:p>
      <w:pPr>
        <w:pStyle w:val="Quote"/>
      </w:pPr>
      <w:r>
        <w:rPr>
          <w:i/>
        </w:rPr>
        <w:t>After spending time talking together, his posture visibly softened, his breathing slowed, and he smiled for the first time that day.</w:t>
      </w:r>
    </w:p>
    <w:p>
      <w:pPr>
        <w:pStyle w:val="Quote"/>
      </w:pPr>
      <w:r>
        <w:rPr>
          <w:i/>
        </w:rPr>
        <w:t>Feeling emotionally safe changed his physiology.</w:t>
      </w:r>
    </w:p>
    <w:p>
      <w:pPr>
        <w:pStyle w:val="Heading3"/>
      </w:pPr>
      <w:r>
        <w:t>Healthy Boundaries Create Emotional Safety</w:t>
      </w:r>
    </w:p>
    <w:p>
      <w:r>
        <w:t>Many people confuse boundaries with rejection.</w:t>
      </w:r>
    </w:p>
    <w:p>
      <w:r>
        <w:t>Healthy boundaries actually strengthen relationships.</w:t>
      </w:r>
    </w:p>
    <w:p>
      <w:r>
        <w:t>Boundaries communicate:</w:t>
      </w:r>
    </w:p>
    <w:p>
      <w:pPr>
        <w:pStyle w:val="ListBullet"/>
      </w:pPr>
      <w:r>
        <w:t>What You Need.</w:t>
      </w:r>
    </w:p>
    <w:p>
      <w:pPr>
        <w:pStyle w:val="ListBullet"/>
      </w:pPr>
      <w:r>
        <w:t>What You Can Realistically Offer.</w:t>
      </w:r>
    </w:p>
    <w:p>
      <w:pPr>
        <w:pStyle w:val="ListBullet"/>
      </w:pPr>
      <w:r>
        <w:t>What You Cannot Sustain.</w:t>
      </w:r>
    </w:p>
    <w:p>
      <w:pPr>
        <w:pStyle w:val="ListBullet"/>
      </w:pPr>
      <w:r>
        <w:t>What Helps You Stay Healthy?</w:t>
      </w:r>
    </w:p>
    <w:p>
      <w:r>
        <w:t>Examples include:</w:t>
      </w:r>
    </w:p>
    <w:p>
      <w:pPr>
        <w:pStyle w:val="ListBullet"/>
      </w:pPr>
      <w:r>
        <w:t>Saying No Respectfully.</w:t>
      </w:r>
    </w:p>
    <w:p>
      <w:pPr>
        <w:pStyle w:val="ListBullet"/>
      </w:pPr>
      <w:r>
        <w:t>Protecting Sleep.</w:t>
      </w:r>
    </w:p>
    <w:p>
      <w:pPr>
        <w:pStyle w:val="ListBullet"/>
      </w:pPr>
      <w:r>
        <w:t>Limiting Constant Availability.</w:t>
      </w:r>
    </w:p>
    <w:p>
      <w:pPr>
        <w:pStyle w:val="ListBullet"/>
      </w:pPr>
      <w:r>
        <w:t>Reducing Exposure To Ongoing Conflict.</w:t>
      </w:r>
    </w:p>
    <w:p>
      <w:pPr>
        <w:pStyle w:val="ListBullet"/>
      </w:pPr>
      <w:r>
        <w:t>Scheduling Time For Recovery.</w:t>
      </w:r>
    </w:p>
    <w:p>
      <w:pPr>
        <w:pStyle w:val="ListBullet"/>
      </w:pPr>
      <w:r>
        <w:t>Asking For Help.</w:t>
      </w:r>
    </w:p>
    <w:p>
      <w:pPr>
        <w:pStyle w:val="ListBullet"/>
      </w:pPr>
      <w:r>
        <w:t>Boundaries reduce unnecessary nervous system overload.</w:t>
      </w:r>
    </w:p>
    <w:p>
      <w:pPr>
        <w:pStyle w:val="Heading3"/>
      </w:pPr>
      <w:r>
        <w:t>You cannot Calm Everyone.</w:t>
      </w:r>
    </w:p>
    <w:p>
      <w:r>
        <w:t>Many people spend enormous energy trying to regulate everyone else's emotions.</w:t>
      </w:r>
    </w:p>
    <w:p>
      <w:r>
        <w:t>They constantly ask themselves:</w:t>
      </w:r>
    </w:p>
    <w:p>
      <w:pPr>
        <w:pStyle w:val="ListBullet"/>
      </w:pPr>
      <w:r>
        <w:t>Are They Happy?</w:t>
      </w:r>
    </w:p>
    <w:p>
      <w:pPr>
        <w:pStyle w:val="ListBullet"/>
      </w:pPr>
      <w:r>
        <w:t>Did I Upset Them?</w:t>
      </w:r>
    </w:p>
    <w:p>
      <w:pPr>
        <w:pStyle w:val="ListBullet"/>
      </w:pPr>
      <w:r>
        <w:t>Should I Fix This?</w:t>
      </w:r>
    </w:p>
    <w:p>
      <w:pPr>
        <w:pStyle w:val="ListBullet"/>
      </w:pPr>
      <w:r>
        <w:t>What Else Can I Do?</w:t>
      </w:r>
    </w:p>
    <w:p>
      <w:pPr>
        <w:pStyle w:val="ListBullet"/>
      </w:pPr>
      <w:r>
        <w:t>This pattern is especially common in individuals who have developed strong fawn responses.</w:t>
      </w:r>
    </w:p>
    <w:p>
      <w:r>
        <w:t>Remember:</w:t>
      </w:r>
    </w:p>
    <w:p>
      <w:r>
        <w:t>You are responsible for your behavior.</w:t>
      </w:r>
    </w:p>
    <w:p>
      <w:r>
        <w:t>You are not responsible for regulating every other person's emotional state.</w:t>
      </w:r>
    </w:p>
    <w:p>
      <w:r>
        <w:t>Allowing others to experience their own emotions is healthy.</w:t>
      </w:r>
    </w:p>
    <w:p>
      <w:pPr>
        <w:pStyle w:val="Heading3"/>
      </w:pPr>
      <w:r>
        <w:t>Safe Relationships Encourage Authenticity</w:t>
      </w:r>
    </w:p>
    <w:p>
      <w:r>
        <w:t>A regulated nervous system does not require constant performance.</w:t>
      </w:r>
    </w:p>
    <w:p>
      <w:r>
        <w:t>Healthy relationships allow you to:</w:t>
      </w:r>
    </w:p>
    <w:p>
      <w:pPr>
        <w:pStyle w:val="ListBullet"/>
      </w:pPr>
      <w:r>
        <w:t>Admit You're Tired.</w:t>
      </w:r>
    </w:p>
    <w:p>
      <w:pPr>
        <w:pStyle w:val="ListBullet"/>
      </w:pPr>
      <w:r>
        <w:t>Ask For Help.</w:t>
      </w:r>
    </w:p>
    <w:p>
      <w:pPr>
        <w:pStyle w:val="ListBullet"/>
      </w:pPr>
      <w:r>
        <w:t>Express Your Feelings.</w:t>
      </w:r>
    </w:p>
    <w:p>
      <w:pPr>
        <w:pStyle w:val="ListBullet"/>
      </w:pPr>
      <w:r>
        <w:t>Make Mistakes.</w:t>
      </w:r>
    </w:p>
    <w:p>
      <w:pPr>
        <w:pStyle w:val="ListBullet"/>
      </w:pPr>
      <w:r>
        <w:t>Disagree Respectfully.</w:t>
      </w:r>
    </w:p>
    <w:p>
      <w:pPr>
        <w:pStyle w:val="ListBullet"/>
      </w:pPr>
      <w:r>
        <w:t>Be Yourself Without Fear Of Rejection.</w:t>
      </w:r>
    </w:p>
    <w:p>
      <w:pPr>
        <w:pStyle w:val="ListBullet"/>
      </w:pPr>
      <w:r>
        <w:t>Authenticity reduces the enormous energy required to monitor every word and behavior constantly.</w:t>
      </w:r>
    </w:p>
    <w:p>
      <w:pPr>
        <w:pStyle w:val="Heading3"/>
      </w:pPr>
      <w:r>
        <w:t>Repair Is More Important Than Perfection</w:t>
      </w:r>
    </w:p>
    <w:p>
      <w:r>
        <w:t>Conflict happens in every relationship.</w:t>
      </w:r>
    </w:p>
    <w:p>
      <w:r>
        <w:t>What matters most is what happens afterward.</w:t>
      </w:r>
    </w:p>
    <w:p>
      <w:r>
        <w:t>Healthy repair includes:</w:t>
      </w:r>
    </w:p>
    <w:p>
      <w:pPr>
        <w:pStyle w:val="ListBullet"/>
      </w:pPr>
      <w:r>
        <w:t>Listening.</w:t>
      </w:r>
    </w:p>
    <w:p>
      <w:pPr>
        <w:pStyle w:val="ListBullet"/>
      </w:pPr>
      <w:r>
        <w:t>Taking Responsibility.</w:t>
      </w:r>
    </w:p>
    <w:p>
      <w:pPr>
        <w:pStyle w:val="ListBullet"/>
      </w:pPr>
      <w:r>
        <w:t>Apologizing When Appropriate.</w:t>
      </w:r>
    </w:p>
    <w:p>
      <w:pPr>
        <w:pStyle w:val="ListBullet"/>
      </w:pPr>
      <w:r>
        <w:t>Clarifying Misunderstandings.</w:t>
      </w:r>
    </w:p>
    <w:p>
      <w:pPr>
        <w:pStyle w:val="ListBullet"/>
      </w:pPr>
      <w:r>
        <w:t>Rebuilding Trust.</w:t>
      </w:r>
    </w:p>
    <w:p>
      <w:pPr>
        <w:pStyle w:val="ListBullet"/>
      </w:pPr>
      <w:r>
        <w:t>Moving Forward Together.</w:t>
      </w:r>
    </w:p>
    <w:p>
      <w:r>
        <w:t>Repeated experiences of successful repair teach the nervous system that conflict does not always lead to abandonment or danger.</w:t>
      </w:r>
    </w:p>
    <w:p>
      <w:pPr>
        <w:pStyle w:val="Heading3"/>
      </w:pPr>
      <w:r>
        <w:rPr>
          <w:b/>
        </w:rPr>
        <w:t>RN Insight</w:t>
      </w:r>
    </w:p>
    <w:p>
      <w:pPr>
        <w:pStyle w:val="Quote"/>
      </w:pPr>
      <w:r>
        <w:rPr>
          <w:i/>
        </w:rPr>
        <w:t>Families sometimes worry that disagreements will slow healing. In reality, respectful communication and healthy repair often strengthen recovery. Patients generally feel safest when they know difficult conversations can occur without yelling, blame, or emotional withdrawal. Predictable kindness helps calm the nervous system far more than avoiding every disagreement.</w:t>
      </w:r>
    </w:p>
    <w:p>
      <w:pPr>
        <w:pStyle w:val="Heading3"/>
      </w:pPr>
      <w:r>
        <w:t>Becoming A Safe Person For Yourself</w:t>
      </w:r>
    </w:p>
    <w:p>
      <w:r>
        <w:t>Perhaps the most important relationship is the one you have with yourself.</w:t>
      </w:r>
    </w:p>
    <w:p>
      <w:r>
        <w:t>Ask yourself:</w:t>
      </w:r>
    </w:p>
    <w:p>
      <w:pPr>
        <w:pStyle w:val="ListBullet"/>
      </w:pPr>
      <w:r>
        <w:t>How do I respond when I make mistakes?</w:t>
      </w:r>
    </w:p>
    <w:p>
      <w:pPr>
        <w:pStyle w:val="ListBullet"/>
      </w:pPr>
      <w:r>
        <w:t>Do I encourage myself?</w:t>
      </w:r>
    </w:p>
    <w:p>
      <w:pPr>
        <w:pStyle w:val="ListBullet"/>
      </w:pPr>
      <w:r>
        <w:t>Or do I criticize myself?</w:t>
      </w:r>
    </w:p>
    <w:p>
      <w:pPr>
        <w:pStyle w:val="ListBullet"/>
      </w:pPr>
      <w:r>
        <w:t>Many people speak to themselves with relentless harshness.</w:t>
      </w:r>
    </w:p>
    <w:p>
      <w:r>
        <w:t>Examples include:</w:t>
      </w:r>
    </w:p>
    <w:p>
      <w:pPr>
        <w:pStyle w:val="ListBullet"/>
      </w:pPr>
      <w:r>
        <w:t>I'm Not Good Enough.</w:t>
      </w:r>
    </w:p>
    <w:p>
      <w:pPr>
        <w:pStyle w:val="ListBullet"/>
      </w:pPr>
      <w:r>
        <w:t>I Should Be Stronger.</w:t>
      </w:r>
    </w:p>
    <w:p>
      <w:pPr>
        <w:pStyle w:val="ListBullet"/>
      </w:pPr>
      <w:r>
        <w:t>I'm Falling Behind.</w:t>
      </w:r>
    </w:p>
    <w:p>
      <w:pPr>
        <w:pStyle w:val="ListBullet"/>
      </w:pPr>
      <w:r>
        <w:t>I Always Mess Things Up.</w:t>
      </w:r>
    </w:p>
    <w:p>
      <w:pPr>
        <w:pStyle w:val="ListBullet"/>
      </w:pPr>
      <w:r>
        <w:t>Imagine hearing those messages every day.</w:t>
      </w:r>
    </w:p>
    <w:p>
      <w:pPr>
        <w:pStyle w:val="ListBullet"/>
      </w:pPr>
      <w:r>
        <w:t>Your nervous system does.</w:t>
      </w:r>
    </w:p>
    <w:p>
      <w:pPr>
        <w:pStyle w:val="ListBullet"/>
      </w:pPr>
      <w:r>
        <w:t>Replacing harsh self-criticism with realistic compassion creates another important signal of safety.</w:t>
      </w:r>
    </w:p>
    <w:p>
      <w:pPr>
        <w:pStyle w:val="Heading3"/>
      </w:pPr>
      <w:r>
        <w:t>Healing Often Happens Together</w:t>
      </w:r>
    </w:p>
    <w:p>
      <w:r>
        <w:t>Recovery does not require a large social circle.</w:t>
      </w:r>
    </w:p>
    <w:p>
      <w:r>
        <w:t>Sometimes one trusted person is enough.</w:t>
      </w:r>
    </w:p>
    <w:p>
      <w:r>
        <w:t>Someone who:</w:t>
      </w:r>
    </w:p>
    <w:p>
      <w:pPr>
        <w:pStyle w:val="ListBullet"/>
      </w:pPr>
      <w:r>
        <w:t>Listens.</w:t>
      </w:r>
    </w:p>
    <w:p>
      <w:pPr>
        <w:pStyle w:val="ListBullet"/>
      </w:pPr>
      <w:r>
        <w:t>Encourages.</w:t>
      </w:r>
    </w:p>
    <w:p>
      <w:pPr>
        <w:pStyle w:val="ListBullet"/>
      </w:pPr>
      <w:r>
        <w:t>Respects Boundaries.</w:t>
      </w:r>
    </w:p>
    <w:p>
      <w:pPr>
        <w:pStyle w:val="ListBullet"/>
      </w:pPr>
      <w:r>
        <w:t>Offers Honest Support.</w:t>
      </w:r>
    </w:p>
    <w:p>
      <w:pPr>
        <w:pStyle w:val="ListBullet"/>
      </w:pPr>
      <w:r>
        <w:t>Helps You Feel Calm Rather Than Drained.</w:t>
      </w:r>
    </w:p>
    <w:p>
      <w:pPr>
        <w:pStyle w:val="ListBullet"/>
      </w:pPr>
      <w:r>
        <w:t>Healing relationships remind your nervous system that not every interaction requires protection.</w:t>
      </w:r>
    </w:p>
    <w:p>
      <w:pPr>
        <w:pStyle w:val="ListBullet"/>
      </w:pPr>
      <w:r>
        <w:t>Gradually, trust becomes possible again.</w:t>
      </w:r>
    </w:p>
    <w:p>
      <w:pPr>
        <w:pStyle w:val="Heading3"/>
      </w:pPr>
      <w:r>
        <w:t>Key Takeaways</w:t>
      </w:r>
    </w:p>
    <w:p>
      <w:pPr>
        <w:pStyle w:val="ListBullet"/>
      </w:pPr>
      <w:r>
        <w:t>Human Connection Is A Powerful Biological Regulator Of The Nervous System.</w:t>
      </w:r>
    </w:p>
    <w:p>
      <w:pPr>
        <w:pStyle w:val="ListBullet"/>
      </w:pPr>
      <w:r>
        <w:t>Safe Relationships Help Reduce Chronic Stress And Promote Emotional Regulation.</w:t>
      </w:r>
    </w:p>
    <w:p>
      <w:pPr>
        <w:pStyle w:val="ListBullet"/>
      </w:pPr>
      <w:r>
        <w:t>Chronic Nervous System Activation Often Affects Communication, Patience, And Social Engagement.</w:t>
      </w:r>
    </w:p>
    <w:p>
      <w:pPr>
        <w:pStyle w:val="ListBullet"/>
      </w:pPr>
      <w:r>
        <w:t>Healthy Boundaries Protect Emotional Energy And Support Recovery.</w:t>
      </w:r>
    </w:p>
    <w:p>
      <w:pPr>
        <w:pStyle w:val="ListBullet"/>
      </w:pPr>
      <w:r>
        <w:t>Feeling Understood Is One Of The Strongest Signals Of Safety The Nervous System Can Receive.</w:t>
      </w:r>
    </w:p>
    <w:p>
      <w:pPr>
        <w:pStyle w:val="ListBullet"/>
      </w:pPr>
      <w:r>
        <w:t>Relationship Repair Builds Trust And Resilience More Than Avoiding Conflict.</w:t>
      </w:r>
    </w:p>
    <w:p>
      <w:pPr>
        <w:pStyle w:val="ListBullet"/>
      </w:pPr>
      <w:r>
        <w:t>Learning To Treat Yourself With Compassion Helps Create Emotional Safety Within Within.</w:t>
      </w:r>
    </w:p>
    <w:p>
      <w:pPr>
        <w:pStyle w:val="Heading3"/>
      </w:pPr>
      <w:r>
        <w:t>Chapter Reflection</w:t>
      </w:r>
    </w:p>
    <w:p>
      <w:r>
        <w:t>Before Continuing, Reflect On These Questions.</w:t>
      </w:r>
    </w:p>
    <w:p>
      <w:pPr>
        <w:pStyle w:val="ListBullet"/>
      </w:pPr>
      <w:r>
        <w:t>Which People Help My Body Feel Calm And Safe?</w:t>
      </w:r>
    </w:p>
    <w:p>
      <w:pPr>
        <w:pStyle w:val="ListBullet"/>
      </w:pPr>
      <w:r>
        <w:t>Which Relationships Consistently Increase My Stress?</w:t>
      </w:r>
    </w:p>
    <w:p>
      <w:pPr>
        <w:pStyle w:val="ListBullet"/>
      </w:pPr>
      <w:r>
        <w:t>Do I Feel Comfortable Asking For Help When I Need It?</w:t>
      </w:r>
    </w:p>
    <w:p>
      <w:pPr>
        <w:pStyle w:val="ListBullet"/>
      </w:pPr>
      <w:r>
        <w:t>Where Could I Strengthen My Personal Boundaries?</w:t>
      </w:r>
    </w:p>
    <w:p>
      <w:pPr>
        <w:pStyle w:val="ListBullet"/>
      </w:pPr>
      <w:r>
        <w:t>How Can I Speak To Myself With Greater Compassion During Difficult Moments?</w:t>
      </w:r>
    </w:p>
    <w:p>
      <w:r>
        <w:t>In the next chapter, we will explore how your environment influences your nervous system. You will learn why your home, workspace, digital habits, noise levels, lighting, and daily surroundings either reinforce survival mode or support recovery, and how small environmental changes can create powerful signals of safety every day.</w:t>
      </w:r>
    </w:p>
    <w:p>
      <w:r>
        <w:br w:type="page"/>
      </w:r>
    </w:p>
    <w:p>
      <w:pPr>
        <w:pStyle w:val="Heading1"/>
        <w:jc w:val="center"/>
      </w:pPr>
      <w:r>
        <w:t>Chapter 16: Creating an Environment That Helps Your Nervous System Heal</w:t>
      </w:r>
    </w:p>
    <w:p>
      <w:pPr>
        <w:pStyle w:val="Quote"/>
      </w:pPr>
      <w:r>
        <w:rPr>
          <w:i/>
        </w:rPr>
        <w:t>"Your Nervous System Is Always Listening To Your Surroundings. Every Environment Sends Messages Of Either Safety Or Threat."</w:t>
      </w:r>
    </w:p>
    <w:p>
      <w:pPr>
        <w:pStyle w:val="Heading3"/>
      </w:pPr>
      <w:r>
        <w:t>Chapter Overview</w:t>
      </w:r>
    </w:p>
    <w:p>
      <w:r>
        <w:t>When people think about reducing stress, they often focus on changing themselves.</w:t>
      </w:r>
    </w:p>
    <w:p>
      <w:r>
        <w:t>They try to:</w:t>
      </w:r>
    </w:p>
    <w:p>
      <w:pPr>
        <w:pStyle w:val="ListBullet"/>
      </w:pPr>
      <w:r>
        <w:t>Think More Positively.</w:t>
      </w:r>
    </w:p>
    <w:p>
      <w:pPr>
        <w:pStyle w:val="ListBullet"/>
      </w:pPr>
      <w:r>
        <w:t>Become More Disciplined.</w:t>
      </w:r>
    </w:p>
    <w:p>
      <w:pPr>
        <w:pStyle w:val="ListBullet"/>
      </w:pPr>
      <w:r>
        <w:t>Improve Their Habits.</w:t>
      </w:r>
    </w:p>
    <w:p>
      <w:pPr>
        <w:pStyle w:val="ListBullet"/>
      </w:pPr>
      <w:r>
        <w:t>Manage Their Emotions Better.</w:t>
      </w:r>
    </w:p>
    <w:p>
      <w:r>
        <w:t>While these efforts are valuable, one important influence is often overlooked:</w:t>
      </w:r>
    </w:p>
    <w:p>
      <w:pPr>
        <w:pStyle w:val="ListBullet"/>
      </w:pPr>
      <w:r>
        <w:rPr>
          <w:b/>
        </w:rPr>
        <w:t>Your environment.</w:t>
      </w:r>
    </w:p>
    <w:p>
      <w:pPr>
        <w:pStyle w:val="ListBullet"/>
      </w:pPr>
      <w:r>
        <w:t>The spaces where you spend your time continuously shape how your nervous system responds.</w:t>
      </w:r>
    </w:p>
    <w:p>
      <w:r>
        <w:t>Your brain constantly notices:</w:t>
      </w:r>
    </w:p>
    <w:p>
      <w:pPr>
        <w:pStyle w:val="ListBullet"/>
      </w:pPr>
      <w:r>
        <w:t>Noise.</w:t>
      </w:r>
    </w:p>
    <w:p>
      <w:pPr>
        <w:pStyle w:val="ListBullet"/>
      </w:pPr>
      <w:r>
        <w:t>Lighting.</w:t>
      </w:r>
    </w:p>
    <w:p>
      <w:pPr>
        <w:pStyle w:val="ListBullet"/>
      </w:pPr>
      <w:r>
        <w:t>Temperature.</w:t>
      </w:r>
    </w:p>
    <w:p>
      <w:pPr>
        <w:pStyle w:val="ListBullet"/>
      </w:pPr>
      <w:r>
        <w:t>Clutter.</w:t>
      </w:r>
    </w:p>
    <w:p>
      <w:pPr>
        <w:pStyle w:val="ListBullet"/>
      </w:pPr>
      <w:r>
        <w:t>Crowding.</w:t>
      </w:r>
    </w:p>
    <w:p>
      <w:pPr>
        <w:pStyle w:val="ListBullet"/>
      </w:pPr>
      <w:r>
        <w:t>Digital Activity.</w:t>
      </w:r>
    </w:p>
    <w:p>
      <w:pPr>
        <w:pStyle w:val="ListBullet"/>
      </w:pPr>
      <w:r>
        <w:t>Air Quality.</w:t>
      </w:r>
    </w:p>
    <w:p>
      <w:pPr>
        <w:pStyle w:val="ListBullet"/>
      </w:pPr>
      <w:r>
        <w:t>Smells.</w:t>
      </w:r>
    </w:p>
    <w:p>
      <w:pPr>
        <w:pStyle w:val="ListBullet"/>
      </w:pPr>
      <w:r>
        <w:t>Visual Stimulation.</w:t>
      </w:r>
    </w:p>
    <w:p>
      <w:pPr>
        <w:pStyle w:val="ListBullet"/>
      </w:pPr>
      <w:r>
        <w:t>Predictability.</w:t>
      </w:r>
    </w:p>
    <w:p>
      <w:pPr>
        <w:pStyle w:val="ListBullet"/>
      </w:pPr>
      <w:r>
        <w:t>Most of this happens automatically.</w:t>
      </w:r>
    </w:p>
    <w:p>
      <w:pPr>
        <w:pStyle w:val="ListBullet"/>
      </w:pPr>
      <w:r>
        <w:t>You do not consciously evaluate every detail.</w:t>
      </w:r>
    </w:p>
    <w:p>
      <w:pPr>
        <w:pStyle w:val="ListBullet"/>
      </w:pPr>
      <w:r>
        <w:t>Your nervous system does it for you.</w:t>
      </w:r>
    </w:p>
    <w:p>
      <w:pPr>
        <w:pStyle w:val="ListBullet"/>
      </w:pPr>
      <w:r>
        <w:t>A calming environment does not eliminate stress.</w:t>
      </w:r>
    </w:p>
    <w:p>
      <w:r>
        <w:t>However, it reduces the number of unnecessary signals that keep your body in a state of readiness for danger.</w:t>
      </w:r>
    </w:p>
    <w:p>
      <w:r>
        <w:t>This chapter explores how your surroundings influence your nervous system and how simple environmental changes can support long-term recovery.</w:t>
      </w:r>
    </w:p>
    <w:p>
      <w:pPr>
        <w:pStyle w:val="Heading3"/>
      </w:pPr>
      <w:r>
        <w:t>Your Environment Speaks To Your Brain</w:t>
      </w:r>
    </w:p>
    <w:p>
      <w:r>
        <w:t>Imagine walking into two different rooms.</w:t>
      </w:r>
    </w:p>
    <w:p>
      <w:r>
        <w:t>The first room is:</w:t>
      </w:r>
    </w:p>
    <w:p>
      <w:pPr>
        <w:pStyle w:val="ListBullet"/>
      </w:pPr>
      <w:r>
        <w:t>Quiet.</w:t>
      </w:r>
    </w:p>
    <w:p>
      <w:pPr>
        <w:pStyle w:val="ListBullet"/>
      </w:pPr>
      <w:r>
        <w:t>Well Lit.</w:t>
      </w:r>
    </w:p>
    <w:p>
      <w:pPr>
        <w:pStyle w:val="ListBullet"/>
      </w:pPr>
      <w:r>
        <w:t>Comfortable.</w:t>
      </w:r>
    </w:p>
    <w:p>
      <w:pPr>
        <w:pStyle w:val="ListBullet"/>
      </w:pPr>
      <w:r>
        <w:t>Organized.</w:t>
      </w:r>
    </w:p>
    <w:p>
      <w:pPr>
        <w:pStyle w:val="ListBullet"/>
      </w:pPr>
      <w:r>
        <w:t>Peaceful.</w:t>
      </w:r>
    </w:p>
    <w:p>
      <w:r>
        <w:t>The second room is:</w:t>
      </w:r>
    </w:p>
    <w:p>
      <w:pPr>
        <w:pStyle w:val="ListBullet"/>
      </w:pPr>
      <w:r>
        <w:t>Loud.</w:t>
      </w:r>
    </w:p>
    <w:p>
      <w:pPr>
        <w:pStyle w:val="ListBullet"/>
      </w:pPr>
      <w:r>
        <w:t>Cluttered.</w:t>
      </w:r>
    </w:p>
    <w:p>
      <w:pPr>
        <w:pStyle w:val="ListBullet"/>
      </w:pPr>
      <w:r>
        <w:t>Brightly Flashing.</w:t>
      </w:r>
    </w:p>
    <w:p>
      <w:pPr>
        <w:pStyle w:val="ListBullet"/>
      </w:pPr>
      <w:r>
        <w:t>Chaotic.</w:t>
      </w:r>
    </w:p>
    <w:p>
      <w:pPr>
        <w:pStyle w:val="ListBullet"/>
      </w:pPr>
      <w:r>
        <w:t>Filled With Constant Interruptions.</w:t>
      </w:r>
    </w:p>
    <w:p>
      <w:pPr>
        <w:pStyle w:val="ListBullet"/>
      </w:pPr>
      <w:r>
        <w:t>Without thinking, your body responds differently.</w:t>
      </w:r>
    </w:p>
    <w:p>
      <w:pPr>
        <w:pStyle w:val="ListBullet"/>
      </w:pPr>
      <w:r>
        <w:t>Your breathing changes.</w:t>
      </w:r>
    </w:p>
    <w:p>
      <w:pPr>
        <w:pStyle w:val="ListBullet"/>
      </w:pPr>
      <w:r>
        <w:t>Your muscles adjust.</w:t>
      </w:r>
    </w:p>
    <w:p>
      <w:pPr>
        <w:pStyle w:val="ListBullet"/>
      </w:pPr>
      <w:r>
        <w:t>Your attention shifts.</w:t>
      </w:r>
    </w:p>
    <w:p>
      <w:pPr>
        <w:pStyle w:val="ListBullet"/>
      </w:pPr>
      <w:r>
        <w:t>Your nervous system is constantly gathering information from your surroundings.</w:t>
      </w:r>
    </w:p>
    <w:p>
      <w:pPr>
        <w:pStyle w:val="ListBullet"/>
      </w:pPr>
      <w:r>
        <w:t>Every environment becomes part of your stress or recovery experience.</w:t>
      </w:r>
    </w:p>
    <w:p>
      <w:pPr>
        <w:pStyle w:val="Heading3"/>
      </w:pPr>
      <w:r>
        <w:t>Safety Begins With Familiarity</w:t>
      </w:r>
    </w:p>
    <w:p>
      <w:r>
        <w:t>The nervous system appreciates predictability.</w:t>
      </w:r>
    </w:p>
    <w:p>
      <w:r>
        <w:t>Familiar places often require less vigilance than unfamiliar ones.</w:t>
      </w:r>
    </w:p>
    <w:p>
      <w:r>
        <w:t>This helps explain why many people feel more relaxed:</w:t>
      </w:r>
    </w:p>
    <w:p>
      <w:pPr>
        <w:pStyle w:val="ListBullet"/>
      </w:pPr>
      <w:r>
        <w:t>At Home.</w:t>
      </w:r>
    </w:p>
    <w:p>
      <w:pPr>
        <w:pStyle w:val="ListBullet"/>
      </w:pPr>
      <w:r>
        <w:t>In Nature.</w:t>
      </w:r>
    </w:p>
    <w:p>
      <w:pPr>
        <w:pStyle w:val="ListBullet"/>
      </w:pPr>
      <w:r>
        <w:t>Around Familiar People.</w:t>
      </w:r>
    </w:p>
    <w:p>
      <w:pPr>
        <w:pStyle w:val="ListBullet"/>
      </w:pPr>
      <w:r>
        <w:t>Following Regular Routines.</w:t>
      </w:r>
    </w:p>
    <w:p>
      <w:pPr>
        <w:pStyle w:val="ListBullet"/>
      </w:pPr>
      <w:r>
        <w:t>Predictability reduces the need for constant environmental scanning.</w:t>
      </w:r>
    </w:p>
    <w:p>
      <w:pPr>
        <w:pStyle w:val="ListBullet"/>
      </w:pPr>
      <w:r>
        <w:t>The brain conserves energy because fewer unknowns require attention.</w:t>
      </w:r>
    </w:p>
    <w:p>
      <w:pPr>
        <w:pStyle w:val="Heading3"/>
      </w:pPr>
      <w:r>
        <w:t>Clutter Creates Cognitive Load</w:t>
      </w:r>
    </w:p>
    <w:p>
      <w:r>
        <w:t>Clutter affects more than appearance.</w:t>
      </w:r>
    </w:p>
    <w:p>
      <w:r>
        <w:t>Every object within your visual field competes for attention.</w:t>
      </w:r>
    </w:p>
    <w:p>
      <w:r>
        <w:t>Even if you are not consciously looking at it, your brain continues processing it.</w:t>
      </w:r>
    </w:p>
    <w:p>
      <w:r>
        <w:t>Highly cluttered spaces may contribute to:</w:t>
      </w:r>
    </w:p>
    <w:p>
      <w:pPr>
        <w:pStyle w:val="ListBullet"/>
      </w:pPr>
      <w:r>
        <w:t>Mental Fatigue.</w:t>
      </w:r>
    </w:p>
    <w:p>
      <w:pPr>
        <w:pStyle w:val="ListBullet"/>
      </w:pPr>
      <w:r>
        <w:t>Difficulty Concentrating.</w:t>
      </w:r>
    </w:p>
    <w:p>
      <w:pPr>
        <w:pStyle w:val="ListBullet"/>
      </w:pPr>
      <w:r>
        <w:t>Increased Stress.</w:t>
      </w:r>
    </w:p>
    <w:p>
      <w:pPr>
        <w:pStyle w:val="ListBullet"/>
      </w:pPr>
      <w:r>
        <w:t>Feeling Overwhelmed.</w:t>
      </w:r>
    </w:p>
    <w:p>
      <w:pPr>
        <w:pStyle w:val="ListBullet"/>
      </w:pPr>
      <w:r>
        <w:t>Reduced Productivity.</w:t>
      </w:r>
    </w:p>
    <w:p>
      <w:pPr>
        <w:pStyle w:val="ListBullet"/>
      </w:pPr>
      <w:r>
        <w:t>This does not mean your home must become perfectly organized.</w:t>
      </w:r>
    </w:p>
    <w:p>
      <w:r>
        <w:t>Instead, creating even one calm, uncluttered space can allow your nervous system to rest.</w:t>
      </w:r>
    </w:p>
    <w:p>
      <w:pPr>
        <w:pStyle w:val="Heading3"/>
      </w:pPr>
      <w:r>
        <w:t>Create A Recovery Space</w:t>
      </w:r>
    </w:p>
    <w:p>
      <w:r>
        <w:t>Consider creating one location that becomes associated with calm.</w:t>
      </w:r>
    </w:p>
    <w:p>
      <w:r>
        <w:t>It does not need to be an entire room.</w:t>
      </w:r>
    </w:p>
    <w:p>
      <w:r>
        <w:t>It could simply be:</w:t>
      </w:r>
    </w:p>
    <w:p>
      <w:pPr>
        <w:pStyle w:val="ListBullet"/>
      </w:pPr>
      <w:r>
        <w:t>A Comfortable Chair.</w:t>
      </w:r>
    </w:p>
    <w:p>
      <w:pPr>
        <w:pStyle w:val="ListBullet"/>
      </w:pPr>
      <w:r>
        <w:t>A Reading Corner.</w:t>
      </w:r>
    </w:p>
    <w:p>
      <w:pPr>
        <w:pStyle w:val="ListBullet"/>
      </w:pPr>
      <w:r>
        <w:t>A Small Balcony.</w:t>
      </w:r>
    </w:p>
    <w:p>
      <w:pPr>
        <w:pStyle w:val="ListBullet"/>
      </w:pPr>
      <w:r>
        <w:t>A Garden Bench.</w:t>
      </w:r>
    </w:p>
    <w:p>
      <w:pPr>
        <w:pStyle w:val="ListBullet"/>
      </w:pPr>
      <w:r>
        <w:t>A Favorite Window.</w:t>
      </w:r>
    </w:p>
    <w:p>
      <w:pPr>
        <w:pStyle w:val="ListBullet"/>
      </w:pPr>
      <w:r>
        <w:t>A Quiet Bedroom Corner.</w:t>
      </w:r>
    </w:p>
    <w:p>
      <w:r>
        <w:t>Use this space consistently for activities such as:</w:t>
      </w:r>
    </w:p>
    <w:p>
      <w:pPr>
        <w:pStyle w:val="ListBullet"/>
      </w:pPr>
      <w:r>
        <w:t>Reading.</w:t>
      </w:r>
    </w:p>
    <w:p>
      <w:pPr>
        <w:pStyle w:val="ListBullet"/>
      </w:pPr>
      <w:r>
        <w:t>Journaling.</w:t>
      </w:r>
    </w:p>
    <w:p>
      <w:pPr>
        <w:pStyle w:val="ListBullet"/>
      </w:pPr>
      <w:r>
        <w:t>Breathing Exercises.</w:t>
      </w:r>
    </w:p>
    <w:p>
      <w:pPr>
        <w:pStyle w:val="ListBullet"/>
      </w:pPr>
      <w:r>
        <w:t>Prayer.</w:t>
      </w:r>
    </w:p>
    <w:p>
      <w:pPr>
        <w:pStyle w:val="ListBullet"/>
      </w:pPr>
      <w:r>
        <w:t>Meditation.</w:t>
      </w:r>
    </w:p>
    <w:p>
      <w:pPr>
        <w:pStyle w:val="ListBullet"/>
      </w:pPr>
      <w:r>
        <w:t>Gentle Stretching.</w:t>
      </w:r>
    </w:p>
    <w:p>
      <w:pPr>
        <w:pStyle w:val="ListBullet"/>
      </w:pPr>
      <w:r>
        <w:t>Quiet Reflection.</w:t>
      </w:r>
    </w:p>
    <w:p>
      <w:pPr>
        <w:pStyle w:val="ListBullet"/>
      </w:pPr>
      <w:r>
        <w:t>Over time, your nervous system begins associating that location with recovery.</w:t>
      </w:r>
    </w:p>
    <w:p>
      <w:pPr>
        <w:pStyle w:val="Heading3"/>
      </w:pPr>
      <w:r>
        <w:t>Light Influences Your Internal Clock</w:t>
      </w:r>
    </w:p>
    <w:p>
      <w:r>
        <w:t>Natural light plays an important role in regulating your daily biological rhythms.</w:t>
      </w:r>
    </w:p>
    <w:p>
      <w:r>
        <w:t>Morning light helps communicate:</w:t>
      </w:r>
    </w:p>
    <w:p>
      <w:pPr>
        <w:pStyle w:val="Heading3"/>
      </w:pPr>
      <w:r>
        <w:t>"It Is Time To Wake Up."</w:t>
      </w:r>
    </w:p>
    <w:p>
      <w:r>
        <w:t>Evening darkness helps communicate:</w:t>
      </w:r>
    </w:p>
    <w:p>
      <w:pPr>
        <w:pStyle w:val="Heading3"/>
      </w:pPr>
      <w:r>
        <w:t>"It Is Time To Prepare For Sleep."</w:t>
      </w:r>
    </w:p>
    <w:p>
      <w:r>
        <w:t>Helpful habits include:</w:t>
      </w:r>
    </w:p>
    <w:p>
      <w:pPr>
        <w:pStyle w:val="ListBullet"/>
      </w:pPr>
      <w:r>
        <w:t>Opening Curtains Soon After Waking.</w:t>
      </w:r>
    </w:p>
    <w:p>
      <w:pPr>
        <w:pStyle w:val="ListBullet"/>
      </w:pPr>
      <w:r>
        <w:t>Spending Time Outdoors.</w:t>
      </w:r>
    </w:p>
    <w:p>
      <w:pPr>
        <w:pStyle w:val="ListBullet"/>
      </w:pPr>
      <w:r>
        <w:t>Sitting Near Natural Light During The Day.</w:t>
      </w:r>
    </w:p>
    <w:p>
      <w:pPr>
        <w:pStyle w:val="ListBullet"/>
      </w:pPr>
      <w:r>
        <w:t>Reducing Bright Light In The Evening.</w:t>
      </w:r>
    </w:p>
    <w:p>
      <w:pPr>
        <w:pStyle w:val="ListBullet"/>
      </w:pPr>
      <w:r>
        <w:t>Limiting Bright Screens Before Bed.</w:t>
      </w:r>
    </w:p>
    <w:p>
      <w:pPr>
        <w:pStyle w:val="ListBullet"/>
      </w:pPr>
      <w:r>
        <w:t>These practices help support both nervous system regulation and healthy sleep patterns.</w:t>
      </w:r>
    </w:p>
    <w:p>
      <w:pPr>
        <w:pStyle w:val="Heading3"/>
      </w:pPr>
      <w:r>
        <w:rPr>
          <w:b/>
        </w:rPr>
        <w:t>RN Insight</w:t>
      </w:r>
    </w:p>
    <w:p>
      <w:pPr>
        <w:pStyle w:val="Quote"/>
      </w:pPr>
      <w:r>
        <w:rPr>
          <w:i/>
        </w:rPr>
        <w:t>Hospital staff often try to maintain normal day-and-night routines whenever possible. Opening window blinds during the day, dimming lights at night, and reducing unnecessary nighttime interruptions help patients maintain healthier biological rhythms. These simple environmental changes often improve both sleep and overall recovery.</w:t>
      </w:r>
    </w:p>
    <w:p>
      <w:pPr>
        <w:pStyle w:val="Heading3"/>
      </w:pPr>
      <w:r>
        <w:t>Noise Affects Stress More Than Many People Realize</w:t>
      </w:r>
    </w:p>
    <w:p>
      <w:r>
        <w:t>Your nervous system constantly evaluates sound.</w:t>
      </w:r>
    </w:p>
    <w:p>
      <w:r>
        <w:t>Unexpected noises naturally attract attention because they may indicate potential danger.</w:t>
      </w:r>
    </w:p>
    <w:p>
      <w:r>
        <w:t>Examples include:</w:t>
      </w:r>
    </w:p>
    <w:p>
      <w:pPr>
        <w:pStyle w:val="ListBullet"/>
      </w:pPr>
      <w:r>
        <w:t>Loud Traffic.</w:t>
      </w:r>
    </w:p>
    <w:p>
      <w:pPr>
        <w:pStyle w:val="ListBullet"/>
      </w:pPr>
      <w:r>
        <w:t>Continuous Television.</w:t>
      </w:r>
    </w:p>
    <w:p>
      <w:pPr>
        <w:pStyle w:val="ListBullet"/>
      </w:pPr>
      <w:r>
        <w:t>Frequent Phone Notifications.</w:t>
      </w:r>
    </w:p>
    <w:p>
      <w:pPr>
        <w:pStyle w:val="ListBullet"/>
      </w:pPr>
      <w:r>
        <w:t>Construction Noise.</w:t>
      </w:r>
    </w:p>
    <w:p>
      <w:pPr>
        <w:pStyle w:val="ListBullet"/>
      </w:pPr>
      <w:r>
        <w:t>Crowded Spaces.</w:t>
      </w:r>
    </w:p>
    <w:p>
      <w:pPr>
        <w:pStyle w:val="ListBullet"/>
      </w:pPr>
      <w:r>
        <w:t>Constant Conversations.</w:t>
      </w:r>
    </w:p>
    <w:p>
      <w:r>
        <w:t>While complete silence is neither realistic nor necessary, reducing unnecessary noise whenever possible gives your nervous system fewer reasons to remain alert.</w:t>
      </w:r>
    </w:p>
    <w:p>
      <w:r>
        <w:t>Helpful strategies include:</w:t>
      </w:r>
    </w:p>
    <w:p>
      <w:pPr>
        <w:pStyle w:val="ListBullet"/>
      </w:pPr>
      <w:r>
        <w:t>Lowering Television Volume.</w:t>
      </w:r>
    </w:p>
    <w:p>
      <w:pPr>
        <w:pStyle w:val="ListBullet"/>
      </w:pPr>
      <w:r>
        <w:t>Turning Off Unused Devices.</w:t>
      </w:r>
    </w:p>
    <w:p>
      <w:pPr>
        <w:pStyle w:val="ListBullet"/>
      </w:pPr>
      <w:r>
        <w:t>Using Soft Background Music.</w:t>
      </w:r>
    </w:p>
    <w:p>
      <w:pPr>
        <w:pStyle w:val="ListBullet"/>
      </w:pPr>
      <w:r>
        <w:t>Spending Time In Quiet Outdoor Areas.</w:t>
      </w:r>
    </w:p>
    <w:p>
      <w:pPr>
        <w:pStyle w:val="ListBullet"/>
      </w:pPr>
      <w:r>
        <w:t>Creating Screen-Free Periods.</w:t>
      </w:r>
    </w:p>
    <w:p>
      <w:pPr>
        <w:pStyle w:val="Heading3"/>
      </w:pPr>
      <w:r>
        <w:t>The Digital Environment Matters Too</w:t>
      </w:r>
    </w:p>
    <w:p>
      <w:r>
        <w:t>Your nervous system responds not only to physical surroundings but also to digital ones.</w:t>
      </w:r>
    </w:p>
    <w:p>
      <w:r>
        <w:t>Modern technology provides incredible convenience.</w:t>
      </w:r>
    </w:p>
    <w:p>
      <w:r>
        <w:t>It also provides continuous stimulation.</w:t>
      </w:r>
    </w:p>
    <w:p>
      <w:r>
        <w:t>Many people experience:</w:t>
      </w:r>
    </w:p>
    <w:p>
      <w:pPr>
        <w:pStyle w:val="ListBullet"/>
      </w:pPr>
      <w:r>
        <w:t>Hundreds Of Notifications.</w:t>
      </w:r>
    </w:p>
    <w:p>
      <w:pPr>
        <w:pStyle w:val="ListBullet"/>
      </w:pPr>
      <w:r>
        <w:t>Constant Emails.</w:t>
      </w:r>
    </w:p>
    <w:p>
      <w:pPr>
        <w:pStyle w:val="ListBullet"/>
      </w:pPr>
      <w:r>
        <w:t>Breaking News Alerts.</w:t>
      </w:r>
    </w:p>
    <w:p>
      <w:pPr>
        <w:pStyle w:val="ListBullet"/>
      </w:pPr>
      <w:r>
        <w:t>Social Media Updates.</w:t>
      </w:r>
    </w:p>
    <w:p>
      <w:pPr>
        <w:pStyle w:val="ListBullet"/>
      </w:pPr>
      <w:r>
        <w:t>Endless Information.</w:t>
      </w:r>
    </w:p>
    <w:p>
      <w:pPr>
        <w:pStyle w:val="ListBullet"/>
      </w:pPr>
      <w:r>
        <w:t>Every notification invites your brain to shift attention.</w:t>
      </w:r>
    </w:p>
    <w:p>
      <w:pPr>
        <w:pStyle w:val="ListBullet"/>
      </w:pPr>
      <w:r>
        <w:t>Repeated interruptions increase cognitive load.</w:t>
      </w:r>
    </w:p>
    <w:p>
      <w:pPr>
        <w:pStyle w:val="ListBullet"/>
      </w:pPr>
      <w:r>
        <w:t>Eventually, your nervous system may come to expect constant interruption.</w:t>
      </w:r>
    </w:p>
    <w:p>
      <w:pPr>
        <w:pStyle w:val="Heading3"/>
      </w:pPr>
      <w:r>
        <w:t>Create Digital Boundaries</w:t>
      </w:r>
    </w:p>
    <w:p>
      <w:r>
        <w:t>Technology works best when it serves your goals rather than constantly directing your attention.</w:t>
      </w:r>
    </w:p>
    <w:p>
      <w:r>
        <w:t>Consider habits such as:</w:t>
      </w:r>
    </w:p>
    <w:p>
      <w:pPr>
        <w:pStyle w:val="ListBullet"/>
      </w:pPr>
      <w:r>
        <w:t>Turning Off Nonessential Notifications.</w:t>
      </w:r>
    </w:p>
    <w:p>
      <w:pPr>
        <w:pStyle w:val="ListBullet"/>
      </w:pPr>
      <w:r>
        <w:t>Checking Email At Scheduled Times.</w:t>
      </w:r>
    </w:p>
    <w:p>
      <w:pPr>
        <w:pStyle w:val="ListBullet"/>
      </w:pPr>
      <w:r>
        <w:t>Keeping Phones Out Of The Bedroom.</w:t>
      </w:r>
    </w:p>
    <w:p>
      <w:pPr>
        <w:pStyle w:val="ListBullet"/>
      </w:pPr>
      <w:r>
        <w:t>Taking Daily Screen Breaks.</w:t>
      </w:r>
    </w:p>
    <w:p>
      <w:pPr>
        <w:pStyle w:val="ListBullet"/>
      </w:pPr>
      <w:r>
        <w:t>Limiting News Consumption Before Bed.</w:t>
      </w:r>
    </w:p>
    <w:p>
      <w:pPr>
        <w:pStyle w:val="ListBullet"/>
      </w:pPr>
      <w:r>
        <w:t>Creating Device-Free Meals.</w:t>
      </w:r>
    </w:p>
    <w:p>
      <w:pPr>
        <w:pStyle w:val="ListBullet"/>
      </w:pPr>
      <w:r>
        <w:t>These practices reduce unnecessary activation of the nervous system throughout the day.</w:t>
      </w:r>
    </w:p>
    <w:p>
      <w:pPr>
        <w:pStyle w:val="Heading3"/>
      </w:pPr>
      <w:r>
        <w:t>Nature Is One Of The Oldest Recovery Environments</w:t>
      </w:r>
    </w:p>
    <w:p>
      <w:r>
        <w:t>Many people notice feeling calmer after spending time outdoors.</w:t>
      </w:r>
    </w:p>
    <w:p>
      <w:r>
        <w:t>Nature provides:</w:t>
      </w:r>
    </w:p>
    <w:p>
      <w:pPr>
        <w:pStyle w:val="ListBullet"/>
      </w:pPr>
      <w:r>
        <w:t>Gentle Visual Patterns.</w:t>
      </w:r>
    </w:p>
    <w:p>
      <w:pPr>
        <w:pStyle w:val="ListBullet"/>
      </w:pPr>
      <w:r>
        <w:t>Fresh Air.</w:t>
      </w:r>
    </w:p>
    <w:p>
      <w:pPr>
        <w:pStyle w:val="ListBullet"/>
      </w:pPr>
      <w:r>
        <w:t>Natural Sounds.</w:t>
      </w:r>
    </w:p>
    <w:p>
      <w:pPr>
        <w:pStyle w:val="ListBullet"/>
      </w:pPr>
      <w:r>
        <w:t>Changing Light.</w:t>
      </w:r>
    </w:p>
    <w:p>
      <w:pPr>
        <w:pStyle w:val="ListBullet"/>
      </w:pPr>
      <w:r>
        <w:t>Rhythmic Movement.</w:t>
      </w:r>
    </w:p>
    <w:p>
      <w:pPr>
        <w:pStyle w:val="ListBullet"/>
      </w:pPr>
      <w:r>
        <w:t>Open Space.</w:t>
      </w:r>
    </w:p>
    <w:p>
      <w:pPr>
        <w:pStyle w:val="ListBullet"/>
      </w:pPr>
      <w:r>
        <w:t>Even short periods outside may help interrupt prolonged mental overload.</w:t>
      </w:r>
    </w:p>
    <w:p>
      <w:pPr>
        <w:pStyle w:val="ListBullet"/>
      </w:pPr>
      <w:r>
        <w:t>You do not need to hike for hours.</w:t>
      </w:r>
    </w:p>
    <w:p>
      <w:r>
        <w:t>Helpful experiences include:</w:t>
      </w:r>
    </w:p>
    <w:p>
      <w:pPr>
        <w:pStyle w:val="ListBullet"/>
      </w:pPr>
      <w:r>
        <w:t>Walking Through A Park.</w:t>
      </w:r>
    </w:p>
    <w:p>
      <w:pPr>
        <w:pStyle w:val="ListBullet"/>
      </w:pPr>
      <w:r>
        <w:t>Sitting Under A Tree.</w:t>
      </w:r>
    </w:p>
    <w:p>
      <w:pPr>
        <w:pStyle w:val="ListBullet"/>
      </w:pPr>
      <w:r>
        <w:t>Gardening.</w:t>
      </w:r>
    </w:p>
    <w:p>
      <w:pPr>
        <w:pStyle w:val="ListBullet"/>
      </w:pPr>
      <w:r>
        <w:t>Watching A Sunrise.</w:t>
      </w:r>
    </w:p>
    <w:p>
      <w:pPr>
        <w:pStyle w:val="ListBullet"/>
      </w:pPr>
      <w:r>
        <w:t>Looking At Water.</w:t>
      </w:r>
    </w:p>
    <w:p>
      <w:pPr>
        <w:pStyle w:val="ListBullet"/>
      </w:pPr>
      <w:r>
        <w:t>Caring For Plants.</w:t>
      </w:r>
    </w:p>
    <w:p>
      <w:r>
        <w:t>Nature offers the nervous system a different kind of sensory input from that of modern environments.</w:t>
      </w:r>
    </w:p>
    <w:p>
      <w:pPr>
        <w:pStyle w:val="Heading3"/>
      </w:pPr>
      <w:r>
        <w:rPr>
          <w:b/>
        </w:rPr>
        <w:t>Bedside Example</w:t>
      </w:r>
    </w:p>
    <w:p>
      <w:pPr>
        <w:pStyle w:val="Quote"/>
      </w:pPr>
      <w:r>
        <w:rPr>
          <w:i/>
        </w:rPr>
        <w:t>One patient recovering from prolonged burnout shared that he had begun eating lunch outside rather than at his desk.</w:t>
      </w:r>
    </w:p>
    <w:p>
      <w:pPr>
        <w:pStyle w:val="Quote"/>
      </w:pPr>
      <w:r>
        <w:rPr>
          <w:i/>
        </w:rPr>
        <w:t>The change seemed small.</w:t>
      </w:r>
    </w:p>
    <w:p>
      <w:pPr>
        <w:pStyle w:val="Quote"/>
      </w:pPr>
      <w:r>
        <w:rPr>
          <w:i/>
        </w:rPr>
        <w:t>Yet after several weeks, he said,</w:t>
      </w:r>
    </w:p>
    <w:p>
      <w:pPr>
        <w:pStyle w:val="Quote"/>
      </w:pPr>
      <w:r>
        <w:rPr>
          <w:i/>
        </w:rPr>
        <w:t>"For Twenty Minutes Every Day, I Feel Like My Brain Stops Racing."</w:t>
      </w:r>
    </w:p>
    <w:p>
      <w:pPr>
        <w:pStyle w:val="Quote"/>
      </w:pPr>
      <w:r>
        <w:rPr>
          <w:i/>
        </w:rPr>
        <w:t>Nothing about his workload had changed.</w:t>
      </w:r>
    </w:p>
    <w:p>
      <w:pPr>
        <w:pStyle w:val="Quote"/>
      </w:pPr>
      <w:r>
        <w:rPr>
          <w:i/>
        </w:rPr>
        <w:t>His environment had.</w:t>
      </w:r>
    </w:p>
    <w:p>
      <w:pPr>
        <w:pStyle w:val="Quote"/>
      </w:pPr>
      <w:r>
        <w:rPr>
          <w:i/>
        </w:rPr>
        <w:t>Those brief moments outdoors became reliable signals of safety that his nervous system came to expect.</w:t>
      </w:r>
    </w:p>
    <w:p>
      <w:pPr>
        <w:pStyle w:val="Heading3"/>
      </w:pPr>
      <w:r>
        <w:t>Your Bedroom Should Support Recovery</w:t>
      </w:r>
    </w:p>
    <w:p>
      <w:r>
        <w:t>The bedroom serves one primary purpose.</w:t>
      </w:r>
    </w:p>
    <w:p>
      <w:r>
        <w:t>Recovery.</w:t>
      </w:r>
    </w:p>
    <w:p>
      <w:r>
        <w:t>Whenever possible, create an environment that supports restful sleep.</w:t>
      </w:r>
    </w:p>
    <w:p>
      <w:r>
        <w:t>Helpful considerations include:</w:t>
      </w:r>
    </w:p>
    <w:p>
      <w:pPr>
        <w:pStyle w:val="ListBullet"/>
      </w:pPr>
      <w:r>
        <w:t>Comfortable Bedding.</w:t>
      </w:r>
    </w:p>
    <w:p>
      <w:pPr>
        <w:pStyle w:val="ListBullet"/>
      </w:pPr>
      <w:r>
        <w:t>Cool Temperature.</w:t>
      </w:r>
    </w:p>
    <w:p>
      <w:pPr>
        <w:pStyle w:val="ListBullet"/>
      </w:pPr>
      <w:r>
        <w:t>Minimal Light.</w:t>
      </w:r>
    </w:p>
    <w:p>
      <w:pPr>
        <w:pStyle w:val="ListBullet"/>
      </w:pPr>
      <w:r>
        <w:t>Reduced Noise.</w:t>
      </w:r>
    </w:p>
    <w:p>
      <w:pPr>
        <w:pStyle w:val="ListBullet"/>
      </w:pPr>
      <w:r>
        <w:t>Limited Electronics.</w:t>
      </w:r>
    </w:p>
    <w:p>
      <w:pPr>
        <w:pStyle w:val="ListBullet"/>
      </w:pPr>
      <w:r>
        <w:t>Consistent Bedtime Routine.</w:t>
      </w:r>
    </w:p>
    <w:p>
      <w:r>
        <w:t>Avoid turning your bedroom into:</w:t>
      </w:r>
    </w:p>
    <w:p>
      <w:pPr>
        <w:pStyle w:val="ListBullet"/>
      </w:pPr>
      <w:r>
        <w:t>An Office.</w:t>
      </w:r>
    </w:p>
    <w:p>
      <w:pPr>
        <w:pStyle w:val="ListBullet"/>
      </w:pPr>
      <w:r>
        <w:t>A Newsroom.</w:t>
      </w:r>
    </w:p>
    <w:p>
      <w:pPr>
        <w:pStyle w:val="ListBullet"/>
      </w:pPr>
      <w:r>
        <w:t>A Conference Room.</w:t>
      </w:r>
    </w:p>
    <w:p>
      <w:pPr>
        <w:pStyle w:val="ListBullet"/>
      </w:pPr>
      <w:r>
        <w:t>A Source Of Constant Digital Activity.</w:t>
      </w:r>
    </w:p>
    <w:p>
      <w:r>
        <w:t>The more consistently your bedroom communicates rest, the easier it becomes for your nervous system to recognize bedtime as a recovery period.</w:t>
      </w:r>
    </w:p>
    <w:p>
      <w:pPr>
        <w:pStyle w:val="Heading3"/>
      </w:pPr>
      <w:r>
        <w:t>Scents And Memories</w:t>
      </w:r>
    </w:p>
    <w:p>
      <w:r>
        <w:t>Smell has a unique connection with memory and emotion.</w:t>
      </w:r>
    </w:p>
    <w:p>
      <w:r>
        <w:t>Certain scents may immediately trigger:</w:t>
      </w:r>
    </w:p>
    <w:p>
      <w:pPr>
        <w:pStyle w:val="ListBullet"/>
      </w:pPr>
      <w:r>
        <w:t>Calm.</w:t>
      </w:r>
    </w:p>
    <w:p>
      <w:pPr>
        <w:pStyle w:val="ListBullet"/>
      </w:pPr>
      <w:r>
        <w:t>Comfort.</w:t>
      </w:r>
    </w:p>
    <w:p>
      <w:pPr>
        <w:pStyle w:val="ListBullet"/>
      </w:pPr>
      <w:r>
        <w:t>Familiarity.</w:t>
      </w:r>
    </w:p>
    <w:p>
      <w:pPr>
        <w:pStyle w:val="ListBullet"/>
      </w:pPr>
      <w:r>
        <w:t>Relaxation.</w:t>
      </w:r>
    </w:p>
    <w:p>
      <w:pPr>
        <w:pStyle w:val="ListBullet"/>
      </w:pPr>
      <w:r>
        <w:t>Others may remind us of stressful experiences.</w:t>
      </w:r>
    </w:p>
    <w:p>
      <w:r>
        <w:t>You may find comfort in:</w:t>
      </w:r>
    </w:p>
    <w:p>
      <w:pPr>
        <w:pStyle w:val="ListBullet"/>
      </w:pPr>
      <w:r>
        <w:t>Fresh Air.</w:t>
      </w:r>
    </w:p>
    <w:p>
      <w:pPr>
        <w:pStyle w:val="ListBullet"/>
      </w:pPr>
      <w:r>
        <w:t>Clean Linen.</w:t>
      </w:r>
    </w:p>
    <w:p>
      <w:pPr>
        <w:pStyle w:val="ListBullet"/>
      </w:pPr>
      <w:r>
        <w:t>Herbal Tea.</w:t>
      </w:r>
    </w:p>
    <w:p>
      <w:pPr>
        <w:pStyle w:val="ListBullet"/>
      </w:pPr>
      <w:r>
        <w:t>Lavender.</w:t>
      </w:r>
    </w:p>
    <w:p>
      <w:pPr>
        <w:pStyle w:val="ListBullet"/>
      </w:pPr>
      <w:r>
        <w:t>Chamomile.</w:t>
      </w:r>
    </w:p>
    <w:p>
      <w:pPr>
        <w:pStyle w:val="ListBullet"/>
      </w:pPr>
      <w:r>
        <w:t>Pine.</w:t>
      </w:r>
    </w:p>
    <w:p>
      <w:pPr>
        <w:pStyle w:val="ListBullet"/>
      </w:pPr>
      <w:r>
        <w:t>Citrus.</w:t>
      </w:r>
    </w:p>
    <w:p>
      <w:pPr>
        <w:pStyle w:val="ListBullet"/>
      </w:pPr>
      <w:r>
        <w:t>You do not need special products.</w:t>
      </w:r>
    </w:p>
    <w:p>
      <w:r>
        <w:t>Simply becoming aware of how different environments affect your body can help you intentionally create calming experiences.</w:t>
      </w:r>
    </w:p>
    <w:p>
      <w:pPr>
        <w:pStyle w:val="Heading3"/>
      </w:pPr>
      <w:r>
        <w:t>Temperature Influences Comfort</w:t>
      </w:r>
    </w:p>
    <w:p>
      <w:r>
        <w:t>Physical comfort affects emotional regulation.</w:t>
      </w:r>
    </w:p>
    <w:p>
      <w:r>
        <w:t>Environments that are:</w:t>
      </w:r>
    </w:p>
    <w:p>
      <w:pPr>
        <w:pStyle w:val="ListBullet"/>
      </w:pPr>
      <w:r>
        <w:t>Too Hot.</w:t>
      </w:r>
    </w:p>
    <w:p>
      <w:pPr>
        <w:pStyle w:val="ListBullet"/>
      </w:pPr>
      <w:r>
        <w:t>Too Cold.</w:t>
      </w:r>
    </w:p>
    <w:p>
      <w:pPr>
        <w:pStyle w:val="ListBullet"/>
      </w:pPr>
      <w:r>
        <w:t>Poorly Ventilated.</w:t>
      </w:r>
    </w:p>
    <w:p>
      <w:pPr>
        <w:pStyle w:val="ListBullet"/>
      </w:pPr>
      <w:r>
        <w:t>May increase physical discomfort, making relaxation more difficult.</w:t>
      </w:r>
    </w:p>
    <w:p>
      <w:pPr>
        <w:pStyle w:val="ListBullet"/>
      </w:pPr>
      <w:r>
        <w:t>Whenever possible, create spaces that feel physically comfortable.</w:t>
      </w:r>
    </w:p>
    <w:p>
      <w:pPr>
        <w:pStyle w:val="ListBullet"/>
      </w:pPr>
      <w:r>
        <w:t>Comfort allows your nervous system to spend less energy adapting to the environment.</w:t>
      </w:r>
    </w:p>
    <w:p>
      <w:pPr>
        <w:pStyle w:val="Heading3"/>
      </w:pPr>
      <w:r>
        <w:rPr>
          <w:b/>
        </w:rPr>
        <w:t>RN Insight</w:t>
      </w:r>
    </w:p>
    <w:p>
      <w:pPr>
        <w:pStyle w:val="Quote"/>
      </w:pPr>
      <w:r>
        <w:rPr>
          <w:i/>
        </w:rPr>
        <w:t>One of the first questions nurses ask uncomfortable patients is often about the environment.</w:t>
      </w:r>
    </w:p>
    <w:p>
      <w:pPr>
        <w:pStyle w:val="Quote"/>
      </w:pPr>
      <w:r>
        <w:rPr>
          <w:i/>
        </w:rPr>
        <w:t>Are You Too Cold?</w:t>
      </w:r>
    </w:p>
    <w:p>
      <w:pPr>
        <w:pStyle w:val="Quote"/>
      </w:pPr>
      <w:r>
        <w:rPr>
          <w:i/>
        </w:rPr>
        <w:t>Are You Too Warm?</w:t>
      </w:r>
    </w:p>
    <w:p>
      <w:pPr>
        <w:pStyle w:val="Quote"/>
      </w:pPr>
      <w:r>
        <w:rPr>
          <w:i/>
        </w:rPr>
        <w:t>Is The Room Too Bright?</w:t>
      </w:r>
    </w:p>
    <w:p>
      <w:pPr>
        <w:pStyle w:val="Quote"/>
      </w:pPr>
      <w:r>
        <w:rPr>
          <w:i/>
        </w:rPr>
        <w:t>Is The Pillow Comfortable?</w:t>
      </w:r>
    </w:p>
    <w:p>
      <w:pPr>
        <w:pStyle w:val="Quote"/>
      </w:pPr>
      <w:r>
        <w:rPr>
          <w:i/>
        </w:rPr>
        <w:t>These questions matter because physical comfort supports nervous system regulation. Sometimes, small environmental adjustments significantly improve how a person feels.</w:t>
      </w:r>
    </w:p>
    <w:p>
      <w:pPr>
        <w:pStyle w:val="Heading3"/>
      </w:pPr>
      <w:r>
        <w:t>Small Environmental Changes Add Up</w:t>
      </w:r>
    </w:p>
    <w:p>
      <w:r>
        <w:t>Many people believe they need a completely different home or workplace before recovery can begin.</w:t>
      </w:r>
    </w:p>
    <w:p>
      <w:r>
        <w:t>That is rarely necessary.</w:t>
      </w:r>
    </w:p>
    <w:p>
      <w:r>
        <w:t>Small improvements often create meaningful benefits.</w:t>
      </w:r>
    </w:p>
    <w:p>
      <w:r>
        <w:t>Examples include:</w:t>
      </w:r>
    </w:p>
    <w:p>
      <w:pPr>
        <w:pStyle w:val="ListBullet"/>
      </w:pPr>
      <w:r>
        <w:t>Clearing One Surface.</w:t>
      </w:r>
    </w:p>
    <w:p>
      <w:pPr>
        <w:pStyle w:val="ListBullet"/>
      </w:pPr>
      <w:r>
        <w:t>Opening A Window.</w:t>
      </w:r>
    </w:p>
    <w:p>
      <w:pPr>
        <w:pStyle w:val="ListBullet"/>
      </w:pPr>
      <w:r>
        <w:t>Turning Off One Notification.</w:t>
      </w:r>
    </w:p>
    <w:p>
      <w:pPr>
        <w:pStyle w:val="ListBullet"/>
      </w:pPr>
      <w:r>
        <w:t>Adding A Plant.</w:t>
      </w:r>
    </w:p>
    <w:p>
      <w:pPr>
        <w:pStyle w:val="ListBullet"/>
      </w:pPr>
      <w:r>
        <w:t>Organizing Your Workspace.</w:t>
      </w:r>
    </w:p>
    <w:p>
      <w:pPr>
        <w:pStyle w:val="ListBullet"/>
      </w:pPr>
      <w:r>
        <w:t>Using Softer Lighting In The Evening.</w:t>
      </w:r>
    </w:p>
    <w:p>
      <w:pPr>
        <w:pStyle w:val="ListBullet"/>
      </w:pPr>
      <w:r>
        <w:t>Playing Gentle Music.</w:t>
      </w:r>
    </w:p>
    <w:p>
      <w:pPr>
        <w:pStyle w:val="ListBullet"/>
      </w:pPr>
      <w:r>
        <w:t>Taking Short Outdoor Breaks.</w:t>
      </w:r>
    </w:p>
    <w:p>
      <w:pPr>
        <w:pStyle w:val="ListBullet"/>
      </w:pPr>
      <w:r>
        <w:t>These simple adjustments repeatedly communicate that your environment supports recovery rather than constant vigilance.</w:t>
      </w:r>
    </w:p>
    <w:p>
      <w:pPr>
        <w:pStyle w:val="Heading3"/>
      </w:pPr>
      <w:r>
        <w:t>Build Environmental Rituals</w:t>
      </w:r>
    </w:p>
    <w:p>
      <w:r>
        <w:t>Certain routines gradually become associated with calm.</w:t>
      </w:r>
    </w:p>
    <w:p>
      <w:r>
        <w:t>Examples include:</w:t>
      </w:r>
    </w:p>
    <w:p>
      <w:r>
        <w:t>Morning:</w:t>
      </w:r>
    </w:p>
    <w:p>
      <w:pPr>
        <w:pStyle w:val="ListBullet"/>
      </w:pPr>
      <w:r>
        <w:t>Open The Curtains.</w:t>
      </w:r>
    </w:p>
    <w:p>
      <w:pPr>
        <w:pStyle w:val="ListBullet"/>
      </w:pPr>
      <w:r>
        <w:t>Drink Water.</w:t>
      </w:r>
    </w:p>
    <w:p>
      <w:pPr>
        <w:pStyle w:val="ListBullet"/>
      </w:pPr>
      <w:r>
        <w:t>Step Outside For Fresh Air.</w:t>
      </w:r>
    </w:p>
    <w:p>
      <w:r>
        <w:t>Midday:</w:t>
      </w:r>
    </w:p>
    <w:p>
      <w:pPr>
        <w:pStyle w:val="ListBullet"/>
      </w:pPr>
      <w:r>
        <w:t>Walk Outdoors.</w:t>
      </w:r>
    </w:p>
    <w:p>
      <w:pPr>
        <w:pStyle w:val="ListBullet"/>
      </w:pPr>
      <w:r>
        <w:t>Stretch Near A Window.</w:t>
      </w:r>
    </w:p>
    <w:p>
      <w:pPr>
        <w:pStyle w:val="ListBullet"/>
      </w:pPr>
      <w:r>
        <w:t>Eat Away From Your Desk.</w:t>
      </w:r>
    </w:p>
    <w:p>
      <w:r>
        <w:t>Evening:</w:t>
      </w:r>
    </w:p>
    <w:p>
      <w:pPr>
        <w:pStyle w:val="ListBullet"/>
      </w:pPr>
      <w:r>
        <w:t>Dim The Lights.</w:t>
      </w:r>
    </w:p>
    <w:p>
      <w:pPr>
        <w:pStyle w:val="ListBullet"/>
      </w:pPr>
      <w:r>
        <w:t>Silence Notifications.</w:t>
      </w:r>
    </w:p>
    <w:p>
      <w:pPr>
        <w:pStyle w:val="ListBullet"/>
      </w:pPr>
      <w:r>
        <w:t>Read Instead Of Scrolling.</w:t>
      </w:r>
    </w:p>
    <w:p>
      <w:pPr>
        <w:pStyle w:val="ListBullet"/>
      </w:pPr>
      <w:r>
        <w:t>Prepare Your Bedroom For Sleep.</w:t>
      </w:r>
    </w:p>
    <w:p>
      <w:pPr>
        <w:pStyle w:val="ListBullet"/>
      </w:pPr>
      <w:r>
        <w:t>Repeating these routines teaches your nervous system what to expect.</w:t>
      </w:r>
    </w:p>
    <w:p>
      <w:pPr>
        <w:pStyle w:val="ListBullet"/>
      </w:pPr>
      <w:r>
        <w:t>Predictability becomes reassuring.</w:t>
      </w:r>
    </w:p>
    <w:p>
      <w:pPr>
        <w:pStyle w:val="Heading3"/>
      </w:pPr>
      <w:r>
        <w:t>You can't control every environment.</w:t>
      </w:r>
    </w:p>
    <w:p>
      <w:r>
        <w:t>Life includes unavoidable stress.</w:t>
      </w:r>
    </w:p>
    <w:p>
      <w:r>
        <w:t>Busy workplaces.</w:t>
      </w:r>
    </w:p>
    <w:p>
      <w:r>
        <w:t>Hospitals.</w:t>
      </w:r>
    </w:p>
    <w:p>
      <w:r>
        <w:t>Airports.</w:t>
      </w:r>
    </w:p>
    <w:p>
      <w:r>
        <w:t>Traffic.</w:t>
      </w:r>
    </w:p>
    <w:p>
      <w:r>
        <w:t>Family Responsibilities.</w:t>
      </w:r>
    </w:p>
    <w:p>
      <w:r>
        <w:t>The goal is not to eliminate every stressful environment.</w:t>
      </w:r>
    </w:p>
    <w:p>
      <w:r>
        <w:t>The goal is to create enough supportive environments to balance unavoidable demands.</w:t>
      </w:r>
    </w:p>
    <w:p>
      <w:r>
        <w:t>Even brief periods of calm matter.</w:t>
      </w:r>
    </w:p>
    <w:p>
      <w:r>
        <w:t>Five minutes in a peaceful space still sends meaningful signals to your nervous system.</w:t>
      </w:r>
    </w:p>
    <w:p>
      <w:pPr>
        <w:pStyle w:val="Heading3"/>
      </w:pPr>
      <w:r>
        <w:t>Recovery Begins Where You Spend The Most Time</w:t>
      </w:r>
    </w:p>
    <w:p>
      <w:r>
        <w:t>Ask yourself:</w:t>
      </w:r>
    </w:p>
    <w:p>
      <w:r>
        <w:t>Where do I spend most of my day?</w:t>
      </w:r>
    </w:p>
    <w:p>
      <w:r>
        <w:t>Your:</w:t>
      </w:r>
    </w:p>
    <w:p>
      <w:pPr>
        <w:pStyle w:val="ListBullet"/>
      </w:pPr>
      <w:r>
        <w:t>Home.</w:t>
      </w:r>
    </w:p>
    <w:p>
      <w:pPr>
        <w:pStyle w:val="ListBullet"/>
      </w:pPr>
      <w:r>
        <w:t>Office.</w:t>
      </w:r>
    </w:p>
    <w:p>
      <w:pPr>
        <w:pStyle w:val="ListBullet"/>
      </w:pPr>
      <w:r>
        <w:t>Vehicle.</w:t>
      </w:r>
    </w:p>
    <w:p>
      <w:pPr>
        <w:pStyle w:val="ListBullet"/>
      </w:pPr>
      <w:r>
        <w:t>Bedroom.</w:t>
      </w:r>
    </w:p>
    <w:p>
      <w:pPr>
        <w:pStyle w:val="ListBullet"/>
      </w:pPr>
      <w:r>
        <w:t>Kitchen.</w:t>
      </w:r>
    </w:p>
    <w:p>
      <w:pPr>
        <w:pStyle w:val="ListBullet"/>
      </w:pPr>
      <w:r>
        <w:t>These locations repeatedly influence your nervous system.</w:t>
      </w:r>
    </w:p>
    <w:p>
      <w:r>
        <w:t>Improving the environments you use most often usually provides greater long-term benefit than focusing only on occasional vacations or weekends away.</w:t>
      </w:r>
    </w:p>
    <w:p>
      <w:r>
        <w:t>Healing happens where life actually occurs.</w:t>
      </w:r>
    </w:p>
    <w:p>
      <w:pPr>
        <w:pStyle w:val="Heading3"/>
      </w:pPr>
      <w:r>
        <w:t>Key Takeaways</w:t>
      </w:r>
    </w:p>
    <w:p>
      <w:pPr>
        <w:pStyle w:val="ListBullet"/>
      </w:pPr>
      <w:r>
        <w:t>Your Nervous System Constantly Responds To Your Physical And Digital Environments.</w:t>
      </w:r>
    </w:p>
    <w:p>
      <w:pPr>
        <w:pStyle w:val="ListBullet"/>
      </w:pPr>
      <w:r>
        <w:t>Predictable, Comfortable Spaces Help Reduce Unnecessary Vigilance.</w:t>
      </w:r>
    </w:p>
    <w:p>
      <w:pPr>
        <w:pStyle w:val="ListBullet"/>
      </w:pPr>
      <w:r>
        <w:t>Clutter, Noise, And Constant Digital Interruptions Increase Cognitive Load And Stress.</w:t>
      </w:r>
    </w:p>
    <w:p>
      <w:pPr>
        <w:pStyle w:val="ListBullet"/>
      </w:pPr>
      <w:r>
        <w:t>Natural Light, Nature, And Quiet Spaces Support Nervous System Regulation.</w:t>
      </w:r>
    </w:p>
    <w:p>
      <w:pPr>
        <w:pStyle w:val="ListBullet"/>
      </w:pPr>
      <w:r>
        <w:t>Your Bedroom Should Consistently Communicate Rest And Recovery.</w:t>
      </w:r>
    </w:p>
    <w:p>
      <w:pPr>
        <w:pStyle w:val="ListBullet"/>
      </w:pPr>
      <w:r>
        <w:t>Small Environmental Improvements Repeated Daily Produce Meaningful Long-Term Benefits.</w:t>
      </w:r>
    </w:p>
    <w:p>
      <w:pPr>
        <w:pStyle w:val="ListBullet"/>
      </w:pPr>
      <w:r>
        <w:t>Healing Is Strengthened By Creating Spaces That Repeatedly Signal Safety.</w:t>
      </w:r>
    </w:p>
    <w:p>
      <w:pPr>
        <w:pStyle w:val="Heading3"/>
      </w:pPr>
      <w:r>
        <w:t>Chapter Reflection</w:t>
      </w:r>
    </w:p>
    <w:p>
      <w:r>
        <w:t>Before Continuing, Reflect On These Questions.</w:t>
      </w:r>
    </w:p>
    <w:p>
      <w:pPr>
        <w:pStyle w:val="ListBullet"/>
      </w:pPr>
      <w:r>
        <w:t>Which Environment Makes Me Feel Most Calm?</w:t>
      </w:r>
    </w:p>
    <w:p>
      <w:pPr>
        <w:pStyle w:val="ListBullet"/>
      </w:pPr>
      <w:r>
        <w:t>Which Space In My Daily Life Feels Most Stressful?</w:t>
      </w:r>
    </w:p>
    <w:p>
      <w:pPr>
        <w:pStyle w:val="ListBullet"/>
      </w:pPr>
      <w:r>
        <w:t>How Much Digital Stimulation Am I Exposed To Each Day?</w:t>
      </w:r>
    </w:p>
    <w:p>
      <w:pPr>
        <w:pStyle w:val="ListBullet"/>
      </w:pPr>
      <w:r>
        <w:t>What Small Change Could Make My Home Feel More Restorative?</w:t>
      </w:r>
    </w:p>
    <w:p>
      <w:pPr>
        <w:pStyle w:val="ListBullet"/>
      </w:pPr>
      <w:r>
        <w:t>Which Daily Environment Could I Improve This Week To Better Support My Nervous System?</w:t>
      </w:r>
    </w:p>
    <w:p>
      <w:r>
        <w:t>In the next chapter, we will explore why healing is rarely a straight line. You will learn how to respond to setbacks with confidence, why occasional stress does not erase your progress, and how building resilience helps your nervous system recover more quickly from life's inevitable challenges.</w:t>
      </w:r>
    </w:p>
    <w:p>
      <w:r>
        <w:br w:type="page"/>
      </w:r>
    </w:p>
    <w:p>
      <w:pPr>
        <w:pStyle w:val="Heading1"/>
        <w:jc w:val="center"/>
      </w:pPr>
      <w:r>
        <w:t>Chapter 17: When Recovery Feels Slow: Understanding Setbacks and Building Resilience</w:t>
      </w:r>
    </w:p>
    <w:p>
      <w:pPr>
        <w:pStyle w:val="Quote"/>
      </w:pPr>
      <w:r>
        <w:rPr>
          <w:i/>
        </w:rPr>
        <w:t>"Healing Is Rarely A Straight Line. The Goal Is Not Never To Feel Stressed Again—It Is To Recover More Efficiently Each Time Stress Appears."</w:t>
      </w:r>
    </w:p>
    <w:p>
      <w:pPr>
        <w:pStyle w:val="Heading3"/>
      </w:pPr>
      <w:r>
        <w:t>Chapter Overview</w:t>
      </w:r>
    </w:p>
    <w:p>
      <w:r>
        <w:t>Many people begin nervous system recovery with excitement.</w:t>
      </w:r>
    </w:p>
    <w:p>
      <w:r>
        <w:t>They start sleeping a little better.</w:t>
      </w:r>
    </w:p>
    <w:p>
      <w:r>
        <w:t>Their breathing feels calmer.</w:t>
      </w:r>
    </w:p>
    <w:p>
      <w:r>
        <w:t>Their energy begins to improve.</w:t>
      </w:r>
    </w:p>
    <w:p>
      <w:r>
        <w:t>Then life happens.</w:t>
      </w:r>
    </w:p>
    <w:p>
      <w:r>
        <w:t>A difficult week at work.</w:t>
      </w:r>
    </w:p>
    <w:p>
      <w:r>
        <w:t>A family emergency.</w:t>
      </w:r>
    </w:p>
    <w:p>
      <w:r>
        <w:t>Poor sleep.</w:t>
      </w:r>
    </w:p>
    <w:p>
      <w:r>
        <w:t>An illness.</w:t>
      </w:r>
    </w:p>
    <w:p>
      <w:r>
        <w:t>Unexpected financial stress.</w:t>
      </w:r>
    </w:p>
    <w:p>
      <w:r>
        <w:t>Suddenly, old symptoms seem to return.</w:t>
      </w:r>
    </w:p>
    <w:p>
      <w:r>
        <w:t>The immediate thought is often:</w:t>
      </w:r>
    </w:p>
    <w:p>
      <w:pPr>
        <w:pStyle w:val="ListBullet"/>
      </w:pPr>
      <w:r>
        <w:t>"I'm Back Where I Started."</w:t>
      </w:r>
    </w:p>
    <w:p>
      <w:pPr>
        <w:pStyle w:val="ListBullet"/>
      </w:pPr>
      <w:r>
        <w:t>"Nothing Is Working."</w:t>
      </w:r>
    </w:p>
    <w:p>
      <w:pPr>
        <w:pStyle w:val="ListBullet"/>
      </w:pPr>
      <w:r>
        <w:t>"I Thought I Was Getting Better."</w:t>
      </w:r>
    </w:p>
    <w:p>
      <w:pPr>
        <w:pStyle w:val="ListBullet"/>
      </w:pPr>
      <w:r>
        <w:t>"Maybe I'll Always Feel This Way."</w:t>
      </w:r>
    </w:p>
    <w:p>
      <w:pPr>
        <w:pStyle w:val="ListBullet"/>
      </w:pPr>
      <w:r>
        <w:t>These thoughts are understandable.</w:t>
      </w:r>
    </w:p>
    <w:p>
      <w:pPr>
        <w:pStyle w:val="ListBullet"/>
      </w:pPr>
      <w:r>
        <w:t>Fortunately, they are usually inaccurate.</w:t>
      </w:r>
    </w:p>
    <w:p>
      <w:pPr>
        <w:pStyle w:val="ListBullet"/>
      </w:pPr>
      <w:r>
        <w:t>Recovery is rarely a perfectly upward journey.</w:t>
      </w:r>
    </w:p>
    <w:p>
      <w:r>
        <w:t>Instead, it looks more like climbing a mountain.</w:t>
      </w:r>
    </w:p>
    <w:p>
      <w:r>
        <w:t>There are periods of steady progress.</w:t>
      </w:r>
    </w:p>
    <w:p>
      <w:r>
        <w:t>Short plateaus.</w:t>
      </w:r>
    </w:p>
    <w:p>
      <w:r>
        <w:t>Unexpected obstacles.</w:t>
      </w:r>
    </w:p>
    <w:p>
      <w:r>
        <w:t>Temporary slips.</w:t>
      </w:r>
    </w:p>
    <w:p>
      <w:r>
        <w:t>Yet overall, you continue moving forward.</w:t>
      </w:r>
    </w:p>
    <w:p>
      <w:r>
        <w:t>This chapter will help you understand why setbacks happen, how to respond to them without panic, and why resilience—not perfection—is the true measure of nervous system healing.</w:t>
      </w:r>
    </w:p>
    <w:p>
      <w:pPr>
        <w:pStyle w:val="Heading3"/>
      </w:pPr>
      <w:r>
        <w:t>Healing Is Not Linear</w:t>
      </w:r>
    </w:p>
    <w:p>
      <w:r>
        <w:t>One of the biggest misunderstandings about recovery is the expectation that improvement should happen continuously.</w:t>
      </w:r>
    </w:p>
    <w:p>
      <w:r>
        <w:t>Real healing often follows a different pattern.</w:t>
      </w:r>
    </w:p>
    <w:p>
      <w:r>
        <w:t>You may experience:</w:t>
      </w:r>
    </w:p>
    <w:p>
      <w:pPr>
        <w:pStyle w:val="ListBullet"/>
      </w:pPr>
      <w:r>
        <w:t>Several Excellent Days.</w:t>
      </w:r>
    </w:p>
    <w:p>
      <w:pPr>
        <w:pStyle w:val="ListBullet"/>
      </w:pPr>
      <w:r>
        <w:t>One Difficult Day.</w:t>
      </w:r>
    </w:p>
    <w:p>
      <w:pPr>
        <w:pStyle w:val="ListBullet"/>
      </w:pPr>
      <w:r>
        <w:t>A Calm Week.</w:t>
      </w:r>
    </w:p>
    <w:p>
      <w:pPr>
        <w:pStyle w:val="ListBullet"/>
      </w:pPr>
      <w:r>
        <w:t>A Stressful Weekend.</w:t>
      </w:r>
    </w:p>
    <w:p>
      <w:pPr>
        <w:pStyle w:val="ListBullet"/>
      </w:pPr>
      <w:r>
        <w:t>Better Sleep.</w:t>
      </w:r>
    </w:p>
    <w:p>
      <w:pPr>
        <w:pStyle w:val="ListBullet"/>
      </w:pPr>
      <w:r>
        <w:t>One Restless Night.</w:t>
      </w:r>
    </w:p>
    <w:p>
      <w:pPr>
        <w:pStyle w:val="ListBullet"/>
      </w:pPr>
      <w:r>
        <w:t>None of these experiences erases your progress.</w:t>
      </w:r>
    </w:p>
    <w:p>
      <w:pPr>
        <w:pStyle w:val="ListBullet"/>
      </w:pPr>
      <w:r>
        <w:t>The nervous system continues adapting even when temporary setbacks occur.</w:t>
      </w:r>
    </w:p>
    <w:p>
      <w:pPr>
        <w:pStyle w:val="ListBullet"/>
      </w:pPr>
      <w:r>
        <w:t>Progress is measured over months rather than moments.</w:t>
      </w:r>
    </w:p>
    <w:p>
      <w:pPr>
        <w:pStyle w:val="Heading3"/>
      </w:pPr>
      <w:r>
        <w:t>Life Will Continue To Be Stressful</w:t>
      </w:r>
    </w:p>
    <w:p>
      <w:r>
        <w:t>Recovery does not eliminate challenges.</w:t>
      </w:r>
    </w:p>
    <w:p>
      <w:r>
        <w:t>There will still be:</w:t>
      </w:r>
    </w:p>
    <w:p>
      <w:pPr>
        <w:pStyle w:val="ListBullet"/>
      </w:pPr>
      <w:r>
        <w:t>Deadlines.</w:t>
      </w:r>
    </w:p>
    <w:p>
      <w:pPr>
        <w:pStyle w:val="ListBullet"/>
      </w:pPr>
      <w:r>
        <w:t>Illnesses.</w:t>
      </w:r>
    </w:p>
    <w:p>
      <w:pPr>
        <w:pStyle w:val="ListBullet"/>
      </w:pPr>
      <w:r>
        <w:t>Financial Responsibilities.</w:t>
      </w:r>
    </w:p>
    <w:p>
      <w:pPr>
        <w:pStyle w:val="ListBullet"/>
      </w:pPr>
      <w:r>
        <w:t>Parenting Challenges.</w:t>
      </w:r>
    </w:p>
    <w:p>
      <w:pPr>
        <w:pStyle w:val="ListBullet"/>
      </w:pPr>
      <w:r>
        <w:t>Relationship Conflict.</w:t>
      </w:r>
    </w:p>
    <w:p>
      <w:pPr>
        <w:pStyle w:val="ListBullet"/>
      </w:pPr>
      <w:r>
        <w:t>Unexpected Changes.</w:t>
      </w:r>
    </w:p>
    <w:p>
      <w:pPr>
        <w:pStyle w:val="ListBullet"/>
      </w:pPr>
      <w:r>
        <w:t>Disappointments.</w:t>
      </w:r>
    </w:p>
    <w:p>
      <w:pPr>
        <w:pStyle w:val="ListBullet"/>
      </w:pPr>
      <w:r>
        <w:t>Losses.</w:t>
      </w:r>
    </w:p>
    <w:p>
      <w:pPr>
        <w:pStyle w:val="ListBullet"/>
      </w:pPr>
      <w:r>
        <w:t>The goal is not avoiding life.</w:t>
      </w:r>
    </w:p>
    <w:p>
      <w:r>
        <w:t>The goal itoto improveg your ability to move through life without remaining trapped in survival mode afterward.</w:t>
      </w:r>
    </w:p>
    <w:p>
      <w:r>
        <w:t>A resilient nervous system still activates during genuine stress.</w:t>
      </w:r>
    </w:p>
    <w:p>
      <w:r>
        <w:t>The difference is that it also knows how to recover.</w:t>
      </w:r>
    </w:p>
    <w:p>
      <w:pPr>
        <w:pStyle w:val="Heading3"/>
      </w:pPr>
      <w:r>
        <w:t>Setbacks Are Information</w:t>
      </w:r>
    </w:p>
    <w:p>
      <w:r>
        <w:t>Instead of asking:</w:t>
      </w:r>
    </w:p>
    <w:p>
      <w:pPr>
        <w:pStyle w:val="Heading3"/>
      </w:pPr>
      <w:r>
        <w:t>"Why Am I Failing?"</w:t>
      </w:r>
    </w:p>
    <w:p>
      <w:r>
        <w:t>Try asking:</w:t>
      </w:r>
    </w:p>
    <w:p>
      <w:r>
        <w:rPr>
          <w:i/>
        </w:rPr>
        <w:t>"What Is My Nervous System Trying To Tell Me?"</w:t>
      </w:r>
    </w:p>
    <w:p>
      <w:r>
        <w:t>Perhaps you have:</w:t>
      </w:r>
    </w:p>
    <w:p>
      <w:pPr>
        <w:pStyle w:val="ListBullet"/>
      </w:pPr>
      <w:r>
        <w:t>Been Sleeping Less.</w:t>
      </w:r>
    </w:p>
    <w:p>
      <w:pPr>
        <w:pStyle w:val="ListBullet"/>
      </w:pPr>
      <w:r>
        <w:t>Skipped Meals.</w:t>
      </w:r>
    </w:p>
    <w:p>
      <w:pPr>
        <w:pStyle w:val="ListBullet"/>
      </w:pPr>
      <w:r>
        <w:t>Worked Longer Hours.</w:t>
      </w:r>
    </w:p>
    <w:p>
      <w:pPr>
        <w:pStyle w:val="ListBullet"/>
      </w:pPr>
      <w:r>
        <w:t>Stopped Walking.</w:t>
      </w:r>
    </w:p>
    <w:p>
      <w:pPr>
        <w:pStyle w:val="ListBullet"/>
      </w:pPr>
      <w:r>
        <w:t>Experienced Emotional Conflict.</w:t>
      </w:r>
    </w:p>
    <w:p>
      <w:pPr>
        <w:pStyle w:val="ListBullet"/>
      </w:pPr>
      <w:r>
        <w:t>Taken On Too Much Responsibility.</w:t>
      </w:r>
    </w:p>
    <w:p>
      <w:pPr>
        <w:pStyle w:val="ListBullet"/>
      </w:pPr>
      <w:r>
        <w:t>Setbacks often reveal areas that need additional attention.</w:t>
      </w:r>
    </w:p>
    <w:p>
      <w:pPr>
        <w:pStyle w:val="ListBullet"/>
      </w:pPr>
      <w:r>
        <w:t>They are feedback.</w:t>
      </w:r>
    </w:p>
    <w:p>
      <w:pPr>
        <w:pStyle w:val="ListBullet"/>
      </w:pPr>
      <w:r>
        <w:t>Not failure.</w:t>
      </w:r>
    </w:p>
    <w:p>
      <w:pPr>
        <w:pStyle w:val="Heading3"/>
      </w:pPr>
      <w:r>
        <w:t>Stress Accumulates Gradually</w:t>
      </w:r>
    </w:p>
    <w:p>
      <w:r>
        <w:t>Many people expect setbacks to have one obvious cause.</w:t>
      </w:r>
    </w:p>
    <w:p>
      <w:r>
        <w:t>Usually, they result from several smaller factors that accumulate.</w:t>
      </w:r>
    </w:p>
    <w:p>
      <w:r>
        <w:t>Imagine filling a bucket.</w:t>
      </w:r>
    </w:p>
    <w:p>
      <w:r>
        <w:t>Each experience adds a little water:</w:t>
      </w:r>
    </w:p>
    <w:p>
      <w:pPr>
        <w:pStyle w:val="ListBullet"/>
      </w:pPr>
      <w:r>
        <w:t>Poor Sleep.</w:t>
      </w:r>
    </w:p>
    <w:p>
      <w:pPr>
        <w:pStyle w:val="ListBullet"/>
      </w:pPr>
      <w:r>
        <w:t>Busy Schedule.</w:t>
      </w:r>
    </w:p>
    <w:p>
      <w:pPr>
        <w:pStyle w:val="ListBullet"/>
      </w:pPr>
      <w:r>
        <w:t>Financial Pressure.</w:t>
      </w:r>
    </w:p>
    <w:p>
      <w:pPr>
        <w:pStyle w:val="ListBullet"/>
      </w:pPr>
      <w:r>
        <w:t>Less Exercise.</w:t>
      </w:r>
    </w:p>
    <w:p>
      <w:pPr>
        <w:pStyle w:val="ListBullet"/>
      </w:pPr>
      <w:r>
        <w:t>Increased Screen Time.</w:t>
      </w:r>
    </w:p>
    <w:p>
      <w:pPr>
        <w:pStyle w:val="ListBullet"/>
      </w:pPr>
      <w:r>
        <w:t>Family Conflict.</w:t>
      </w:r>
    </w:p>
    <w:p>
      <w:pPr>
        <w:pStyle w:val="ListBullet"/>
      </w:pPr>
      <w:r>
        <w:t>Illness.</w:t>
      </w:r>
    </w:p>
    <w:p>
      <w:pPr>
        <w:pStyle w:val="ListBullet"/>
      </w:pPr>
      <w:r>
        <w:t>Eventually, the bucket overflows.</w:t>
      </w:r>
    </w:p>
    <w:p>
      <w:pPr>
        <w:pStyle w:val="ListBullet"/>
      </w:pPr>
      <w:r>
        <w:t>The final event receives all the blame.</w:t>
      </w:r>
    </w:p>
    <w:p>
      <w:pPr>
        <w:pStyle w:val="ListBullet"/>
      </w:pPr>
      <w:r>
        <w:t>In reality, the nervous system has been carrying an increasing load for weeks.</w:t>
      </w:r>
    </w:p>
    <w:p>
      <w:pPr>
        <w:pStyle w:val="Heading3"/>
      </w:pPr>
      <w:r>
        <w:rPr>
          <w:b/>
        </w:rPr>
        <w:t>RN Insight</w:t>
      </w:r>
    </w:p>
    <w:p>
      <w:pPr>
        <w:pStyle w:val="Quote"/>
      </w:pPr>
      <w:r>
        <w:rPr>
          <w:i/>
        </w:rPr>
        <w:t>Patients sometimes become discouraged when symptoms temporarily worsen during recovery. One difficult day often convinces them that months of progress have disappeared. As nurses, we remind them to look at the larger picture. Healing is measured over time. Temporary setbacks are common in nearly every form of physical and emotional recovery.</w:t>
      </w:r>
    </w:p>
    <w:p>
      <w:pPr>
        <w:pStyle w:val="Heading3"/>
      </w:pPr>
      <w:r>
        <w:t>Your Window Of Tolerance</w:t>
      </w:r>
    </w:p>
    <w:p>
      <w:r>
        <w:t>Imagine your nervous system has a window.</w:t>
      </w:r>
    </w:p>
    <w:p>
      <w:r>
        <w:t>Within that window, you are generally able to:</w:t>
      </w:r>
    </w:p>
    <w:p>
      <w:pPr>
        <w:pStyle w:val="ListBullet"/>
      </w:pPr>
      <w:r>
        <w:t>Think Clearly.</w:t>
      </w:r>
    </w:p>
    <w:p>
      <w:pPr>
        <w:pStyle w:val="ListBullet"/>
      </w:pPr>
      <w:r>
        <w:t>Solve Problems.</w:t>
      </w:r>
    </w:p>
    <w:p>
      <w:pPr>
        <w:pStyle w:val="ListBullet"/>
      </w:pPr>
      <w:r>
        <w:t>Regulate Emotions.</w:t>
      </w:r>
    </w:p>
    <w:p>
      <w:pPr>
        <w:pStyle w:val="ListBullet"/>
      </w:pPr>
      <w:r>
        <w:t>Communicate Calmly.</w:t>
      </w:r>
    </w:p>
    <w:p>
      <w:pPr>
        <w:pStyle w:val="ListBullet"/>
      </w:pPr>
      <w:r>
        <w:t>Adapt To Challenges.</w:t>
      </w:r>
    </w:p>
    <w:p>
      <w:pPr>
        <w:pStyle w:val="ListBullet"/>
      </w:pPr>
      <w:r>
        <w:t>When stress exceeds your current capacity, you may temporarily move outside that window.</w:t>
      </w:r>
    </w:p>
    <w:p>
      <w:r>
        <w:t>You might notice:</w:t>
      </w:r>
    </w:p>
    <w:p>
      <w:pPr>
        <w:pStyle w:val="ListBullet"/>
      </w:pPr>
      <w:r>
        <w:t>Irritability.</w:t>
      </w:r>
    </w:p>
    <w:p>
      <w:pPr>
        <w:pStyle w:val="ListBullet"/>
      </w:pPr>
      <w:r>
        <w:t>Anxiety.</w:t>
      </w:r>
    </w:p>
    <w:p>
      <w:pPr>
        <w:pStyle w:val="ListBullet"/>
      </w:pPr>
      <w:r>
        <w:t>Emotional Shutdown.</w:t>
      </w:r>
    </w:p>
    <w:p>
      <w:pPr>
        <w:pStyle w:val="ListBullet"/>
      </w:pPr>
      <w:r>
        <w:t>Fatigue.</w:t>
      </w:r>
    </w:p>
    <w:p>
      <w:pPr>
        <w:pStyle w:val="ListBullet"/>
      </w:pPr>
      <w:r>
        <w:t>Difficulty Concentrating.</w:t>
      </w:r>
    </w:p>
    <w:p>
      <w:pPr>
        <w:pStyle w:val="ListBullet"/>
      </w:pPr>
      <w:r>
        <w:t>Poor Sleep.</w:t>
      </w:r>
    </w:p>
    <w:p>
      <w:pPr>
        <w:pStyle w:val="ListBullet"/>
      </w:pPr>
      <w:r>
        <w:t>Recovery gradually expands this window.</w:t>
      </w:r>
    </w:p>
    <w:p>
      <w:pPr>
        <w:pStyle w:val="ListBullet"/>
      </w:pPr>
      <w:r>
        <w:t>Over time, situations that once felt overwhelming become easier to manage.</w:t>
      </w:r>
    </w:p>
    <w:p>
      <w:pPr>
        <w:pStyle w:val="Heading3"/>
      </w:pPr>
      <w:r>
        <w:t>Recovery Often Happens Faster Than Before</w:t>
      </w:r>
    </w:p>
    <w:p>
      <w:r>
        <w:t>One encouraging sign of progress is not the absence of stress.</w:t>
      </w:r>
    </w:p>
    <w:p>
      <w:r>
        <w:t>It has a shorter recovery time.</w:t>
      </w:r>
    </w:p>
    <w:p>
      <w:r>
        <w:t>Early in recovery:</w:t>
      </w:r>
    </w:p>
    <w:p>
      <w:r>
        <w:t>A stressful event may affect you for several days.</w:t>
      </w:r>
    </w:p>
    <w:p>
      <w:r>
        <w:t>Later:</w:t>
      </w:r>
    </w:p>
    <w:p>
      <w:r>
        <w:t>The same event may affect you for several hours.</w:t>
      </w:r>
    </w:p>
    <w:p>
      <w:r>
        <w:t>Eventually:</w:t>
      </w:r>
    </w:p>
    <w:p>
      <w:pPr>
        <w:pStyle w:val="ListBullet"/>
      </w:pPr>
      <w:r>
        <w:t>You notice stress.</w:t>
      </w:r>
    </w:p>
    <w:p>
      <w:pPr>
        <w:pStyle w:val="ListBullet"/>
      </w:pPr>
      <w:r>
        <w:t>Respond appropriately.</w:t>
      </w:r>
    </w:p>
    <w:p>
      <w:pPr>
        <w:pStyle w:val="ListBullet"/>
      </w:pPr>
      <w:r>
        <w:t>Recover.</w:t>
      </w:r>
    </w:p>
    <w:p>
      <w:pPr>
        <w:pStyle w:val="ListBullet"/>
      </w:pPr>
      <w:r>
        <w:t>Return to balance.</w:t>
      </w:r>
    </w:p>
    <w:p>
      <w:pPr>
        <w:pStyle w:val="ListBullet"/>
      </w:pPr>
      <w:r>
        <w:t>That shorter recovery period represents genuine nervous system healing.</w:t>
      </w:r>
    </w:p>
    <w:p>
      <w:pPr>
        <w:pStyle w:val="Heading3"/>
      </w:pPr>
      <w:r>
        <w:t>Avoid The All-Or-Nothing Mindset</w:t>
      </w:r>
    </w:p>
    <w:p>
      <w:r>
        <w:t>Many people believe:</w:t>
      </w:r>
    </w:p>
    <w:p>
      <w:pPr>
        <w:pStyle w:val="Heading3"/>
      </w:pPr>
      <w:r>
        <w:t>"If I Miss One Day, I've Ruined Everything."</w:t>
      </w:r>
    </w:p>
    <w:p>
      <w:r>
        <w:t>This mindset creates unnecessary pressure.</w:t>
      </w:r>
    </w:p>
    <w:p>
      <w:r>
        <w:t>Missing one walk does not erase months of walking.</w:t>
      </w:r>
    </w:p>
    <w:p>
      <w:r>
        <w:t>One restless night does not erase healthy sleep habits.</w:t>
      </w:r>
    </w:p>
    <w:p>
      <w:r>
        <w:t>One stressful week does not erase nervous system healing.</w:t>
      </w:r>
    </w:p>
    <w:p>
      <w:r>
        <w:t>Consistency matters.</w:t>
      </w:r>
    </w:p>
    <w:p>
      <w:r>
        <w:t>Perfection does not.</w:t>
      </w:r>
    </w:p>
    <w:p>
      <w:pPr>
        <w:pStyle w:val="Heading3"/>
      </w:pPr>
      <w:r>
        <w:t>Resilience Is Built Through Recovery</w:t>
      </w:r>
    </w:p>
    <w:p>
      <w:r>
        <w:t>People often believe resilient individuals never become overwhelmed.</w:t>
      </w:r>
    </w:p>
    <w:p>
      <w:r>
        <w:t>In reality, resilient people experience stress just like everyone else.</w:t>
      </w:r>
    </w:p>
    <w:p>
      <w:r>
        <w:t>The difference is that they consistently return to regulation.</w:t>
      </w:r>
    </w:p>
    <w:p>
      <w:r>
        <w:t>Resilience involves:</w:t>
      </w:r>
    </w:p>
    <w:p>
      <w:pPr>
        <w:pStyle w:val="ListBullet"/>
      </w:pPr>
      <w:r>
        <w:t>Flexibility.</w:t>
      </w:r>
    </w:p>
    <w:p>
      <w:pPr>
        <w:pStyle w:val="ListBullet"/>
      </w:pPr>
      <w:r>
        <w:t>Adaptability.</w:t>
      </w:r>
    </w:p>
    <w:p>
      <w:pPr>
        <w:pStyle w:val="ListBullet"/>
      </w:pPr>
      <w:r>
        <w:t>Recovery.</w:t>
      </w:r>
    </w:p>
    <w:p>
      <w:pPr>
        <w:pStyle w:val="ListBullet"/>
      </w:pPr>
      <w:r>
        <w:t>Perspective.</w:t>
      </w:r>
    </w:p>
    <w:p>
      <w:pPr>
        <w:pStyle w:val="ListBullet"/>
      </w:pPr>
      <w:r>
        <w:t>Self-Awareness.</w:t>
      </w:r>
    </w:p>
    <w:p>
      <w:pPr>
        <w:pStyle w:val="ListBullet"/>
      </w:pPr>
      <w:r>
        <w:t>Healthy Support Systems.</w:t>
      </w:r>
    </w:p>
    <w:p>
      <w:pPr>
        <w:pStyle w:val="ListBullet"/>
      </w:pPr>
      <w:r>
        <w:t>It is not emotional toughness.</w:t>
      </w:r>
    </w:p>
    <w:p>
      <w:pPr>
        <w:pStyle w:val="ListBullet"/>
      </w:pPr>
      <w:r>
        <w:t>It is biological adaptability.</w:t>
      </w:r>
    </w:p>
    <w:p>
      <w:pPr>
        <w:pStyle w:val="Heading3"/>
      </w:pPr>
      <w:r>
        <w:t>Expect Temporary Reactivation</w:t>
      </w:r>
    </w:p>
    <w:p>
      <w:r>
        <w:t>Sometimes an old situation may reactivate familiar survival responses.</w:t>
      </w:r>
    </w:p>
    <w:p>
      <w:r>
        <w:t>Examples include:</w:t>
      </w:r>
    </w:p>
    <w:p>
      <w:pPr>
        <w:pStyle w:val="ListBullet"/>
      </w:pPr>
      <w:r>
        <w:t>Returning To A Stressful Workplace.</w:t>
      </w:r>
    </w:p>
    <w:p>
      <w:pPr>
        <w:pStyle w:val="ListBullet"/>
      </w:pPr>
      <w:r>
        <w:t>Visiting Difficult Family Members.</w:t>
      </w:r>
    </w:p>
    <w:p>
      <w:pPr>
        <w:pStyle w:val="ListBullet"/>
      </w:pPr>
      <w:r>
        <w:t>Medical Procedures.</w:t>
      </w:r>
    </w:p>
    <w:p>
      <w:pPr>
        <w:pStyle w:val="ListBullet"/>
      </w:pPr>
      <w:r>
        <w:t>Financial Uncertainty.</w:t>
      </w:r>
    </w:p>
    <w:p>
      <w:pPr>
        <w:pStyle w:val="ListBullet"/>
      </w:pPr>
      <w:r>
        <w:t>Major Life Changes.</w:t>
      </w:r>
    </w:p>
    <w:p>
      <w:pPr>
        <w:pStyle w:val="ListBullet"/>
      </w:pPr>
      <w:r>
        <w:t>Your nervous system remembers previous experiences.</w:t>
      </w:r>
    </w:p>
    <w:p>
      <w:pPr>
        <w:pStyle w:val="ListBullet"/>
      </w:pPr>
      <w:r>
        <w:t>Temporary activation does not mean you have permanently returned to survival mode.</w:t>
      </w:r>
    </w:p>
    <w:p>
      <w:pPr>
        <w:pStyle w:val="ListBullet"/>
      </w:pPr>
      <w:r>
        <w:t>It simply means your brain recognized something familiar.</w:t>
      </w:r>
    </w:p>
    <w:p>
      <w:pPr>
        <w:pStyle w:val="ListBullet"/>
      </w:pPr>
      <w:r>
        <w:t>Repeated recovery teaches it new responses.</w:t>
      </w:r>
    </w:p>
    <w:p>
      <w:pPr>
        <w:pStyle w:val="Heading3"/>
      </w:pPr>
      <w:r>
        <w:rPr>
          <w:b/>
        </w:rPr>
        <w:t>Bedside Example</w:t>
      </w:r>
    </w:p>
    <w:p>
      <w:pPr>
        <w:pStyle w:val="Quote"/>
      </w:pPr>
      <w:r>
        <w:rPr>
          <w:i/>
        </w:rPr>
        <w:t>A patient recovering from prolonged anxiety returned for follow-up after several months of noticeable improvement.</w:t>
      </w:r>
    </w:p>
    <w:p>
      <w:pPr>
        <w:pStyle w:val="Quote"/>
      </w:pPr>
      <w:r>
        <w:rPr>
          <w:i/>
        </w:rPr>
        <w:t>She felt discouraged because one particularly stressful week caused her sleep to worsen and her racing thoughts to return.</w:t>
      </w:r>
    </w:p>
    <w:p>
      <w:pPr>
        <w:pStyle w:val="Quote"/>
      </w:pPr>
      <w:r>
        <w:rPr>
          <w:i/>
        </w:rPr>
        <w:t>She said,</w:t>
      </w:r>
    </w:p>
    <w:p>
      <w:pPr>
        <w:pStyle w:val="Heading3"/>
      </w:pPr>
      <w:r>
        <w:t>"I Thought I Was Back At The Beginning."</w:t>
      </w:r>
    </w:p>
    <w:p>
      <w:r>
        <w:t>As we reviewed her experience, we noticed something important.</w:t>
      </w:r>
    </w:p>
    <w:p>
      <w:r>
        <w:t>Earlier in her recovery, similar stress had affected her for nearly three weeks.</w:t>
      </w:r>
    </w:p>
    <w:p>
      <w:r>
        <w:t>This time, she recovered in only two days.</w:t>
      </w:r>
    </w:p>
    <w:p>
      <w:r>
        <w:t>That was not a failure.</w:t>
      </w:r>
    </w:p>
    <w:p>
      <w:r>
        <w:t>That was evidence of growing resilience.</w:t>
      </w:r>
    </w:p>
    <w:p>
      <w:pPr>
        <w:pStyle w:val="Heading3"/>
      </w:pPr>
      <w:r>
        <w:t>Your Body Is Learning</w:t>
      </w:r>
    </w:p>
    <w:p>
      <w:r>
        <w:t>Every stressful experience becomes a learning opportunity.</w:t>
      </w:r>
    </w:p>
    <w:p>
      <w:r>
        <w:t>Each time you:</w:t>
      </w:r>
    </w:p>
    <w:p>
      <w:pPr>
        <w:pStyle w:val="ListBullet"/>
      </w:pPr>
      <w:r>
        <w:t>Notice Your Stress.</w:t>
      </w:r>
    </w:p>
    <w:p>
      <w:pPr>
        <w:pStyle w:val="ListBullet"/>
      </w:pPr>
      <w:r>
        <w:t>Slow Your Breathing.</w:t>
      </w:r>
    </w:p>
    <w:p>
      <w:pPr>
        <w:pStyle w:val="ListBullet"/>
      </w:pPr>
      <w:r>
        <w:t>Go For A Walk.</w:t>
      </w:r>
    </w:p>
    <w:p>
      <w:pPr>
        <w:pStyle w:val="ListBullet"/>
      </w:pPr>
      <w:r>
        <w:t>Prioritize Sleep.</w:t>
      </w:r>
    </w:p>
    <w:p>
      <w:pPr>
        <w:pStyle w:val="ListBullet"/>
      </w:pPr>
      <w:r>
        <w:t>Set A Healthy Boundary.</w:t>
      </w:r>
    </w:p>
    <w:p>
      <w:pPr>
        <w:pStyle w:val="ListBullet"/>
      </w:pPr>
      <w:r>
        <w:t>Ask For Support.</w:t>
      </w:r>
    </w:p>
    <w:p>
      <w:pPr>
        <w:pStyle w:val="ListBullet"/>
      </w:pPr>
      <w:r>
        <w:t>Your nervous system responds differently.</w:t>
      </w:r>
    </w:p>
    <w:p>
      <w:pPr>
        <w:pStyle w:val="ListBullet"/>
      </w:pPr>
      <w:r>
        <w:t>The goal is not avoiding activation.</w:t>
      </w:r>
    </w:p>
    <w:p>
      <w:pPr>
        <w:pStyle w:val="ListBullet"/>
      </w:pPr>
      <w:r>
        <w:t>The goal is to improve regulation afterward.</w:t>
      </w:r>
    </w:p>
    <w:p>
      <w:pPr>
        <w:pStyle w:val="Heading3"/>
      </w:pPr>
      <w:r>
        <w:t>Celebrate Small Wins</w:t>
      </w:r>
    </w:p>
    <w:p>
      <w:r>
        <w:t>Recovery often progresses quietly.</w:t>
      </w:r>
    </w:p>
    <w:p>
      <w:r>
        <w:t>Notice improvements such as:</w:t>
      </w:r>
    </w:p>
    <w:p>
      <w:pPr>
        <w:pStyle w:val="ListBullet"/>
      </w:pPr>
      <w:r>
        <w:t>Recovering Faster After Conflict.</w:t>
      </w:r>
    </w:p>
    <w:p>
      <w:pPr>
        <w:pStyle w:val="ListBullet"/>
      </w:pPr>
      <w:r>
        <w:t>Sleeping More Soundly.</w:t>
      </w:r>
    </w:p>
    <w:p>
      <w:pPr>
        <w:pStyle w:val="ListBullet"/>
      </w:pPr>
      <w:r>
        <w:t>Feeling Less Reactive.</w:t>
      </w:r>
    </w:p>
    <w:p>
      <w:pPr>
        <w:pStyle w:val="ListBullet"/>
      </w:pPr>
      <w:r>
        <w:t>Laughing More Often.</w:t>
      </w:r>
    </w:p>
    <w:p>
      <w:pPr>
        <w:pStyle w:val="ListBullet"/>
      </w:pPr>
      <w:r>
        <w:t>Enjoying Quiet Moments.</w:t>
      </w:r>
    </w:p>
    <w:p>
      <w:pPr>
        <w:pStyle w:val="ListBullet"/>
      </w:pPr>
      <w:r>
        <w:t>Recognizing Stress Earlier.</w:t>
      </w:r>
    </w:p>
    <w:p>
      <w:pPr>
        <w:pStyle w:val="ListBullet"/>
      </w:pPr>
      <w:r>
        <w:t>Feeling More Patient.</w:t>
      </w:r>
    </w:p>
    <w:p>
      <w:pPr>
        <w:pStyle w:val="ListBullet"/>
      </w:pPr>
      <w:r>
        <w:t>Having More Energy.</w:t>
      </w:r>
    </w:p>
    <w:p>
      <w:pPr>
        <w:pStyle w:val="ListBullet"/>
      </w:pPr>
      <w:r>
        <w:t>These changes may seem small.</w:t>
      </w:r>
    </w:p>
    <w:p>
      <w:pPr>
        <w:pStyle w:val="ListBullet"/>
      </w:pPr>
      <w:r>
        <w:t>Together, they represent meaningful biological progress.</w:t>
      </w:r>
    </w:p>
    <w:p>
      <w:pPr>
        <w:pStyle w:val="Heading3"/>
      </w:pPr>
      <w:r>
        <w:rPr>
          <w:b/>
        </w:rPr>
        <w:t>RN Insight</w:t>
      </w:r>
    </w:p>
    <w:p>
      <w:pPr>
        <w:pStyle w:val="Quote"/>
      </w:pPr>
      <w:r>
        <w:rPr>
          <w:i/>
        </w:rPr>
        <w:t>Healthcare professionals celebrate small improvements every day. A patient who walks a few more steps than yesterday, sleeps through the night for the first time in weeks, or smiles after several difficult days is making meaningful progress. Nervous system healing deserves the same perspective. Small improvements, repeated consistently, become a lasting transformation.</w:t>
      </w:r>
    </w:p>
    <w:p>
      <w:pPr>
        <w:pStyle w:val="Heading3"/>
      </w:pPr>
      <w:r>
        <w:t>Build A Recovery Plan Before You Need It</w:t>
      </w:r>
    </w:p>
    <w:p>
      <w:r>
        <w:t>One helpful strategy is preparing for stressful periods before they arrive.</w:t>
      </w:r>
    </w:p>
    <w:p>
      <w:r>
        <w:t>Ask yourself:</w:t>
      </w:r>
    </w:p>
    <w:p>
      <w:r>
        <w:t>What helps me recover?</w:t>
      </w:r>
    </w:p>
    <w:p>
      <w:r>
        <w:t>Examples may include:</w:t>
      </w:r>
    </w:p>
    <w:p>
      <w:pPr>
        <w:pStyle w:val="ListBullet"/>
      </w:pPr>
      <w:r>
        <w:t>Slow Breathing.</w:t>
      </w:r>
    </w:p>
    <w:p>
      <w:pPr>
        <w:pStyle w:val="ListBullet"/>
      </w:pPr>
      <w:r>
        <w:t>Walking.</w:t>
      </w:r>
    </w:p>
    <w:p>
      <w:pPr>
        <w:pStyle w:val="ListBullet"/>
      </w:pPr>
      <w:r>
        <w:t>Calling A Friend.</w:t>
      </w:r>
    </w:p>
    <w:p>
      <w:pPr>
        <w:pStyle w:val="ListBullet"/>
      </w:pPr>
      <w:r>
        <w:t>Journaling.</w:t>
      </w:r>
    </w:p>
    <w:p>
      <w:pPr>
        <w:pStyle w:val="ListBullet"/>
      </w:pPr>
      <w:r>
        <w:t>Stretching.</w:t>
      </w:r>
    </w:p>
    <w:p>
      <w:pPr>
        <w:pStyle w:val="ListBullet"/>
      </w:pPr>
      <w:r>
        <w:t>Prayer.</w:t>
      </w:r>
    </w:p>
    <w:p>
      <w:pPr>
        <w:pStyle w:val="ListBullet"/>
      </w:pPr>
      <w:r>
        <w:t>Spending Time Outdoors.</w:t>
      </w:r>
    </w:p>
    <w:p>
      <w:pPr>
        <w:pStyle w:val="ListBullet"/>
      </w:pPr>
      <w:r>
        <w:t>Reading.</w:t>
      </w:r>
    </w:p>
    <w:p>
      <w:pPr>
        <w:pStyle w:val="ListBullet"/>
      </w:pPr>
      <w:r>
        <w:t>Early Bedtime.</w:t>
      </w:r>
    </w:p>
    <w:p>
      <w:pPr>
        <w:pStyle w:val="ListBullet"/>
      </w:pPr>
      <w:r>
        <w:t>Having a personal recovery plan makes it easier to respond calmly rather than react impulsively.</w:t>
      </w:r>
    </w:p>
    <w:p>
      <w:pPr>
        <w:pStyle w:val="Heading3"/>
      </w:pPr>
      <w:r>
        <w:t>Be Patient With Your Nervous System</w:t>
      </w:r>
    </w:p>
    <w:p>
      <w:r>
        <w:t>Remember how long it took for chronic stress to develop.</w:t>
      </w:r>
    </w:p>
    <w:p>
      <w:r>
        <w:t>For many people:</w:t>
      </w:r>
    </w:p>
    <w:p>
      <w:pPr>
        <w:pStyle w:val="ListBullet"/>
      </w:pPr>
      <w:r>
        <w:t>Months.</w:t>
      </w:r>
    </w:p>
    <w:p>
      <w:pPr>
        <w:pStyle w:val="ListBullet"/>
      </w:pPr>
      <w:r>
        <w:t>Years.</w:t>
      </w:r>
    </w:p>
    <w:p>
      <w:pPr>
        <w:pStyle w:val="ListBullet"/>
      </w:pPr>
      <w:r>
        <w:t>Sometimes decades.</w:t>
      </w:r>
    </w:p>
    <w:p>
      <w:pPr>
        <w:pStyle w:val="ListBullet"/>
      </w:pPr>
      <w:r>
        <w:t>Recovery also requires time.</w:t>
      </w:r>
    </w:p>
    <w:p>
      <w:pPr>
        <w:pStyle w:val="ListBullet"/>
      </w:pPr>
      <w:r>
        <w:t>Fortunately, the nervous system remains adaptable throughout life.</w:t>
      </w:r>
    </w:p>
    <w:p>
      <w:pPr>
        <w:pStyle w:val="ListBullet"/>
      </w:pPr>
      <w:r>
        <w:t>It continues learning from every repeated experience.</w:t>
      </w:r>
    </w:p>
    <w:p>
      <w:pPr>
        <w:pStyle w:val="ListBullet"/>
      </w:pPr>
      <w:r>
        <w:t>Every calming habit strengthens the next.</w:t>
      </w:r>
    </w:p>
    <w:p>
      <w:pPr>
        <w:pStyle w:val="ListBullet"/>
      </w:pPr>
      <w:r>
        <w:t>Patience is not passive.</w:t>
      </w:r>
    </w:p>
    <w:p>
      <w:pPr>
        <w:pStyle w:val="ListBullet"/>
      </w:pPr>
      <w:r>
        <w:t>It is part of the healing process.</w:t>
      </w:r>
    </w:p>
    <w:p>
      <w:pPr>
        <w:pStyle w:val="Heading3"/>
      </w:pPr>
      <w:r>
        <w:t>Recovery Changes Your Relationship With Stress</w:t>
      </w:r>
    </w:p>
    <w:p>
      <w:r>
        <w:t>Eventually, something remarkable begins happening.</w:t>
      </w:r>
    </w:p>
    <w:p>
      <w:r>
        <w:t>Stress no longer feels like an endless emergency.</w:t>
      </w:r>
    </w:p>
    <w:p>
      <w:r>
        <w:t>Instead, you begin recognizing:</w:t>
      </w:r>
    </w:p>
    <w:p>
      <w:pPr>
        <w:pStyle w:val="ListBullet"/>
      </w:pPr>
      <w:r>
        <w:t>Stress Is Temporary.</w:t>
      </w:r>
    </w:p>
    <w:p>
      <w:pPr>
        <w:pStyle w:val="ListBullet"/>
      </w:pPr>
      <w:r>
        <w:t>My Body Knows How To Recover.</w:t>
      </w:r>
    </w:p>
    <w:p>
      <w:pPr>
        <w:pStyle w:val="ListBullet"/>
      </w:pPr>
      <w:r>
        <w:t>I Have Practical Tools.</w:t>
      </w:r>
    </w:p>
    <w:p>
      <w:pPr>
        <w:pStyle w:val="ListBullet"/>
      </w:pPr>
      <w:r>
        <w:t>I Do Not Need To Panic.</w:t>
      </w:r>
    </w:p>
    <w:p>
      <w:pPr>
        <w:pStyle w:val="ListBullet"/>
      </w:pPr>
      <w:r>
        <w:t>I Can Support My Nervous System.</w:t>
      </w:r>
    </w:p>
    <w:p>
      <w:pPr>
        <w:pStyle w:val="ListBullet"/>
      </w:pPr>
      <w:r>
        <w:t>Confidence gradually replaces fear.</w:t>
      </w:r>
    </w:p>
    <w:p>
      <w:pPr>
        <w:pStyle w:val="ListBullet"/>
      </w:pPr>
      <w:r>
        <w:t>Not because life becomes easier.</w:t>
      </w:r>
    </w:p>
    <w:p>
      <w:pPr>
        <w:pStyle w:val="ListBullet"/>
      </w:pPr>
      <w:r>
        <w:t>Because your capacity becomes greater.</w:t>
      </w:r>
    </w:p>
    <w:p>
      <w:pPr>
        <w:pStyle w:val="Heading3"/>
      </w:pPr>
      <w:r>
        <w:t>Key Takeaways</w:t>
      </w:r>
    </w:p>
    <w:p>
      <w:pPr>
        <w:pStyle w:val="ListBullet"/>
      </w:pPr>
      <w:r>
        <w:t>Nervous System Healing Is Rarely Linear.</w:t>
      </w:r>
    </w:p>
    <w:p>
      <w:pPr>
        <w:pStyle w:val="ListBullet"/>
      </w:pPr>
      <w:r>
        <w:t>Temporary Setbacks Do Not Erase Long-Term Progress.</w:t>
      </w:r>
    </w:p>
    <w:p>
      <w:pPr>
        <w:pStyle w:val="ListBullet"/>
      </w:pPr>
      <w:r>
        <w:t>Recovery Is Measured By How Quickly You Return To Regulation.</w:t>
      </w:r>
    </w:p>
    <w:p>
      <w:pPr>
        <w:pStyle w:val="ListBullet"/>
      </w:pPr>
      <w:r>
        <w:t>Resilience Means Adapting To Stress Rather Than Avoiding It.</w:t>
      </w:r>
    </w:p>
    <w:p>
      <w:pPr>
        <w:pStyle w:val="ListBullet"/>
      </w:pPr>
      <w:r>
        <w:t>Small Daily Recovery Practices Continue to Strengthen the Nervous System Over Time.</w:t>
      </w:r>
    </w:p>
    <w:p>
      <w:pPr>
        <w:pStyle w:val="ListBullet"/>
      </w:pPr>
      <w:r>
        <w:t>Planning For Stressful Periods Makes Recovery More Effective.</w:t>
      </w:r>
    </w:p>
    <w:p>
      <w:pPr>
        <w:pStyle w:val="ListBullet"/>
      </w:pPr>
      <w:r>
        <w:t>Patience And Consistency Are Essential Parts Of Long-Term Healing.</w:t>
      </w:r>
    </w:p>
    <w:p>
      <w:pPr>
        <w:pStyle w:val="Heading3"/>
      </w:pPr>
      <w:r>
        <w:t>Chapter Reflection</w:t>
      </w:r>
    </w:p>
    <w:p>
      <w:r>
        <w:t>Before Continuing, Reflect On These Questions.</w:t>
      </w:r>
    </w:p>
    <w:p>
      <w:pPr>
        <w:pStyle w:val="ListBullet"/>
      </w:pPr>
      <w:r>
        <w:t>How Do I Usually Respond When I Experience A Setback?</w:t>
      </w:r>
    </w:p>
    <w:p>
      <w:pPr>
        <w:pStyle w:val="ListBullet"/>
      </w:pPr>
      <w:r>
        <w:t>What Signs Tell Me That My Nervous System Is Becoming Overloaded?</w:t>
      </w:r>
    </w:p>
    <w:p>
      <w:pPr>
        <w:pStyle w:val="ListBullet"/>
      </w:pPr>
      <w:r>
        <w:t>Which Recovery Practices Help Me Return To Balance Most Quickly?</w:t>
      </w:r>
    </w:p>
    <w:p>
      <w:pPr>
        <w:pStyle w:val="ListBullet"/>
      </w:pPr>
      <w:r>
        <w:t>Am I Measuring My Progress By Perfection Or By Resilience?</w:t>
      </w:r>
    </w:p>
    <w:p>
      <w:pPr>
        <w:pStyle w:val="ListBullet"/>
      </w:pPr>
      <w:r>
        <w:t>What Encouraging Changes Have I Already Noticed Since Beginning My Recovery Journey?</w:t>
      </w:r>
    </w:p>
    <w:p>
      <w:r>
        <w:t>In the next chapter, we will bring everything together into a practical long-term recovery strategy. You will learn how to create a sustainable nervous system care plan, prepare for future challenges, and build daily habits that continue strengthening resilience long after you finish this book.</w:t>
      </w:r>
    </w:p>
    <w:p>
      <w:r>
        <w:br w:type="page"/>
      </w:r>
    </w:p>
    <w:p>
      <w:pPr>
        <w:pStyle w:val="Heading1"/>
        <w:jc w:val="center"/>
      </w:pPr>
      <w:r>
        <w:t>PART V - BUILDING A REGULATED LIFE</w:t>
      </w:r>
    </w:p>
    <w:p>
      <w:r>
        <w:br w:type="page"/>
      </w:r>
    </w:p>
    <w:p>
      <w:pPr>
        <w:pStyle w:val="Heading1"/>
        <w:jc w:val="center"/>
      </w:pPr>
      <w:r>
        <w:t>Chapter 18: Creating Your Personal Nervous System Recovery Plan</w:t>
      </w:r>
    </w:p>
    <w:p>
      <w:pPr>
        <w:pStyle w:val="Quote"/>
      </w:pPr>
      <w:r>
        <w:rPr>
          <w:i/>
        </w:rPr>
        <w:t>"Healing Becomes Sustainable When Recovery Is Planned Rather Than Left To Chance."</w:t>
      </w:r>
    </w:p>
    <w:p>
      <w:pPr>
        <w:pStyle w:val="Heading3"/>
      </w:pPr>
      <w:r>
        <w:t>Chapter Overview</w:t>
      </w:r>
    </w:p>
    <w:p>
      <w:r>
        <w:t>By now, you have learned that nervous system healing is not about finding one perfect technique.</w:t>
      </w:r>
    </w:p>
    <w:p>
      <w:r>
        <w:t>It is about creating a lifestyle that repeatedly communicates safety.</w:t>
      </w:r>
    </w:p>
    <w:p>
      <w:r>
        <w:t>Throughout this book, you have explored:</w:t>
      </w:r>
    </w:p>
    <w:p>
      <w:pPr>
        <w:pStyle w:val="ListBullet"/>
      </w:pPr>
      <w:r>
        <w:t>How Chronic Stress Changes The Brain.</w:t>
      </w:r>
    </w:p>
    <w:p>
      <w:pPr>
        <w:pStyle w:val="ListBullet"/>
      </w:pPr>
      <w:r>
        <w:t>Why Survival Responses Develop.</w:t>
      </w:r>
    </w:p>
    <w:p>
      <w:pPr>
        <w:pStyle w:val="ListBullet"/>
      </w:pPr>
      <w:r>
        <w:t>How Stress Affects Sleep, Energy, Digestion, And Mood.</w:t>
      </w:r>
    </w:p>
    <w:p>
      <w:pPr>
        <w:pStyle w:val="ListBullet"/>
      </w:pPr>
      <w:r>
        <w:t>The Role Of Breathing.</w:t>
      </w:r>
    </w:p>
    <w:p>
      <w:pPr>
        <w:pStyle w:val="ListBullet"/>
      </w:pPr>
      <w:r>
        <w:t>The Importance Of Movement.</w:t>
      </w:r>
    </w:p>
    <w:p>
      <w:pPr>
        <w:pStyle w:val="ListBullet"/>
      </w:pPr>
      <w:r>
        <w:t>How Relationships Influence Regulation.</w:t>
      </w:r>
    </w:p>
    <w:p>
      <w:pPr>
        <w:pStyle w:val="ListBullet"/>
      </w:pPr>
      <w:r>
        <w:t>Why Your Environment Matters.</w:t>
      </w:r>
    </w:p>
    <w:p>
      <w:pPr>
        <w:pStyle w:val="ListBullet"/>
      </w:pPr>
      <w:r>
        <w:t>How Resilience Develops Through Recovery.</w:t>
      </w:r>
    </w:p>
    <w:p>
      <w:pPr>
        <w:pStyle w:val="ListBullet"/>
      </w:pPr>
      <w:r>
        <w:t>Now it is time to bring everything together.</w:t>
      </w:r>
    </w:p>
    <w:p>
      <w:pPr>
        <w:pStyle w:val="ListBullet"/>
      </w:pPr>
      <w:r>
        <w:t>Many people understand what supports recovery.</w:t>
      </w:r>
    </w:p>
    <w:p>
      <w:pPr>
        <w:pStyle w:val="ListBullet"/>
      </w:pPr>
      <w:r>
        <w:t>The challenge is remembering to practice those habits consistently when life becomes busy.</w:t>
      </w:r>
    </w:p>
    <w:p>
      <w:pPr>
        <w:pStyle w:val="ListBullet"/>
      </w:pPr>
      <w:r>
        <w:t>That is why a personal recovery plan is so valuable.</w:t>
      </w:r>
    </w:p>
    <w:p>
      <w:r>
        <w:t>Instead of asking,</w:t>
      </w:r>
    </w:p>
    <w:p>
      <w:pPr>
        <w:pStyle w:val="Heading3"/>
      </w:pPr>
      <w:r>
        <w:t>"What Should I Do Now?"</w:t>
      </w:r>
    </w:p>
    <w:p>
      <w:r>
        <w:t>You already have an answer.</w:t>
      </w:r>
    </w:p>
    <w:p>
      <w:r>
        <w:t>Your recovery plan becomes a roadmap that guides your nervous system back toward regulation, even during stressful seasons.</w:t>
      </w:r>
    </w:p>
    <w:p>
      <w:pPr>
        <w:pStyle w:val="Heading3"/>
      </w:pPr>
      <w:r>
        <w:t>Why You Need A Recovery Plan</w:t>
      </w:r>
    </w:p>
    <w:p>
      <w:r>
        <w:t>Stress reduces mental flexibility.</w:t>
      </w:r>
    </w:p>
    <w:p>
      <w:r>
        <w:t>When your nervous system is activated, it becomes harder to:</w:t>
      </w:r>
    </w:p>
    <w:p>
      <w:pPr>
        <w:pStyle w:val="ListBullet"/>
      </w:pPr>
      <w:r>
        <w:t>Think Clearly.</w:t>
      </w:r>
    </w:p>
    <w:p>
      <w:pPr>
        <w:pStyle w:val="ListBullet"/>
      </w:pPr>
      <w:r>
        <w:t>Make Decisions.</w:t>
      </w:r>
    </w:p>
    <w:p>
      <w:pPr>
        <w:pStyle w:val="ListBullet"/>
      </w:pPr>
      <w:r>
        <w:t>Remember Helpful Strategies.</w:t>
      </w:r>
    </w:p>
    <w:p>
      <w:pPr>
        <w:pStyle w:val="ListBullet"/>
      </w:pPr>
      <w:r>
        <w:t>Solve Problems.</w:t>
      </w:r>
    </w:p>
    <w:p>
      <w:pPr>
        <w:pStyle w:val="ListBullet"/>
      </w:pPr>
      <w:r>
        <w:t>Stay Organized.</w:t>
      </w:r>
    </w:p>
    <w:p>
      <w:pPr>
        <w:pStyle w:val="ListBullet"/>
      </w:pPr>
      <w:r>
        <w:t>This is why planning matters.</w:t>
      </w:r>
    </w:p>
    <w:p>
      <w:pPr>
        <w:pStyle w:val="ListBullet"/>
      </w:pPr>
      <w:r>
        <w:t>A recovery plan reduces decision fatigue.</w:t>
      </w:r>
    </w:p>
    <w:p>
      <w:pPr>
        <w:pStyle w:val="ListBullet"/>
      </w:pPr>
      <w:r>
        <w:t>It gives your brain familiar steps to follow during stressful moments.</w:t>
      </w:r>
    </w:p>
    <w:p>
      <w:r>
        <w:t>Instead of creating a new solution every time, you simply return to your established routine.</w:t>
      </w:r>
    </w:p>
    <w:p>
      <w:pPr>
        <w:pStyle w:val="Heading3"/>
      </w:pPr>
      <w:r>
        <w:t>Begin With Your Personal Warning Signs</w:t>
      </w:r>
    </w:p>
    <w:p>
      <w:r>
        <w:t>Every nervous system has early signals that stress is increasing.</w:t>
      </w:r>
    </w:p>
    <w:p>
      <w:r>
        <w:t>Recognizing them early allows you to respond before overwhelm develops.</w:t>
      </w:r>
    </w:p>
    <w:p>
      <w:r>
        <w:t>Ask yourself:</w:t>
      </w:r>
    </w:p>
    <w:p>
      <w:r>
        <w:t>What changes first?</w:t>
      </w:r>
    </w:p>
    <w:p>
      <w:r>
        <w:t>Examples include:</w:t>
      </w:r>
    </w:p>
    <w:p>
      <w:pPr>
        <w:pStyle w:val="ListBullet"/>
      </w:pPr>
      <w:r>
        <w:t>Poor Sleep.</w:t>
      </w:r>
    </w:p>
    <w:p>
      <w:pPr>
        <w:pStyle w:val="ListBullet"/>
      </w:pPr>
      <w:r>
        <w:t>Jaw Clenching.</w:t>
      </w:r>
    </w:p>
    <w:p>
      <w:pPr>
        <w:pStyle w:val="ListBullet"/>
      </w:pPr>
      <w:r>
        <w:t>Shoulder Tension.</w:t>
      </w:r>
    </w:p>
    <w:p>
      <w:pPr>
        <w:pStyle w:val="ListBullet"/>
      </w:pPr>
      <w:r>
        <w:t>Racing Thoughts.</w:t>
      </w:r>
    </w:p>
    <w:p>
      <w:pPr>
        <w:pStyle w:val="ListBullet"/>
      </w:pPr>
      <w:r>
        <w:t>Irritability.</w:t>
      </w:r>
    </w:p>
    <w:p>
      <w:pPr>
        <w:pStyle w:val="ListBullet"/>
      </w:pPr>
      <w:r>
        <w:t>Increased Worry.</w:t>
      </w:r>
    </w:p>
    <w:p>
      <w:pPr>
        <w:pStyle w:val="ListBullet"/>
      </w:pPr>
      <w:r>
        <w:t>Digestive Changes.</w:t>
      </w:r>
    </w:p>
    <w:p>
      <w:pPr>
        <w:pStyle w:val="ListBullet"/>
      </w:pPr>
      <w:r>
        <w:t>Fatigue.</w:t>
      </w:r>
    </w:p>
    <w:p>
      <w:pPr>
        <w:pStyle w:val="ListBullet"/>
      </w:pPr>
      <w:r>
        <w:t>Headaches.</w:t>
      </w:r>
    </w:p>
    <w:p>
      <w:pPr>
        <w:pStyle w:val="ListBullet"/>
      </w:pPr>
      <w:r>
        <w:t>Difficulty Concentrating.</w:t>
      </w:r>
    </w:p>
    <w:p>
      <w:pPr>
        <w:pStyle w:val="ListBullet"/>
      </w:pPr>
      <w:r>
        <w:t>These are not failures.</w:t>
      </w:r>
    </w:p>
    <w:p>
      <w:pPr>
        <w:pStyle w:val="ListBullet"/>
      </w:pPr>
      <w:r>
        <w:t>They are information.</w:t>
      </w:r>
    </w:p>
    <w:p>
      <w:pPr>
        <w:pStyle w:val="ListBullet"/>
      </w:pPr>
      <w:r>
        <w:t>Think of them as your nervous system's early warning system.</w:t>
      </w:r>
    </w:p>
    <w:p>
      <w:pPr>
        <w:pStyle w:val="Heading3"/>
      </w:pPr>
      <w:r>
        <w:t>Identify Your Biggest Stressors</w:t>
      </w:r>
    </w:p>
    <w:p>
      <w:r>
        <w:t>Recovery becomes easier when you clearly understand what increases your stress load.</w:t>
      </w:r>
    </w:p>
    <w:p>
      <w:r>
        <w:t>Some stressors cannot be eliminated.</w:t>
      </w:r>
    </w:p>
    <w:p>
      <w:r>
        <w:t>Others can be reduced.</w:t>
      </w:r>
    </w:p>
    <w:p>
      <w:r>
        <w:t>Common examples include:</w:t>
      </w:r>
    </w:p>
    <w:p>
      <w:pPr>
        <w:pStyle w:val="ListBullet"/>
      </w:pPr>
      <w:r>
        <w:t>Work Pressure.</w:t>
      </w:r>
    </w:p>
    <w:p>
      <w:pPr>
        <w:pStyle w:val="ListBullet"/>
      </w:pPr>
      <w:r>
        <w:t>Financial Concerns.</w:t>
      </w:r>
    </w:p>
    <w:p>
      <w:pPr>
        <w:pStyle w:val="ListBullet"/>
      </w:pPr>
      <w:r>
        <w:t>Family Responsibilities.</w:t>
      </w:r>
    </w:p>
    <w:p>
      <w:pPr>
        <w:pStyle w:val="ListBullet"/>
      </w:pPr>
      <w:r>
        <w:t>Caregiving.</w:t>
      </w:r>
    </w:p>
    <w:p>
      <w:pPr>
        <w:pStyle w:val="ListBullet"/>
      </w:pPr>
      <w:r>
        <w:t>Chronic Illness.</w:t>
      </w:r>
    </w:p>
    <w:p>
      <w:pPr>
        <w:pStyle w:val="ListBullet"/>
      </w:pPr>
      <w:r>
        <w:t>Digital Overload.</w:t>
      </w:r>
    </w:p>
    <w:p>
      <w:pPr>
        <w:pStyle w:val="ListBullet"/>
      </w:pPr>
      <w:r>
        <w:t>Poor Sleep.</w:t>
      </w:r>
    </w:p>
    <w:p>
      <w:pPr>
        <w:pStyle w:val="ListBullet"/>
      </w:pPr>
      <w:r>
        <w:t>Relationship Conflict.</w:t>
      </w:r>
    </w:p>
    <w:p>
      <w:pPr>
        <w:pStyle w:val="ListBullet"/>
      </w:pPr>
      <w:r>
        <w:t>Perfectionism.</w:t>
      </w:r>
    </w:p>
    <w:p>
      <w:pPr>
        <w:pStyle w:val="ListBullet"/>
      </w:pPr>
      <w:r>
        <w:t>Overcommitment.</w:t>
      </w:r>
    </w:p>
    <w:p>
      <w:pPr>
        <w:pStyle w:val="ListBullet"/>
      </w:pPr>
      <w:r>
        <w:t>You are not trying to remove every challenge.</w:t>
      </w:r>
    </w:p>
    <w:p>
      <w:pPr>
        <w:pStyle w:val="ListBullet"/>
      </w:pPr>
      <w:r>
        <w:t>You are identifying where your nervous system spends the most energy.</w:t>
      </w:r>
    </w:p>
    <w:p>
      <w:pPr>
        <w:pStyle w:val="Heading3"/>
      </w:pPr>
      <w:r>
        <w:t>Identify Your Greatest Safety Signals</w:t>
      </w:r>
    </w:p>
    <w:p>
      <w:r>
        <w:t>Now ask a different question.</w:t>
      </w:r>
    </w:p>
    <w:p>
      <w:r>
        <w:t>What consistently helps your body feel calmer?</w:t>
      </w:r>
    </w:p>
    <w:p>
      <w:r>
        <w:t>Examples include:</w:t>
      </w:r>
    </w:p>
    <w:p>
      <w:pPr>
        <w:pStyle w:val="ListBullet"/>
      </w:pPr>
      <w:r>
        <w:t>Walking Outdoors.</w:t>
      </w:r>
    </w:p>
    <w:p>
      <w:pPr>
        <w:pStyle w:val="ListBullet"/>
      </w:pPr>
      <w:r>
        <w:t>Quiet Music.</w:t>
      </w:r>
    </w:p>
    <w:p>
      <w:pPr>
        <w:pStyle w:val="ListBullet"/>
      </w:pPr>
      <w:r>
        <w:t>Slow Breathing.</w:t>
      </w:r>
    </w:p>
    <w:p>
      <w:pPr>
        <w:pStyle w:val="ListBullet"/>
      </w:pPr>
      <w:r>
        <w:t>Stretching.</w:t>
      </w:r>
    </w:p>
    <w:p>
      <w:pPr>
        <w:pStyle w:val="ListBullet"/>
      </w:pPr>
      <w:r>
        <w:t>Time In Nature.</w:t>
      </w:r>
    </w:p>
    <w:p>
      <w:pPr>
        <w:pStyle w:val="ListBullet"/>
      </w:pPr>
      <w:r>
        <w:t>Reading.</w:t>
      </w:r>
    </w:p>
    <w:p>
      <w:pPr>
        <w:pStyle w:val="ListBullet"/>
      </w:pPr>
      <w:r>
        <w:t>Prayer.</w:t>
      </w:r>
    </w:p>
    <w:p>
      <w:pPr>
        <w:pStyle w:val="ListBullet"/>
      </w:pPr>
      <w:r>
        <w:t>Journaling.</w:t>
      </w:r>
    </w:p>
    <w:p>
      <w:pPr>
        <w:pStyle w:val="ListBullet"/>
      </w:pPr>
      <w:r>
        <w:t>Talking With A Trusted Friend.</w:t>
      </w:r>
    </w:p>
    <w:p>
      <w:pPr>
        <w:pStyle w:val="ListBullet"/>
      </w:pPr>
      <w:r>
        <w:t>Drinking Tea.</w:t>
      </w:r>
    </w:p>
    <w:p>
      <w:pPr>
        <w:pStyle w:val="ListBullet"/>
      </w:pPr>
      <w:r>
        <w:t>Gardening.</w:t>
      </w:r>
    </w:p>
    <w:p>
      <w:pPr>
        <w:pStyle w:val="ListBullet"/>
      </w:pPr>
      <w:r>
        <w:t>Gentle Exercise.</w:t>
      </w:r>
    </w:p>
    <w:p>
      <w:pPr>
        <w:pStyle w:val="ListBullet"/>
      </w:pPr>
      <w:r>
        <w:t>Notice that these activities often feel simple.</w:t>
      </w:r>
    </w:p>
    <w:p>
      <w:pPr>
        <w:pStyle w:val="ListBullet"/>
      </w:pPr>
      <w:r>
        <w:t>The nervous system values consistency more than complexity.</w:t>
      </w:r>
    </w:p>
    <w:p>
      <w:pPr>
        <w:pStyle w:val="Heading3"/>
      </w:pPr>
      <w:r>
        <w:rPr>
          <w:b/>
        </w:rPr>
        <w:t>RN Insight</w:t>
      </w:r>
    </w:p>
    <w:p>
      <w:pPr>
        <w:pStyle w:val="Quote"/>
      </w:pPr>
      <w:r>
        <w:rPr>
          <w:i/>
        </w:rPr>
        <w:t>Patients recovering well often become experts on their own bodies. They learn which habits improve their sleep, which environments increase stress, and which routines help them feel calmer. This growing self-awareness is one of the most valuable aspects of long-term recovery because it allows people to respond earlier rather than waiting until they become overwhelmed.</w:t>
      </w:r>
    </w:p>
    <w:p>
      <w:pPr>
        <w:pStyle w:val="Heading3"/>
      </w:pPr>
      <w:r>
        <w:t>Build Your Daily Foundation</w:t>
      </w:r>
    </w:p>
    <w:p>
      <w:r>
        <w:t>Think of nervous system recovery like building a house.</w:t>
      </w:r>
    </w:p>
    <w:p>
      <w:r>
        <w:t>A strong foundation supports everything above it.</w:t>
      </w:r>
    </w:p>
    <w:p>
      <w:r>
        <w:t>Your daily foundation may include:</w:t>
      </w:r>
    </w:p>
    <w:p>
      <w:r>
        <w:t>Morning:</w:t>
      </w:r>
    </w:p>
    <w:p>
      <w:pPr>
        <w:pStyle w:val="ListBullet"/>
      </w:pPr>
      <w:r>
        <w:t>Wake At A Consistent Time.</w:t>
      </w:r>
    </w:p>
    <w:p>
      <w:pPr>
        <w:pStyle w:val="ListBullet"/>
      </w:pPr>
      <w:r>
        <w:t>Drink Water.</w:t>
      </w:r>
    </w:p>
    <w:p>
      <w:pPr>
        <w:pStyle w:val="ListBullet"/>
      </w:pPr>
      <w:r>
        <w:t>Spend Time In Natural Light.</w:t>
      </w:r>
    </w:p>
    <w:p>
      <w:pPr>
        <w:pStyle w:val="ListBullet"/>
      </w:pPr>
      <w:r>
        <w:t>Practice Slow Breathing.</w:t>
      </w:r>
    </w:p>
    <w:p>
      <w:pPr>
        <w:pStyle w:val="ListBullet"/>
      </w:pPr>
      <w:r>
        <w:t>Eat Breakfast.</w:t>
      </w:r>
    </w:p>
    <w:p>
      <w:r>
        <w:t>Daytime:</w:t>
      </w:r>
    </w:p>
    <w:p>
      <w:pPr>
        <w:pStyle w:val="ListBullet"/>
      </w:pPr>
      <w:r>
        <w:t>Move Regularly.</w:t>
      </w:r>
    </w:p>
    <w:p>
      <w:pPr>
        <w:pStyle w:val="ListBullet"/>
      </w:pPr>
      <w:r>
        <w:t>Take Recovery Breaks.</w:t>
      </w:r>
    </w:p>
    <w:p>
      <w:pPr>
        <w:pStyle w:val="ListBullet"/>
      </w:pPr>
      <w:r>
        <w:t>Stay Hydrated.</w:t>
      </w:r>
    </w:p>
    <w:p>
      <w:pPr>
        <w:pStyle w:val="ListBullet"/>
      </w:pPr>
      <w:r>
        <w:t>Eat Balanced Meals.</w:t>
      </w:r>
    </w:p>
    <w:p>
      <w:pPr>
        <w:pStyle w:val="ListBullet"/>
      </w:pPr>
      <w:r>
        <w:t>Protect Your Attention.</w:t>
      </w:r>
    </w:p>
    <w:p>
      <w:r>
        <w:t>Evening:</w:t>
      </w:r>
    </w:p>
    <w:p>
      <w:pPr>
        <w:pStyle w:val="ListBullet"/>
      </w:pPr>
      <w:r>
        <w:t>Reduce Screen Time.</w:t>
      </w:r>
    </w:p>
    <w:p>
      <w:pPr>
        <w:pStyle w:val="ListBullet"/>
      </w:pPr>
      <w:r>
        <w:t>Stretch.</w:t>
      </w:r>
    </w:p>
    <w:p>
      <w:pPr>
        <w:pStyle w:val="ListBullet"/>
      </w:pPr>
      <w:r>
        <w:t>Journal.</w:t>
      </w:r>
    </w:p>
    <w:p>
      <w:pPr>
        <w:pStyle w:val="ListBullet"/>
      </w:pPr>
      <w:r>
        <w:t>Practice Gratitude.</w:t>
      </w:r>
    </w:p>
    <w:p>
      <w:pPr>
        <w:pStyle w:val="ListBullet"/>
      </w:pPr>
      <w:r>
        <w:t>Follow A Consistent Bedtime Routine.</w:t>
      </w:r>
    </w:p>
    <w:p>
      <w:pPr>
        <w:pStyle w:val="ListBullet"/>
      </w:pPr>
      <w:r>
        <w:t>These habits become your baseline.</w:t>
      </w:r>
    </w:p>
    <w:p>
      <w:pPr>
        <w:pStyle w:val="Heading3"/>
      </w:pPr>
      <w:r>
        <w:t>Create A Stress Response Plan</w:t>
      </w:r>
    </w:p>
    <w:p>
      <w:r>
        <w:t>Rather than waiting until stress feels overwhelming, decide now how you will respond.</w:t>
      </w:r>
    </w:p>
    <w:p>
      <w:r>
        <w:t>Ask yourself:</w:t>
      </w:r>
    </w:p>
    <w:p>
      <w:r>
        <w:t>When I Notice My Nervous System Becoming Activated, What Will I Do First?</w:t>
      </w:r>
    </w:p>
    <w:p>
      <w:r>
        <w:t>Your answer might include:</w:t>
      </w:r>
    </w:p>
    <w:p>
      <w:pPr>
        <w:pStyle w:val="ListBullet"/>
      </w:pPr>
      <w:r>
        <w:t>Pause For One Minute.</w:t>
      </w:r>
    </w:p>
    <w:p>
      <w:pPr>
        <w:pStyle w:val="ListBullet"/>
      </w:pPr>
      <w:r>
        <w:t>Take Five Slow Breaths.</w:t>
      </w:r>
    </w:p>
    <w:p>
      <w:pPr>
        <w:pStyle w:val="ListBullet"/>
      </w:pPr>
      <w:r>
        <w:t>Relax My Shoulders.</w:t>
      </w:r>
    </w:p>
    <w:p>
      <w:pPr>
        <w:pStyle w:val="ListBullet"/>
      </w:pPr>
      <w:r>
        <w:t>Drink Water.</w:t>
      </w:r>
    </w:p>
    <w:p>
      <w:pPr>
        <w:pStyle w:val="ListBullet"/>
      </w:pPr>
      <w:r>
        <w:t>Step Outside.</w:t>
      </w:r>
    </w:p>
    <w:p>
      <w:pPr>
        <w:pStyle w:val="ListBullet"/>
      </w:pPr>
      <w:r>
        <w:t>Walk For Ten Minutes.</w:t>
      </w:r>
    </w:p>
    <w:p>
      <w:pPr>
        <w:pStyle w:val="ListBullet"/>
      </w:pPr>
      <w:r>
        <w:t>Call Someone I Trust.</w:t>
      </w:r>
    </w:p>
    <w:p>
      <w:pPr>
        <w:pStyle w:val="ListBullet"/>
      </w:pPr>
      <w:r>
        <w:t>Delay Major Decisions Until I Feel Calmer.</w:t>
      </w:r>
    </w:p>
    <w:p>
      <w:pPr>
        <w:pStyle w:val="ListBullet"/>
      </w:pPr>
      <w:r>
        <w:t>Having a prepared response reduces panic.</w:t>
      </w:r>
    </w:p>
    <w:p>
      <w:pPr>
        <w:pStyle w:val="Heading3"/>
      </w:pPr>
      <w:r>
        <w:t>Prepare For Busy Seasons</w:t>
      </w:r>
    </w:p>
    <w:p>
      <w:r>
        <w:t>Life naturally includes periods of greater demand.</w:t>
      </w:r>
    </w:p>
    <w:p>
      <w:r>
        <w:t>Examples include:</w:t>
      </w:r>
    </w:p>
    <w:p>
      <w:pPr>
        <w:pStyle w:val="ListBullet"/>
      </w:pPr>
      <w:r>
        <w:t>Moving.</w:t>
      </w:r>
    </w:p>
    <w:p>
      <w:pPr>
        <w:pStyle w:val="ListBullet"/>
      </w:pPr>
      <w:r>
        <w:t>New Jobs.</w:t>
      </w:r>
    </w:p>
    <w:p>
      <w:pPr>
        <w:pStyle w:val="ListBullet"/>
      </w:pPr>
      <w:r>
        <w:t>Holidays.</w:t>
      </w:r>
    </w:p>
    <w:p>
      <w:pPr>
        <w:pStyle w:val="ListBullet"/>
      </w:pPr>
      <w:r>
        <w:t>Caring For Loved Ones.</w:t>
      </w:r>
    </w:p>
    <w:p>
      <w:pPr>
        <w:pStyle w:val="ListBullet"/>
      </w:pPr>
      <w:r>
        <w:t>Medical Treatments.</w:t>
      </w:r>
    </w:p>
    <w:p>
      <w:pPr>
        <w:pStyle w:val="ListBullet"/>
      </w:pPr>
      <w:r>
        <w:t>Family Changes.</w:t>
      </w:r>
    </w:p>
    <w:p>
      <w:pPr>
        <w:pStyle w:val="ListBullet"/>
      </w:pPr>
      <w:r>
        <w:t>During these seasons, your goal is not perfection.</w:t>
      </w:r>
    </w:p>
    <w:p>
      <w:r>
        <w:t>Instead, identify the few habits you want to protect, no matter how busy life becomes.</w:t>
      </w:r>
    </w:p>
    <w:p>
      <w:r>
        <w:t>For example:</w:t>
      </w:r>
    </w:p>
    <w:p>
      <w:pPr>
        <w:pStyle w:val="ListBullet"/>
      </w:pPr>
      <w:r>
        <w:t>Maintain A Consistent Bedtime.</w:t>
      </w:r>
    </w:p>
    <w:p>
      <w:pPr>
        <w:pStyle w:val="ListBullet"/>
      </w:pPr>
      <w:r>
        <w:t>Walk Ten Minutes Daily.</w:t>
      </w:r>
    </w:p>
    <w:p>
      <w:pPr>
        <w:pStyle w:val="ListBullet"/>
      </w:pPr>
      <w:r>
        <w:t>Practice Five Minutes Of Breathing.</w:t>
      </w:r>
    </w:p>
    <w:p>
      <w:pPr>
        <w:pStyle w:val="ListBullet"/>
      </w:pPr>
      <w:r>
        <w:t>Eat Regular Meals.</w:t>
      </w:r>
    </w:p>
    <w:p>
      <w:pPr>
        <w:pStyle w:val="ListBullet"/>
      </w:pPr>
      <w:r>
        <w:t>Stay Connected To Supportive People.</w:t>
      </w:r>
    </w:p>
    <w:p>
      <w:pPr>
        <w:pStyle w:val="ListBullet"/>
      </w:pPr>
      <w:r>
        <w:t>Protecting a few essential habits often prevents complete nervous system overload.</w:t>
      </w:r>
    </w:p>
    <w:p>
      <w:pPr>
        <w:pStyle w:val="Heading3"/>
      </w:pPr>
      <w:r>
        <w:t>Develop Flexible Expectations</w:t>
      </w:r>
    </w:p>
    <w:p>
      <w:r>
        <w:t>Many people abandon healthy habits because they cannot complete them perfectly.</w:t>
      </w:r>
    </w:p>
    <w:p>
      <w:r>
        <w:t>Remember:</w:t>
      </w:r>
    </w:p>
    <w:p>
      <w:r>
        <w:t>A ten-minute walk is better than no walk.</w:t>
      </w:r>
    </w:p>
    <w:p>
      <w:r>
        <w:t>Three slow breaths are better than none.</w:t>
      </w:r>
    </w:p>
    <w:p>
      <w:r>
        <w:t>A healthy meal supports recovery, even if every meal is not perfect.</w:t>
      </w:r>
    </w:p>
    <w:p>
      <w:r>
        <w:t>Consistency grows through flexibility.</w:t>
      </w:r>
    </w:p>
    <w:p>
      <w:r>
        <w:t>Rigid perfection often creates unnecessary stress.</w:t>
      </w:r>
    </w:p>
    <w:p>
      <w:pPr>
        <w:pStyle w:val="Heading3"/>
      </w:pPr>
      <w:r>
        <w:rPr>
          <w:b/>
        </w:rPr>
        <w:t>Bedside Example</w:t>
      </w:r>
    </w:p>
    <w:p>
      <w:pPr>
        <w:pStyle w:val="Quote"/>
      </w:pPr>
      <w:r>
        <w:rPr>
          <w:i/>
        </w:rPr>
        <w:t>A patient recovering from prolonged burnout wanted to transform her lifestyle completely overnight. She planned to exercise every morning, meditate for thirty minutes, prepare every meal at home, and eliminate all stress.</w:t>
      </w:r>
    </w:p>
    <w:p>
      <w:pPr>
        <w:pStyle w:val="Quote"/>
      </w:pPr>
      <w:r>
        <w:rPr>
          <w:i/>
        </w:rPr>
        <w:t>Within two weeks, she felt discouraged because she could not maintain the routine.</w:t>
      </w:r>
    </w:p>
    <w:p>
      <w:pPr>
        <w:pStyle w:val="Quote"/>
      </w:pPr>
      <w:r>
        <w:rPr>
          <w:i/>
        </w:rPr>
        <w:t>Instead, we simplified her plan.</w:t>
      </w:r>
    </w:p>
    <w:p>
      <w:pPr>
        <w:pStyle w:val="Quote"/>
      </w:pPr>
      <w:r>
        <w:rPr>
          <w:i/>
        </w:rPr>
        <w:t>She committed to:</w:t>
      </w:r>
    </w:p>
    <w:p>
      <w:pPr>
        <w:pStyle w:val="ListBullet"/>
      </w:pPr>
      <w:r>
        <w:rPr>
          <w:i/>
        </w:rPr>
        <w:t>A Fifteen-Minute Walk.</w:t>
      </w:r>
    </w:p>
    <w:p>
      <w:pPr>
        <w:pStyle w:val="ListBullet"/>
      </w:pPr>
      <w:r>
        <w:rPr>
          <w:i/>
        </w:rPr>
        <w:t>Five Minutes Of Breathing.</w:t>
      </w:r>
    </w:p>
    <w:p>
      <w:pPr>
        <w:pStyle w:val="ListBullet"/>
      </w:pPr>
      <w:r>
        <w:rPr>
          <w:i/>
        </w:rPr>
        <w:t>A Consistent Bedtime.</w:t>
      </w:r>
    </w:p>
    <w:p>
      <w:pPr>
        <w:pStyle w:val="ListBullet"/>
      </w:pPr>
      <w:r>
        <w:rPr>
          <w:i/>
        </w:rPr>
        <w:t>Drinking More Water.</w:t>
      </w:r>
    </w:p>
    <w:p>
      <w:pPr>
        <w:pStyle w:val="ListBullet"/>
      </w:pPr>
      <w:r>
        <w:rPr>
          <w:i/>
        </w:rPr>
        <w:t>Several months later, those small habits were still part of her daily life.</w:t>
      </w:r>
    </w:p>
    <w:p>
      <w:pPr>
        <w:pStyle w:val="ListBullet"/>
      </w:pPr>
      <w:r>
        <w:rPr>
          <w:i/>
        </w:rPr>
        <w:t>The simpler plan proved stronger because it was sustainable.</w:t>
      </w:r>
    </w:p>
    <w:p>
      <w:pPr>
        <w:pStyle w:val="Heading3"/>
      </w:pPr>
      <w:r>
        <w:t>Create Recovery Anchors</w:t>
      </w:r>
    </w:p>
    <w:p>
      <w:r>
        <w:t>Anchors are existing parts of your day that remind you to regulate your nervous system.</w:t>
      </w:r>
    </w:p>
    <w:p>
      <w:r>
        <w:t>Examples include:</w:t>
      </w:r>
    </w:p>
    <w:p>
      <w:r>
        <w:t>After Brushing Your Teeth:</w:t>
      </w:r>
    </w:p>
    <w:p>
      <w:r>
        <w:t>Practice Slow Breathing.</w:t>
      </w:r>
    </w:p>
    <w:p>
      <w:r>
        <w:t>Before Lunch:</w:t>
      </w:r>
    </w:p>
    <w:p>
      <w:pPr>
        <w:pStyle w:val="ListBullet"/>
      </w:pPr>
      <w:r>
        <w:t>Stretch For Two Minutes.</w:t>
      </w:r>
    </w:p>
    <w:p>
      <w:r>
        <w:t>After Work:</w:t>
      </w:r>
    </w:p>
    <w:p>
      <w:pPr>
        <w:pStyle w:val="ListBullet"/>
      </w:pPr>
      <w:r>
        <w:t>Walk Outside.</w:t>
      </w:r>
    </w:p>
    <w:p>
      <w:r>
        <w:t>Before Bed:</w:t>
      </w:r>
    </w:p>
    <w:p>
      <w:pPr>
        <w:pStyle w:val="ListBullet"/>
      </w:pPr>
      <w:r>
        <w:t>Write Three Gratitude Statements.</w:t>
      </w:r>
    </w:p>
    <w:p>
      <w:pPr>
        <w:pStyle w:val="ListBullet"/>
      </w:pPr>
      <w:r>
        <w:t>Connecting recovery habits to routines you already have makes them easier to remember.</w:t>
      </w:r>
    </w:p>
    <w:p>
      <w:pPr>
        <w:pStyle w:val="Heading3"/>
      </w:pPr>
      <w:r>
        <w:t>Monitor Your Progress</w:t>
      </w:r>
    </w:p>
    <w:p>
      <w:r>
        <w:t>Many improvements happen gradually.</w:t>
      </w:r>
    </w:p>
    <w:p>
      <w:r>
        <w:t>Without reflection, you may overlook meaningful progress.</w:t>
      </w:r>
    </w:p>
    <w:p>
      <w:r>
        <w:t>Consider checking in with yourself weekly.</w:t>
      </w:r>
    </w:p>
    <w:p>
      <w:r>
        <w:t>Ask:</w:t>
      </w:r>
    </w:p>
    <w:p>
      <w:pPr>
        <w:pStyle w:val="ListBullet"/>
      </w:pPr>
      <w:r>
        <w:t>Am I Sleeping Better?</w:t>
      </w:r>
    </w:p>
    <w:p>
      <w:pPr>
        <w:pStyle w:val="ListBullet"/>
      </w:pPr>
      <w:r>
        <w:t>Am I Recovering Faster?</w:t>
      </w:r>
    </w:p>
    <w:p>
      <w:pPr>
        <w:pStyle w:val="ListBullet"/>
      </w:pPr>
      <w:r>
        <w:t>Do I Feel Less Reactive?</w:t>
      </w:r>
    </w:p>
    <w:p>
      <w:pPr>
        <w:pStyle w:val="ListBullet"/>
      </w:pPr>
      <w:r>
        <w:t>Is My Energy Improving?</w:t>
      </w:r>
    </w:p>
    <w:p>
      <w:pPr>
        <w:pStyle w:val="ListBullet"/>
      </w:pPr>
      <w:r>
        <w:t>Am I Becoming More Aware Of My Stress?</w:t>
      </w:r>
    </w:p>
    <w:p>
      <w:pPr>
        <w:pStyle w:val="ListBullet"/>
      </w:pPr>
      <w:r>
        <w:t>These questions encourage a long-term perspective rather than focusing on a single difficult day.</w:t>
      </w:r>
    </w:p>
    <w:p>
      <w:pPr>
        <w:pStyle w:val="Heading3"/>
      </w:pPr>
      <w:r>
        <w:t>Accept That Recovery Evolves</w:t>
      </w:r>
    </w:p>
    <w:p>
      <w:r>
        <w:t>Your nervous system today will not be identical to it six months from now.</w:t>
      </w:r>
    </w:p>
    <w:p>
      <w:r>
        <w:t>As your life changes, your recovery plan should change too.</w:t>
      </w:r>
    </w:p>
    <w:p>
      <w:r>
        <w:t>Some seasons require:</w:t>
      </w:r>
    </w:p>
    <w:p>
      <w:pPr>
        <w:pStyle w:val="ListBullet"/>
      </w:pPr>
      <w:r>
        <w:t>More Sleep.</w:t>
      </w:r>
    </w:p>
    <w:p>
      <w:pPr>
        <w:pStyle w:val="ListBullet"/>
      </w:pPr>
      <w:r>
        <w:t>More Movement.</w:t>
      </w:r>
    </w:p>
    <w:p>
      <w:pPr>
        <w:pStyle w:val="ListBullet"/>
      </w:pPr>
      <w:r>
        <w:t>Stronger Boundaries.</w:t>
      </w:r>
    </w:p>
    <w:p>
      <w:pPr>
        <w:pStyle w:val="ListBullet"/>
      </w:pPr>
      <w:r>
        <w:t>Additional Support.</w:t>
      </w:r>
    </w:p>
    <w:p>
      <w:pPr>
        <w:pStyle w:val="ListBullet"/>
      </w:pPr>
      <w:r>
        <w:t>Greater Simplicity.</w:t>
      </w:r>
    </w:p>
    <w:p>
      <w:pPr>
        <w:pStyle w:val="ListBullet"/>
      </w:pPr>
      <w:r>
        <w:t>Recovery is not a fixed destination.</w:t>
      </w:r>
    </w:p>
    <w:p>
      <w:pPr>
        <w:pStyle w:val="ListBullet"/>
      </w:pPr>
      <w:r>
        <w:t>It is an ongoing relationship with your health.</w:t>
      </w:r>
    </w:p>
    <w:p>
      <w:pPr>
        <w:pStyle w:val="Heading3"/>
      </w:pPr>
      <w:r>
        <w:rPr>
          <w:b/>
        </w:rPr>
        <w:t>RN Insight</w:t>
      </w:r>
    </w:p>
    <w:p>
      <w:pPr>
        <w:pStyle w:val="Quote"/>
      </w:pPr>
      <w:r>
        <w:rPr>
          <w:i/>
        </w:rPr>
        <w:t>One lesson many healthcare professionals learn is that successful recovery plans are realistic. Patients who choose manageable habits are often more successful than those who attempt dramatic lifestyle changes all at once. Progress that lasts is usually built through routines that fit everyday life.</w:t>
      </w:r>
    </w:p>
    <w:p>
      <w:pPr>
        <w:pStyle w:val="Heading3"/>
      </w:pPr>
      <w:r>
        <w:t>Build A Support Team</w:t>
      </w:r>
    </w:p>
    <w:p>
      <w:r>
        <w:t>Recovery does not need to happen alone.</w:t>
      </w:r>
    </w:p>
    <w:p>
      <w:r>
        <w:t>Your support team may include:</w:t>
      </w:r>
    </w:p>
    <w:p>
      <w:pPr>
        <w:pStyle w:val="ListBullet"/>
      </w:pPr>
      <w:r>
        <w:t>Family Members.</w:t>
      </w:r>
    </w:p>
    <w:p>
      <w:pPr>
        <w:pStyle w:val="ListBullet"/>
      </w:pPr>
      <w:r>
        <w:t>Trusted Friends.</w:t>
      </w:r>
    </w:p>
    <w:p>
      <w:pPr>
        <w:pStyle w:val="ListBullet"/>
      </w:pPr>
      <w:r>
        <w:t>Healthcare Providers.</w:t>
      </w:r>
    </w:p>
    <w:p>
      <w:pPr>
        <w:pStyle w:val="ListBullet"/>
      </w:pPr>
      <w:r>
        <w:t>Mental Health Professionals.</w:t>
      </w:r>
    </w:p>
    <w:p>
      <w:pPr>
        <w:pStyle w:val="ListBullet"/>
      </w:pPr>
      <w:r>
        <w:t>Physical Therapists.</w:t>
      </w:r>
    </w:p>
    <w:p>
      <w:pPr>
        <w:pStyle w:val="ListBullet"/>
      </w:pPr>
      <w:r>
        <w:t>Faith Leaders.</w:t>
      </w:r>
    </w:p>
    <w:p>
      <w:pPr>
        <w:pStyle w:val="ListBullet"/>
      </w:pPr>
      <w:r>
        <w:t>Support Groups.</w:t>
      </w:r>
    </w:p>
    <w:p>
      <w:pPr>
        <w:pStyle w:val="ListBullet"/>
      </w:pPr>
      <w:r>
        <w:t>Each person offers different forms of encouragement.</w:t>
      </w:r>
    </w:p>
    <w:p>
      <w:pPr>
        <w:pStyle w:val="ListBullet"/>
      </w:pPr>
      <w:r>
        <w:t>Allowing others to support you reduces the burden carried by your nervous system.</w:t>
      </w:r>
    </w:p>
    <w:p>
      <w:pPr>
        <w:pStyle w:val="Heading3"/>
      </w:pPr>
      <w:r>
        <w:t>Celebrate Progress Frequently</w:t>
      </w:r>
    </w:p>
    <w:p>
      <w:r>
        <w:t>Do not wait until every symptom disappears before recognizing your progress.</w:t>
      </w:r>
    </w:p>
    <w:p>
      <w:r>
        <w:t>Celebrate:</w:t>
      </w:r>
    </w:p>
    <w:p>
      <w:pPr>
        <w:pStyle w:val="ListBullet"/>
      </w:pPr>
      <w:r>
        <w:t>Better Sleep.</w:t>
      </w:r>
    </w:p>
    <w:p>
      <w:pPr>
        <w:pStyle w:val="ListBullet"/>
      </w:pPr>
      <w:r>
        <w:t>Calmer Mornings.</w:t>
      </w:r>
    </w:p>
    <w:p>
      <w:pPr>
        <w:pStyle w:val="ListBullet"/>
      </w:pPr>
      <w:r>
        <w:t>More Patience.</w:t>
      </w:r>
    </w:p>
    <w:p>
      <w:pPr>
        <w:pStyle w:val="ListBullet"/>
      </w:pPr>
      <w:r>
        <w:t>Healthier Boundaries.</w:t>
      </w:r>
    </w:p>
    <w:p>
      <w:pPr>
        <w:pStyle w:val="ListBullet"/>
      </w:pPr>
      <w:r>
        <w:t>Improved Energy.</w:t>
      </w:r>
    </w:p>
    <w:p>
      <w:pPr>
        <w:pStyle w:val="ListBullet"/>
      </w:pPr>
      <w:r>
        <w:t>More Joy.</w:t>
      </w:r>
    </w:p>
    <w:p>
      <w:pPr>
        <w:pStyle w:val="ListBullet"/>
      </w:pPr>
      <w:r>
        <w:t>Faster Recovery.</w:t>
      </w:r>
    </w:p>
    <w:p>
      <w:pPr>
        <w:pStyle w:val="ListBullet"/>
      </w:pPr>
      <w:r>
        <w:t>Greater Self-Awareness.</w:t>
      </w:r>
    </w:p>
    <w:p>
      <w:pPr>
        <w:pStyle w:val="ListBullet"/>
      </w:pPr>
      <w:r>
        <w:t>These improvements represent meaningful healing of the nervous system.</w:t>
      </w:r>
    </w:p>
    <w:p>
      <w:pPr>
        <w:pStyle w:val="Heading3"/>
      </w:pPr>
      <w:r>
        <w:t>Recovery Is A Lifestyle</w:t>
      </w:r>
    </w:p>
    <w:p>
      <w:r>
        <w:t>Perhaps the greatest lesson of this book is that nervous system regulation is not another task to complete.</w:t>
      </w:r>
    </w:p>
    <w:p>
      <w:r>
        <w:t>It becomes part of how you live.</w:t>
      </w:r>
    </w:p>
    <w:p>
      <w:r>
        <w:t>You gradually begin asking:</w:t>
      </w:r>
    </w:p>
    <w:p>
      <w:pPr>
        <w:pStyle w:val="ListBullet"/>
      </w:pPr>
      <w:r>
        <w:t>Does This Support My Recovery?</w:t>
      </w:r>
    </w:p>
    <w:p>
      <w:pPr>
        <w:pStyle w:val="ListBullet"/>
      </w:pPr>
      <w:r>
        <w:t>Does This Help My Body Feel Safe?</w:t>
      </w:r>
    </w:p>
    <w:p>
      <w:pPr>
        <w:pStyle w:val="ListBullet"/>
      </w:pPr>
      <w:r>
        <w:t>Does This Add Unnecessary Stress?</w:t>
      </w:r>
    </w:p>
    <w:p>
      <w:pPr>
        <w:pStyle w:val="ListBullet"/>
      </w:pPr>
      <w:r>
        <w:t>What Does My Nervous System Need Right Now?</w:t>
      </w:r>
    </w:p>
    <w:p>
      <w:pPr>
        <w:pStyle w:val="ListBullet"/>
      </w:pPr>
      <w:r>
        <w:t>These questions become habits.</w:t>
      </w:r>
    </w:p>
    <w:p>
      <w:pPr>
        <w:pStyle w:val="ListBullet"/>
      </w:pPr>
      <w:r>
        <w:t>Those habits become your lifestyle.</w:t>
      </w:r>
    </w:p>
    <w:p>
      <w:pPr>
        <w:pStyle w:val="ListBullet"/>
      </w:pPr>
      <w:r>
        <w:t>That lifestyle becomes your long-term resilience.</w:t>
      </w:r>
    </w:p>
    <w:p>
      <w:pPr>
        <w:pStyle w:val="Heading3"/>
      </w:pPr>
      <w:r>
        <w:t>Key Takeaways</w:t>
      </w:r>
    </w:p>
    <w:p>
      <w:pPr>
        <w:pStyle w:val="ListBullet"/>
      </w:pPr>
      <w:r>
        <w:t>A Personal Recovery Plan Reduces Decision Fatigue During Stressful Times.</w:t>
      </w:r>
    </w:p>
    <w:p>
      <w:pPr>
        <w:pStyle w:val="ListBullet"/>
      </w:pPr>
      <w:r>
        <w:t>Recognizing Early Warning Signs Allows You To Respond Before Overwhelm Develops.</w:t>
      </w:r>
    </w:p>
    <w:p>
      <w:pPr>
        <w:pStyle w:val="ListBullet"/>
      </w:pPr>
      <w:r>
        <w:t>Daily Foundational Habits Support Long-Term Nervous System Regulation.</w:t>
      </w:r>
    </w:p>
    <w:p>
      <w:pPr>
        <w:pStyle w:val="ListBullet"/>
      </w:pPr>
      <w:r>
        <w:t>Recovery Plans Should Be Flexible Rather Than Perfect.</w:t>
      </w:r>
    </w:p>
    <w:p>
      <w:pPr>
        <w:pStyle w:val="ListBullet"/>
      </w:pPr>
      <w:r>
        <w:t>Anchoring Recovery Habits To Existing Routines Improves Consistency.</w:t>
      </w:r>
    </w:p>
    <w:p>
      <w:pPr>
        <w:pStyle w:val="ListBullet"/>
      </w:pPr>
      <w:r>
        <w:t>Monitoring Progress Helps You Recognize Meaningful Improvements Over Time.</w:t>
      </w:r>
    </w:p>
    <w:p>
      <w:pPr>
        <w:pStyle w:val="ListBullet"/>
      </w:pPr>
      <w:r>
        <w:t>Nervous System Healing Becomes Sustainable When Recovery Is Integrated Into Everyday Life.</w:t>
      </w:r>
    </w:p>
    <w:p>
      <w:pPr>
        <w:pStyle w:val="Heading3"/>
      </w:pPr>
      <w:r>
        <w:t>Chapter Reflection</w:t>
      </w:r>
    </w:p>
    <w:p>
      <w:r>
        <w:t>Before Moving To The Next Chapter, Reflect On These Questions.</w:t>
      </w:r>
    </w:p>
    <w:p>
      <w:pPr>
        <w:pStyle w:val="ListBullet"/>
      </w:pPr>
      <w:r>
        <w:t>What Are My Earliest Signs Of Increasing Stress?</w:t>
      </w:r>
    </w:p>
    <w:p>
      <w:pPr>
        <w:pStyle w:val="ListBullet"/>
      </w:pPr>
      <w:r>
        <w:t>Which Recovery Habits Have Helped Me Most Throughout This Book?</w:t>
      </w:r>
    </w:p>
    <w:p>
      <w:pPr>
        <w:pStyle w:val="ListBullet"/>
      </w:pPr>
      <w:r>
        <w:t>Which Daily Habits Am I Committed To Protecting?</w:t>
      </w:r>
    </w:p>
    <w:p>
      <w:pPr>
        <w:pStyle w:val="ListBullet"/>
      </w:pPr>
      <w:r>
        <w:t>Who Can Support Me During Difficult Seasons?</w:t>
      </w:r>
    </w:p>
    <w:p>
      <w:pPr>
        <w:pStyle w:val="ListBullet"/>
      </w:pPr>
      <w:r>
        <w:t>What Does A Healthy, Well-Regulated Life Look Like For Me One Year From Today?</w:t>
      </w:r>
    </w:p>
    <w:p>
      <w:r>
        <w:t>In the next chapter, we will explore when self-care is not enough and why seeking professional support can be an important part of nervous system healing. You will learn how healthcare providers, therapists, and other specialists can help identify underlying conditions, provide evidence-based treatment, and work alongside your daily recovery practices to support long-term health and resilience.</w:t>
      </w:r>
    </w:p>
    <w:p>
      <w:r>
        <w:br w:type="page"/>
      </w:r>
    </w:p>
    <w:p>
      <w:pPr>
        <w:pStyle w:val="Heading1"/>
        <w:jc w:val="center"/>
      </w:pPr>
      <w:r>
        <w:t>Chapter 19: When Self-Care Is Not Enough: Knowing When to Seek Professional Help</w:t>
      </w:r>
    </w:p>
    <w:p>
      <w:pPr>
        <w:pStyle w:val="Quote"/>
      </w:pPr>
      <w:r>
        <w:rPr>
          <w:i/>
        </w:rPr>
        <w:t>"One Of The Wisest Decisions You Can Make Is Recognizing When Your Nervous System Needs More Support Than You Can Provide Alone."</w:t>
      </w:r>
    </w:p>
    <w:p>
      <w:pPr>
        <w:pStyle w:val="Heading3"/>
      </w:pPr>
      <w:r>
        <w:t>Chapter Overview</w:t>
      </w:r>
    </w:p>
    <w:p>
      <w:r>
        <w:t>Throughout this book, you have learned many practical ways to support your nervous system.</w:t>
      </w:r>
    </w:p>
    <w:p>
      <w:r>
        <w:t>You have explored:</w:t>
      </w:r>
    </w:p>
    <w:p>
      <w:pPr>
        <w:pStyle w:val="ListBullet"/>
      </w:pPr>
      <w:r>
        <w:t>Breathing Techniques.</w:t>
      </w:r>
    </w:p>
    <w:p>
      <w:pPr>
        <w:pStyle w:val="ListBullet"/>
      </w:pPr>
      <w:r>
        <w:t>Daily Recovery Habits.</w:t>
      </w:r>
    </w:p>
    <w:p>
      <w:pPr>
        <w:pStyle w:val="ListBullet"/>
      </w:pPr>
      <w:r>
        <w:t>Better Sleep Practices.</w:t>
      </w:r>
    </w:p>
    <w:p>
      <w:pPr>
        <w:pStyle w:val="ListBullet"/>
      </w:pPr>
      <w:r>
        <w:t>Gentle Movement.</w:t>
      </w:r>
    </w:p>
    <w:p>
      <w:pPr>
        <w:pStyle w:val="ListBullet"/>
      </w:pPr>
      <w:r>
        <w:t>Healthy Boundaries.</w:t>
      </w:r>
    </w:p>
    <w:p>
      <w:pPr>
        <w:pStyle w:val="ListBullet"/>
      </w:pPr>
      <w:r>
        <w:t>Safe Relationships.</w:t>
      </w:r>
    </w:p>
    <w:p>
      <w:pPr>
        <w:pStyle w:val="ListBullet"/>
      </w:pPr>
      <w:r>
        <w:t>Environmental Changes.</w:t>
      </w:r>
    </w:p>
    <w:p>
      <w:pPr>
        <w:pStyle w:val="ListBullet"/>
      </w:pPr>
      <w:r>
        <w:t>Building Long-Term Resilience.</w:t>
      </w:r>
    </w:p>
    <w:p>
      <w:pPr>
        <w:pStyle w:val="ListBullet"/>
      </w:pPr>
      <w:r>
        <w:t>These practices can be remarkably helpful.</w:t>
      </w:r>
    </w:p>
    <w:p>
      <w:r>
        <w:t>However, they are not meant to replace professional medical or mental health care.</w:t>
      </w:r>
    </w:p>
    <w:p>
      <w:r>
        <w:t>Sometimes, self-care is enough to improve mild stress.</w:t>
      </w:r>
    </w:p>
    <w:p>
      <w:r>
        <w:t>Sometimes it is only one part of a much larger recovery plan.</w:t>
      </w:r>
    </w:p>
    <w:p>
      <w:r>
        <w:t>Knowing when to seek professional support is not a sign of weakness.</w:t>
      </w:r>
    </w:p>
    <w:p>
      <w:r>
        <w:t>It is a sign of wisdom.</w:t>
      </w:r>
    </w:p>
    <w:p>
      <w:r>
        <w:t>Healthcare professionals are trained to identify conditions that may appear to be stress but have other medical causes, and they can provide treatments that complement your daily recovery practices.</w:t>
      </w:r>
    </w:p>
    <w:p>
      <w:r>
        <w:t>This chapter will help you recognize when additional support may be appropriate and explain how healthcare professionals can become valuable partners in your healing journey.</w:t>
      </w:r>
    </w:p>
    <w:p>
      <w:pPr>
        <w:pStyle w:val="Heading3"/>
      </w:pPr>
      <w:r>
        <w:t>Stress Is Not The Only Possible Cause</w:t>
      </w:r>
    </w:p>
    <w:p>
      <w:r>
        <w:t>Many symptoms associated with chronic stress also occur with medical conditions.</w:t>
      </w:r>
    </w:p>
    <w:p>
      <w:r>
        <w:t>Examples include:</w:t>
      </w:r>
    </w:p>
    <w:p>
      <w:pPr>
        <w:pStyle w:val="ListBullet"/>
      </w:pPr>
      <w:r>
        <w:t>Fatigue.</w:t>
      </w:r>
    </w:p>
    <w:p>
      <w:pPr>
        <w:pStyle w:val="ListBullet"/>
      </w:pPr>
      <w:r>
        <w:t>Brain Fog.</w:t>
      </w:r>
    </w:p>
    <w:p>
      <w:pPr>
        <w:pStyle w:val="ListBullet"/>
      </w:pPr>
      <w:r>
        <w:t>Poor Sleep.</w:t>
      </w:r>
    </w:p>
    <w:p>
      <w:pPr>
        <w:pStyle w:val="ListBullet"/>
      </w:pPr>
      <w:r>
        <w:t>Anxiety.</w:t>
      </w:r>
    </w:p>
    <w:p>
      <w:pPr>
        <w:pStyle w:val="ListBullet"/>
      </w:pPr>
      <w:r>
        <w:t>Heart Palpitations.</w:t>
      </w:r>
    </w:p>
    <w:p>
      <w:pPr>
        <w:pStyle w:val="ListBullet"/>
      </w:pPr>
      <w:r>
        <w:t>Digestive Problems.</w:t>
      </w:r>
    </w:p>
    <w:p>
      <w:pPr>
        <w:pStyle w:val="ListBullet"/>
      </w:pPr>
      <w:r>
        <w:t>Muscle Pain.</w:t>
      </w:r>
    </w:p>
    <w:p>
      <w:pPr>
        <w:pStyle w:val="ListBullet"/>
      </w:pPr>
      <w:r>
        <w:t>Difficulty Concentrating.</w:t>
      </w:r>
    </w:p>
    <w:p>
      <w:pPr>
        <w:pStyle w:val="ListBullet"/>
      </w:pPr>
      <w:r>
        <w:t>Low Motivation.</w:t>
      </w:r>
    </w:p>
    <w:p>
      <w:pPr>
        <w:pStyle w:val="ListBullet"/>
      </w:pPr>
      <w:r>
        <w:t>Mood Changes.</w:t>
      </w:r>
    </w:p>
    <w:p>
      <w:pPr>
        <w:pStyle w:val="ListBullet"/>
      </w:pPr>
      <w:r>
        <w:t>These symptoms deserve thoughtful evaluation.</w:t>
      </w:r>
    </w:p>
    <w:p>
      <w:r>
        <w:t>Although stress may contribute to them, it should never automatically be assumed to be the only explanation.</w:t>
      </w:r>
    </w:p>
    <w:p>
      <w:r>
        <w:t>Professional evaluation helps ensure that important medical conditions are not overlooked.</w:t>
      </w:r>
    </w:p>
    <w:p>
      <w:pPr>
        <w:pStyle w:val="Heading3"/>
      </w:pPr>
      <w:r>
        <w:t>Why Medical Evaluation Matters</w:t>
      </w:r>
    </w:p>
    <w:p>
      <w:r>
        <w:t>Healthcare professionals look at the whole picture.</w:t>
      </w:r>
    </w:p>
    <w:p>
      <w:r>
        <w:t>They consider:</w:t>
      </w:r>
    </w:p>
    <w:p>
      <w:pPr>
        <w:pStyle w:val="ListBullet"/>
      </w:pPr>
      <w:r>
        <w:t>Your Symptoms.</w:t>
      </w:r>
    </w:p>
    <w:p>
      <w:pPr>
        <w:pStyle w:val="ListBullet"/>
      </w:pPr>
      <w:r>
        <w:t>Medical History.</w:t>
      </w:r>
    </w:p>
    <w:p>
      <w:pPr>
        <w:pStyle w:val="ListBullet"/>
      </w:pPr>
      <w:r>
        <w:t>Medications.</w:t>
      </w:r>
    </w:p>
    <w:p>
      <w:pPr>
        <w:pStyle w:val="ListBullet"/>
      </w:pPr>
      <w:r>
        <w:t>Family History.</w:t>
      </w:r>
    </w:p>
    <w:p>
      <w:pPr>
        <w:pStyle w:val="ListBullet"/>
      </w:pPr>
      <w:r>
        <w:t>Lifestyle.</w:t>
      </w:r>
    </w:p>
    <w:p>
      <w:pPr>
        <w:pStyle w:val="ListBullet"/>
      </w:pPr>
      <w:r>
        <w:t>Physical Examination Findings.</w:t>
      </w:r>
    </w:p>
    <w:p>
      <w:pPr>
        <w:pStyle w:val="ListBullet"/>
      </w:pPr>
      <w:r>
        <w:t>Laboratory Results.</w:t>
      </w:r>
    </w:p>
    <w:p>
      <w:pPr>
        <w:pStyle w:val="ListBullet"/>
      </w:pPr>
      <w:r>
        <w:t>Imaging Or Other Tests When Appropriate.</w:t>
      </w:r>
    </w:p>
    <w:p>
      <w:r>
        <w:t>This comprehensive approach helps identify whether symptoms are primarily related to nervous system dysregulation, another medical condition, or a combination of factors.</w:t>
      </w:r>
    </w:p>
    <w:p>
      <w:pPr>
        <w:pStyle w:val="Heading3"/>
      </w:pPr>
      <w:r>
        <w:t>Conditions That May Mimic Chronic Stress</w:t>
      </w:r>
    </w:p>
    <w:p>
      <w:r>
        <w:t>Several medical conditions may produce symptoms that resemble chronic nervous system activation.</w:t>
      </w:r>
    </w:p>
    <w:p>
      <w:r>
        <w:t>Examples include:</w:t>
      </w:r>
    </w:p>
    <w:p>
      <w:pPr>
        <w:pStyle w:val="ListBullet"/>
      </w:pPr>
      <w:r>
        <w:t>Thyroid Disorders.</w:t>
      </w:r>
    </w:p>
    <w:p>
      <w:pPr>
        <w:pStyle w:val="ListBullet"/>
      </w:pPr>
      <w:r>
        <w:t>Anemia.</w:t>
      </w:r>
    </w:p>
    <w:p>
      <w:pPr>
        <w:pStyle w:val="ListBullet"/>
      </w:pPr>
      <w:r>
        <w:t>Vitamin Deficiencies.</w:t>
      </w:r>
    </w:p>
    <w:p>
      <w:pPr>
        <w:pStyle w:val="ListBullet"/>
      </w:pPr>
      <w:r>
        <w:t>Sleep Disorders.</w:t>
      </w:r>
    </w:p>
    <w:p>
      <w:pPr>
        <w:pStyle w:val="ListBullet"/>
      </w:pPr>
      <w:r>
        <w:t>Chronic Pain Conditions.</w:t>
      </w:r>
    </w:p>
    <w:p>
      <w:pPr>
        <w:pStyle w:val="ListBullet"/>
      </w:pPr>
      <w:r>
        <w:t>Hormonal Changes.</w:t>
      </w:r>
    </w:p>
    <w:p>
      <w:pPr>
        <w:pStyle w:val="ListBullet"/>
      </w:pPr>
      <w:r>
        <w:t>Heart Rhythm Disorders.</w:t>
      </w:r>
    </w:p>
    <w:p>
      <w:pPr>
        <w:pStyle w:val="ListBullet"/>
      </w:pPr>
      <w:r>
        <w:t>Medication Side Effects.</w:t>
      </w:r>
    </w:p>
    <w:p>
      <w:pPr>
        <w:pStyle w:val="ListBullet"/>
      </w:pPr>
      <w:r>
        <w:t>Autoimmune Conditions.</w:t>
      </w:r>
    </w:p>
    <w:p>
      <w:pPr>
        <w:pStyle w:val="ListBullet"/>
      </w:pPr>
      <w:r>
        <w:t>Metabolic Disorders.</w:t>
      </w:r>
    </w:p>
    <w:p>
      <w:pPr>
        <w:pStyle w:val="ListBullet"/>
      </w:pPr>
      <w:r>
        <w:t>Only a qualified healthcare professional can determine whether additional evaluation is appropriate.</w:t>
      </w:r>
    </w:p>
    <w:p>
      <w:pPr>
        <w:pStyle w:val="ListBullet"/>
      </w:pPr>
      <w:r>
        <w:t>This is one reason self-diagnosis should be avoided.</w:t>
      </w:r>
    </w:p>
    <w:p>
      <w:pPr>
        <w:pStyle w:val="Heading3"/>
      </w:pPr>
      <w:r>
        <w:rPr>
          <w:b/>
        </w:rPr>
        <w:t>RN Insight</w:t>
      </w:r>
    </w:p>
    <w:p>
      <w:pPr>
        <w:pStyle w:val="Quote"/>
      </w:pPr>
      <w:r>
        <w:rPr>
          <w:i/>
        </w:rPr>
        <w:t>As nurses, we often care for patients who initially believed they were "just stressed." Sometimes stress truly is an important contributor. Other times, laboratory testing or further evaluation reveals conditions such as anemia, thyroid dysfunction, vitamin deficiencies, sleep apnea, or medication-related side effects. Looking at the whole person helps ensure that treatable conditions are not missed.</w:t>
      </w:r>
    </w:p>
    <w:p>
      <w:pPr>
        <w:pStyle w:val="Heading3"/>
      </w:pPr>
      <w:r>
        <w:t>When Symptoms Persist</w:t>
      </w:r>
    </w:p>
    <w:p>
      <w:r>
        <w:t>Consider scheduling a medical evaluation if you experience symptoms that:</w:t>
      </w:r>
    </w:p>
    <w:p>
      <w:pPr>
        <w:pStyle w:val="ListBullet"/>
      </w:pPr>
      <w:r>
        <w:t>Continue For Several Weeks.</w:t>
      </w:r>
    </w:p>
    <w:p>
      <w:pPr>
        <w:pStyle w:val="ListBullet"/>
      </w:pPr>
      <w:r>
        <w:t>Gradually Become Worse.</w:t>
      </w:r>
    </w:p>
    <w:p>
      <w:pPr>
        <w:pStyle w:val="ListBullet"/>
      </w:pPr>
      <w:r>
        <w:t>Interfere With Daily Life.</w:t>
      </w:r>
    </w:p>
    <w:p>
      <w:pPr>
        <w:pStyle w:val="ListBullet"/>
      </w:pPr>
      <w:r>
        <w:t>Affect Work Or Relationships.</w:t>
      </w:r>
    </w:p>
    <w:p>
      <w:pPr>
        <w:pStyle w:val="ListBullet"/>
      </w:pPr>
      <w:r>
        <w:t>Do Not Improve Despite Healthy Lifestyle Changes.</w:t>
      </w:r>
    </w:p>
    <w:p>
      <w:pPr>
        <w:pStyle w:val="ListBullet"/>
      </w:pPr>
      <w:r>
        <w:t>Cause Significant Concern.</w:t>
      </w:r>
    </w:p>
    <w:p>
      <w:pPr>
        <w:pStyle w:val="ListBullet"/>
      </w:pPr>
      <w:r>
        <w:t>Persistent symptoms deserve attention.</w:t>
      </w:r>
    </w:p>
    <w:p>
      <w:pPr>
        <w:pStyle w:val="ListBullet"/>
      </w:pPr>
      <w:r>
        <w:t>Early evaluation often leads to earlier treatment and greater peace of mind.</w:t>
      </w:r>
    </w:p>
    <w:p>
      <w:pPr>
        <w:pStyle w:val="Heading3"/>
      </w:pPr>
      <w:r>
        <w:t>When Mental Health Support Can Help</w:t>
      </w:r>
    </w:p>
    <w:p>
      <w:r>
        <w:t>Therapists, psychologists, counselors, psychiatrists, and other qualified mental health professionals provide valuable support for nervous system recovery.</w:t>
      </w:r>
    </w:p>
    <w:p>
      <w:r>
        <w:t>Therapy may help you:</w:t>
      </w:r>
    </w:p>
    <w:p>
      <w:pPr>
        <w:pStyle w:val="ListBullet"/>
      </w:pPr>
      <w:r>
        <w:t>Understand Stress Patterns.</w:t>
      </w:r>
    </w:p>
    <w:p>
      <w:pPr>
        <w:pStyle w:val="ListBullet"/>
      </w:pPr>
      <w:r>
        <w:t>Develop Healthier Coping Skills.</w:t>
      </w:r>
    </w:p>
    <w:p>
      <w:pPr>
        <w:pStyle w:val="ListBullet"/>
      </w:pPr>
      <w:r>
        <w:t>Improve Emotional Regulation.</w:t>
      </w:r>
    </w:p>
    <w:p>
      <w:pPr>
        <w:pStyle w:val="ListBullet"/>
      </w:pPr>
      <w:r>
        <w:t>Process Difficult Experiences.</w:t>
      </w:r>
    </w:p>
    <w:p>
      <w:pPr>
        <w:pStyle w:val="ListBullet"/>
      </w:pPr>
      <w:r>
        <w:t>Strengthen Relationships.</w:t>
      </w:r>
    </w:p>
    <w:p>
      <w:pPr>
        <w:pStyle w:val="ListBullet"/>
      </w:pPr>
      <w:r>
        <w:t>Reduce Anxiety.</w:t>
      </w:r>
    </w:p>
    <w:p>
      <w:pPr>
        <w:pStyle w:val="ListBullet"/>
      </w:pPr>
      <w:r>
        <w:t>Improve Confidence.</w:t>
      </w:r>
    </w:p>
    <w:p>
      <w:pPr>
        <w:pStyle w:val="ListBullet"/>
      </w:pPr>
      <w:r>
        <w:t>Build Resilience.</w:t>
      </w:r>
    </w:p>
    <w:p>
      <w:pPr>
        <w:pStyle w:val="ListBullet"/>
      </w:pPr>
      <w:r>
        <w:t>Seeking therapy is not an admission of failure.</w:t>
      </w:r>
    </w:p>
    <w:p>
      <w:pPr>
        <w:pStyle w:val="ListBullet"/>
      </w:pPr>
      <w:r>
        <w:t>It is an investment in long-term well-being.</w:t>
      </w:r>
    </w:p>
    <w:p>
      <w:pPr>
        <w:pStyle w:val="Heading3"/>
      </w:pPr>
      <w:r>
        <w:t>Therapy Supports The Nervous System</w:t>
      </w:r>
    </w:p>
    <w:p>
      <w:r>
        <w:t>Many people assume therapy only focuses on talking.</w:t>
      </w:r>
    </w:p>
    <w:p>
      <w:r>
        <w:t>Modern evidence-based approaches often include practical strategies for regulating the nervous system.</w:t>
      </w:r>
    </w:p>
    <w:p>
      <w:r>
        <w:t>These may involve:</w:t>
      </w:r>
    </w:p>
    <w:p>
      <w:pPr>
        <w:pStyle w:val="ListBullet"/>
      </w:pPr>
      <w:r>
        <w:t>Stress Management Skills.</w:t>
      </w:r>
    </w:p>
    <w:p>
      <w:pPr>
        <w:pStyle w:val="ListBullet"/>
      </w:pPr>
      <w:r>
        <w:t>Emotional Awareness.</w:t>
      </w:r>
    </w:p>
    <w:p>
      <w:pPr>
        <w:pStyle w:val="ListBullet"/>
      </w:pPr>
      <w:r>
        <w:t>Mindfulness Practices.</w:t>
      </w:r>
    </w:p>
    <w:p>
      <w:pPr>
        <w:pStyle w:val="ListBullet"/>
      </w:pPr>
      <w:r>
        <w:t>Behavioral Strategies.</w:t>
      </w:r>
    </w:p>
    <w:p>
      <w:pPr>
        <w:pStyle w:val="ListBullet"/>
      </w:pPr>
      <w:r>
        <w:t>Relaxation Techniques.</w:t>
      </w:r>
    </w:p>
    <w:p>
      <w:pPr>
        <w:pStyle w:val="ListBullet"/>
      </w:pPr>
      <w:r>
        <w:t>Communication Skills.</w:t>
      </w:r>
    </w:p>
    <w:p>
      <w:pPr>
        <w:pStyle w:val="ListBullet"/>
      </w:pPr>
      <w:r>
        <w:t>Trauma-Informed Care When Appropriate.</w:t>
      </w:r>
    </w:p>
    <w:p>
      <w:pPr>
        <w:pStyle w:val="ListBullet"/>
      </w:pPr>
      <w:r>
        <w:t>Therapy complements the daily habits discussed throughout this book.</w:t>
      </w:r>
    </w:p>
    <w:p>
      <w:pPr>
        <w:pStyle w:val="Heading3"/>
      </w:pPr>
      <w:r>
        <w:t>Medication May Be Appropriate For Some People</w:t>
      </w:r>
    </w:p>
    <w:p>
      <w:r>
        <w:t>Some individuals benefit from medication as part of a comprehensive treatment plan.</w:t>
      </w:r>
    </w:p>
    <w:p>
      <w:r>
        <w:t>Medication is not appropriate for everyone.</w:t>
      </w:r>
    </w:p>
    <w:p>
      <w:r>
        <w:t>Neither should it be viewed as something to fear or automatically seek.</w:t>
      </w:r>
    </w:p>
    <w:p>
      <w:r>
        <w:t>The decision depends on:</w:t>
      </w:r>
    </w:p>
    <w:p>
      <w:pPr>
        <w:pStyle w:val="ListBullet"/>
      </w:pPr>
      <w:r>
        <w:t>Your Symptoms.</w:t>
      </w:r>
    </w:p>
    <w:p>
      <w:pPr>
        <w:pStyle w:val="ListBullet"/>
      </w:pPr>
      <w:r>
        <w:t>Their Severity.</w:t>
      </w:r>
    </w:p>
    <w:p>
      <w:pPr>
        <w:pStyle w:val="ListBullet"/>
      </w:pPr>
      <w:r>
        <w:t>Your Medical History.</w:t>
      </w:r>
    </w:p>
    <w:p>
      <w:pPr>
        <w:pStyle w:val="ListBullet"/>
      </w:pPr>
      <w:r>
        <w:t>Your Personal Preferences.</w:t>
      </w:r>
    </w:p>
    <w:p>
      <w:pPr>
        <w:pStyle w:val="ListBullet"/>
      </w:pPr>
      <w:r>
        <w:t>Professional Clinical Evaluation.</w:t>
      </w:r>
    </w:p>
    <w:p>
      <w:pPr>
        <w:pStyle w:val="ListBullet"/>
      </w:pPr>
      <w:r>
        <w:t>Medication often works best when combined with healthy lifestyle habits rather than replacing them.</w:t>
      </w:r>
    </w:p>
    <w:p>
      <w:pPr>
        <w:pStyle w:val="Heading3"/>
      </w:pPr>
      <w:r>
        <w:rPr>
          <w:b/>
        </w:rPr>
        <w:t>Bedside Example</w:t>
      </w:r>
    </w:p>
    <w:p>
      <w:pPr>
        <w:pStyle w:val="Quote"/>
      </w:pPr>
      <w:r>
        <w:rPr>
          <w:i/>
        </w:rPr>
        <w:t>I once cared for a patient who had struggled with severe anxiety and poor sleep for years. He believed asking for professional help meant he had failed to manage things on his own.</w:t>
      </w:r>
    </w:p>
    <w:p>
      <w:pPr>
        <w:pStyle w:val="Quote"/>
      </w:pPr>
      <w:r>
        <w:rPr>
          <w:i/>
        </w:rPr>
        <w:t>After speaking with his healthcare provider, he began a treatment plan that included counseling, improved sleep habits, regular walking, breathing exercises, and medication that was carefully monitored.</w:t>
      </w:r>
    </w:p>
    <w:p>
      <w:pPr>
        <w:pStyle w:val="Quote"/>
      </w:pPr>
      <w:r>
        <w:rPr>
          <w:i/>
        </w:rPr>
        <w:t>Several months later, he shared,</w:t>
      </w:r>
    </w:p>
    <w:p>
      <w:pPr>
        <w:pStyle w:val="Quote"/>
      </w:pPr>
      <w:r>
        <w:rPr>
          <w:i/>
        </w:rPr>
        <w:t>"I Thought I Had To Choose Between Helping Myself And Asking For Help. I Learned I Could Do Both."</w:t>
      </w:r>
    </w:p>
    <w:p>
      <w:pPr>
        <w:pStyle w:val="Quote"/>
      </w:pPr>
      <w:r>
        <w:rPr>
          <w:i/>
        </w:rPr>
        <w:t>His progress came from combining professional care with daily recovery practices.</w:t>
      </w:r>
    </w:p>
    <w:p>
      <w:pPr>
        <w:pStyle w:val="Heading3"/>
      </w:pPr>
      <w:r>
        <w:t>When Urgent Medical Attention Is Needed</w:t>
      </w:r>
    </w:p>
    <w:p>
      <w:r>
        <w:t>Some symptoms require immediate medical evaluation rather than self-care.</w:t>
      </w:r>
    </w:p>
    <w:p>
      <w:r>
        <w:t>Seek emergency medical care immediately if you experience symptoms such as:</w:t>
      </w:r>
    </w:p>
    <w:p>
      <w:pPr>
        <w:pStyle w:val="ListBullet"/>
      </w:pPr>
      <w:r>
        <w:t>Chest Pain.</w:t>
      </w:r>
    </w:p>
    <w:p>
      <w:pPr>
        <w:pStyle w:val="ListBullet"/>
      </w:pPr>
      <w:r>
        <w:t>Difficulty Breathing.</w:t>
      </w:r>
    </w:p>
    <w:p>
      <w:pPr>
        <w:pStyle w:val="ListBullet"/>
      </w:pPr>
      <w:r>
        <w:t>Sudden Weakness Or Numbness.</w:t>
      </w:r>
    </w:p>
    <w:p>
      <w:pPr>
        <w:pStyle w:val="ListBullet"/>
      </w:pPr>
      <w:r>
        <w:t>Difficulty Speaking.</w:t>
      </w:r>
    </w:p>
    <w:p>
      <w:pPr>
        <w:pStyle w:val="ListBullet"/>
      </w:pPr>
      <w:r>
        <w:t>Loss Of Consciousness.</w:t>
      </w:r>
    </w:p>
    <w:p>
      <w:pPr>
        <w:pStyle w:val="ListBullet"/>
      </w:pPr>
      <w:r>
        <w:t>Seizures.</w:t>
      </w:r>
    </w:p>
    <w:p>
      <w:pPr>
        <w:pStyle w:val="ListBullet"/>
      </w:pPr>
      <w:r>
        <w:t>Severe Confusion.</w:t>
      </w:r>
    </w:p>
    <w:p>
      <w:pPr>
        <w:pStyle w:val="ListBullet"/>
      </w:pPr>
      <w:r>
        <w:t>Sudden Vision Changes.</w:t>
      </w:r>
    </w:p>
    <w:p>
      <w:pPr>
        <w:pStyle w:val="ListBullet"/>
      </w:pPr>
      <w:r>
        <w:t>Thoughts Of Harming Yourself Or Others.</w:t>
      </w:r>
    </w:p>
    <w:p>
      <w:pPr>
        <w:pStyle w:val="ListBullet"/>
      </w:pPr>
      <w:r>
        <w:t>Do not assume these symptoms are caused by stress.</w:t>
      </w:r>
    </w:p>
    <w:p>
      <w:pPr>
        <w:pStyle w:val="ListBullet"/>
      </w:pPr>
      <w:r>
        <w:t>Prompt medical evaluation is essential.</w:t>
      </w:r>
    </w:p>
    <w:p>
      <w:pPr>
        <w:pStyle w:val="Heading3"/>
      </w:pPr>
      <w:r>
        <w:t>The Value Of Honest Communication</w:t>
      </w:r>
    </w:p>
    <w:p>
      <w:r>
        <w:t>Many people minimize their symptoms during healthcare appointments.</w:t>
      </w:r>
    </w:p>
    <w:p>
      <w:r>
        <w:t>They say:</w:t>
      </w:r>
    </w:p>
    <w:p>
      <w:pPr>
        <w:pStyle w:val="ListBullet"/>
      </w:pPr>
      <w:r>
        <w:t>"It's Probably Nothing."</w:t>
      </w:r>
    </w:p>
    <w:p>
      <w:pPr>
        <w:pStyle w:val="ListBullet"/>
      </w:pPr>
      <w:r>
        <w:t>"I'm Just Busy."</w:t>
      </w:r>
    </w:p>
    <w:p>
      <w:pPr>
        <w:pStyle w:val="ListBullet"/>
      </w:pPr>
      <w:r>
        <w:t>"Everyone Feels This Way."</w:t>
      </w:r>
    </w:p>
    <w:p>
      <w:r>
        <w:t>While these statements may feel reassuring, they can make it harder for healthcare professionals to understand what you are experiencing.</w:t>
      </w:r>
    </w:p>
    <w:p>
      <w:r>
        <w:t>Be as specific as possible.</w:t>
      </w:r>
    </w:p>
    <w:p>
      <w:r>
        <w:t>Describe:</w:t>
      </w:r>
    </w:p>
    <w:p>
      <w:pPr>
        <w:pStyle w:val="ListBullet"/>
      </w:pPr>
      <w:r>
        <w:t>When Symptoms Began.</w:t>
      </w:r>
    </w:p>
    <w:p>
      <w:pPr>
        <w:pStyle w:val="ListBullet"/>
      </w:pPr>
      <w:r>
        <w:t>How Often They Occur.</w:t>
      </w:r>
    </w:p>
    <w:p>
      <w:pPr>
        <w:pStyle w:val="ListBullet"/>
      </w:pPr>
      <w:r>
        <w:t>What Makes Them Better?</w:t>
      </w:r>
    </w:p>
    <w:p>
      <w:pPr>
        <w:pStyle w:val="ListBullet"/>
      </w:pPr>
      <w:r>
        <w:t>What Makes Them Worse.</w:t>
      </w:r>
    </w:p>
    <w:p>
      <w:pPr>
        <w:pStyle w:val="ListBullet"/>
      </w:pPr>
      <w:r>
        <w:t>How They Affect Daily Life.</w:t>
      </w:r>
    </w:p>
    <w:p>
      <w:pPr>
        <w:pStyle w:val="ListBullet"/>
      </w:pPr>
      <w:r>
        <w:t>Accurate information helps guide appropriate care.</w:t>
      </w:r>
    </w:p>
    <w:p>
      <w:pPr>
        <w:pStyle w:val="Heading3"/>
      </w:pPr>
      <w:r>
        <w:t>Keep A Symptom Journal</w:t>
      </w:r>
    </w:p>
    <w:p>
      <w:r>
        <w:t>Tracking symptoms before your appointment may be extremely helpful.</w:t>
      </w:r>
    </w:p>
    <w:p>
      <w:r>
        <w:t>Record information such as:</w:t>
      </w:r>
    </w:p>
    <w:p>
      <w:pPr>
        <w:pStyle w:val="ListBullet"/>
      </w:pPr>
      <w:r>
        <w:t>Sleep Quality.</w:t>
      </w:r>
    </w:p>
    <w:p>
      <w:pPr>
        <w:pStyle w:val="ListBullet"/>
      </w:pPr>
      <w:r>
        <w:t>Energy Levels.</w:t>
      </w:r>
    </w:p>
    <w:p>
      <w:pPr>
        <w:pStyle w:val="ListBullet"/>
      </w:pPr>
      <w:r>
        <w:t>Mood.</w:t>
      </w:r>
    </w:p>
    <w:p>
      <w:pPr>
        <w:pStyle w:val="ListBullet"/>
      </w:pPr>
      <w:r>
        <w:t>Stress Levels.</w:t>
      </w:r>
    </w:p>
    <w:p>
      <w:pPr>
        <w:pStyle w:val="ListBullet"/>
      </w:pPr>
      <w:r>
        <w:t>Physical Symptoms.</w:t>
      </w:r>
    </w:p>
    <w:p>
      <w:pPr>
        <w:pStyle w:val="ListBullet"/>
      </w:pPr>
      <w:r>
        <w:t>Exercise.</w:t>
      </w:r>
    </w:p>
    <w:p>
      <w:pPr>
        <w:pStyle w:val="ListBullet"/>
      </w:pPr>
      <w:r>
        <w:t>Meals.</w:t>
      </w:r>
    </w:p>
    <w:p>
      <w:pPr>
        <w:pStyle w:val="ListBullet"/>
      </w:pPr>
      <w:r>
        <w:t>Caffeine Intake.</w:t>
      </w:r>
    </w:p>
    <w:p>
      <w:pPr>
        <w:pStyle w:val="ListBullet"/>
      </w:pPr>
      <w:r>
        <w:t>Medications.</w:t>
      </w:r>
    </w:p>
    <w:p>
      <w:pPr>
        <w:pStyle w:val="ListBullet"/>
      </w:pPr>
      <w:r>
        <w:t>Significant Life Events.</w:t>
      </w:r>
    </w:p>
    <w:p>
      <w:pPr>
        <w:pStyle w:val="ListBullet"/>
      </w:pPr>
      <w:r>
        <w:t>Patterns often become easier to recognize when written down.</w:t>
      </w:r>
    </w:p>
    <w:p>
      <w:pPr>
        <w:pStyle w:val="ListBullet"/>
      </w:pPr>
      <w:r>
        <w:t>This information also supports more productive conversations with healthcare providers.</w:t>
      </w:r>
    </w:p>
    <w:p>
      <w:pPr>
        <w:pStyle w:val="Heading3"/>
      </w:pPr>
      <w:r>
        <w:rPr>
          <w:b/>
        </w:rPr>
        <w:t>RN Insight</w:t>
      </w:r>
    </w:p>
    <w:p>
      <w:pPr>
        <w:pStyle w:val="Quote"/>
      </w:pPr>
      <w:r>
        <w:rPr>
          <w:i/>
        </w:rPr>
        <w:t>Patients who keep simple symptom journals often arrive at appointments feeling more prepared. Instead of trying to remember several weeks of symptoms, they can clearly describe changes over time. This allows healthcare providers to identify patterns that may otherwise be overlooked.</w:t>
      </w:r>
    </w:p>
    <w:p>
      <w:pPr>
        <w:pStyle w:val="Heading3"/>
      </w:pPr>
      <w:r>
        <w:t>Healing Often Requires A Team</w:t>
      </w:r>
    </w:p>
    <w:p>
      <w:r>
        <w:t>Recovery is rarely the responsibility of one person alone.</w:t>
      </w:r>
    </w:p>
    <w:p>
      <w:r>
        <w:t>Depending on your situation, your healthcare team may include:</w:t>
      </w:r>
    </w:p>
    <w:p>
      <w:pPr>
        <w:pStyle w:val="ListBullet"/>
      </w:pPr>
      <w:r>
        <w:t>Primary Care Provider.</w:t>
      </w:r>
    </w:p>
    <w:p>
      <w:pPr>
        <w:pStyle w:val="ListBullet"/>
      </w:pPr>
      <w:r>
        <w:t>Registered Nurse.</w:t>
      </w:r>
    </w:p>
    <w:p>
      <w:pPr>
        <w:pStyle w:val="ListBullet"/>
      </w:pPr>
      <w:r>
        <w:t>Mental Health Professional.</w:t>
      </w:r>
    </w:p>
    <w:p>
      <w:pPr>
        <w:pStyle w:val="ListBullet"/>
      </w:pPr>
      <w:r>
        <w:t>Physical Therapist.</w:t>
      </w:r>
    </w:p>
    <w:p>
      <w:pPr>
        <w:pStyle w:val="ListBullet"/>
      </w:pPr>
      <w:r>
        <w:t>Occupational Therapist.</w:t>
      </w:r>
    </w:p>
    <w:p>
      <w:pPr>
        <w:pStyle w:val="ListBullet"/>
      </w:pPr>
      <w:r>
        <w:t>Sleep Specialist.</w:t>
      </w:r>
    </w:p>
    <w:p>
      <w:pPr>
        <w:pStyle w:val="ListBullet"/>
      </w:pPr>
      <w:r>
        <w:t>Dietitian.</w:t>
      </w:r>
    </w:p>
    <w:p>
      <w:pPr>
        <w:pStyle w:val="ListBullet"/>
      </w:pPr>
      <w:r>
        <w:t>Social Worker.</w:t>
      </w:r>
    </w:p>
    <w:p>
      <w:pPr>
        <w:pStyle w:val="ListBullet"/>
      </w:pPr>
      <w:r>
        <w:t>Pharmacist.</w:t>
      </w:r>
    </w:p>
    <w:p>
      <w:pPr>
        <w:pStyle w:val="ListBullet"/>
      </w:pPr>
      <w:r>
        <w:t>Each professional contributes different expertise.</w:t>
      </w:r>
    </w:p>
    <w:p>
      <w:pPr>
        <w:pStyle w:val="ListBullet"/>
      </w:pPr>
      <w:r>
        <w:t>Working together often produces the best outcomes.</w:t>
      </w:r>
    </w:p>
    <w:p>
      <w:pPr>
        <w:pStyle w:val="Heading3"/>
      </w:pPr>
      <w:r>
        <w:t>Continue Your Daily Practices</w:t>
      </w:r>
    </w:p>
    <w:p>
      <w:r>
        <w:t>Even when professional treatment becomes necessary, your daily habits still matter.</w:t>
      </w:r>
    </w:p>
    <w:p>
      <w:r>
        <w:t>Continue supporting your nervous system through:</w:t>
      </w:r>
    </w:p>
    <w:p>
      <w:pPr>
        <w:pStyle w:val="ListBullet"/>
      </w:pPr>
      <w:r>
        <w:t>Healthy Sleep.</w:t>
      </w:r>
    </w:p>
    <w:p>
      <w:pPr>
        <w:pStyle w:val="ListBullet"/>
      </w:pPr>
      <w:r>
        <w:t>Balanced Nutrition.</w:t>
      </w:r>
    </w:p>
    <w:p>
      <w:pPr>
        <w:pStyle w:val="ListBullet"/>
      </w:pPr>
      <w:r>
        <w:t>Gentle Movement.</w:t>
      </w:r>
    </w:p>
    <w:p>
      <w:pPr>
        <w:pStyle w:val="ListBullet"/>
      </w:pPr>
      <w:r>
        <w:t>Slow Breathing.</w:t>
      </w:r>
    </w:p>
    <w:p>
      <w:pPr>
        <w:pStyle w:val="ListBullet"/>
      </w:pPr>
      <w:r>
        <w:t>Hydration.</w:t>
      </w:r>
    </w:p>
    <w:p>
      <w:pPr>
        <w:pStyle w:val="ListBullet"/>
      </w:pPr>
      <w:r>
        <w:t>Healthy Relationships.</w:t>
      </w:r>
    </w:p>
    <w:p>
      <w:pPr>
        <w:pStyle w:val="ListBullet"/>
      </w:pPr>
      <w:r>
        <w:t>Recovery Breaks.</w:t>
      </w:r>
    </w:p>
    <w:p>
      <w:pPr>
        <w:pStyle w:val="ListBullet"/>
      </w:pPr>
      <w:r>
        <w:t>Consistent Routines.</w:t>
      </w:r>
    </w:p>
    <w:p>
      <w:pPr>
        <w:pStyle w:val="ListBullet"/>
      </w:pPr>
      <w:r>
        <w:t>Professional care and self-care work together.</w:t>
      </w:r>
    </w:p>
    <w:p>
      <w:pPr>
        <w:pStyle w:val="ListBullet"/>
      </w:pPr>
      <w:r>
        <w:t>They are partners, not competitors.</w:t>
      </w:r>
    </w:p>
    <w:p>
      <w:pPr>
        <w:pStyle w:val="Heading3"/>
      </w:pPr>
      <w:r>
        <w:t>Asking For Help Demonstrates Strength</w:t>
      </w:r>
    </w:p>
    <w:p>
      <w:r>
        <w:t>Many people hesitate to seek care because they fear appearing weak.</w:t>
      </w:r>
    </w:p>
    <w:p>
      <w:r>
        <w:t>In reality, asking for help requires courage.</w:t>
      </w:r>
    </w:p>
    <w:p>
      <w:r>
        <w:t>It demonstrates:</w:t>
      </w:r>
    </w:p>
    <w:p>
      <w:pPr>
        <w:pStyle w:val="ListBullet"/>
      </w:pPr>
      <w:r>
        <w:t>Self-Awareness.</w:t>
      </w:r>
    </w:p>
    <w:p>
      <w:pPr>
        <w:pStyle w:val="ListBullet"/>
      </w:pPr>
      <w:r>
        <w:t>Responsibility.</w:t>
      </w:r>
    </w:p>
    <w:p>
      <w:pPr>
        <w:pStyle w:val="ListBullet"/>
      </w:pPr>
      <w:r>
        <w:t>Wisdom.</w:t>
      </w:r>
    </w:p>
    <w:p>
      <w:pPr>
        <w:pStyle w:val="ListBullet"/>
      </w:pPr>
      <w:r>
        <w:t>Hope.</w:t>
      </w:r>
    </w:p>
    <w:p>
      <w:pPr>
        <w:pStyle w:val="ListBullet"/>
      </w:pPr>
      <w:r>
        <w:t>Commitment To Recovery.</w:t>
      </w:r>
    </w:p>
    <w:p>
      <w:pPr>
        <w:pStyle w:val="ListBullet"/>
      </w:pPr>
      <w:r>
        <w:t>Every healthcare professional has cared for people experiencing stress, anxiety, burnout, and nervous system dysregulation.</w:t>
      </w:r>
    </w:p>
    <w:p>
      <w:pPr>
        <w:pStyle w:val="ListBullet"/>
      </w:pPr>
      <w:r>
        <w:t>You are not alone.</w:t>
      </w:r>
    </w:p>
    <w:p>
      <w:pPr>
        <w:pStyle w:val="ListBullet"/>
      </w:pPr>
      <w:r>
        <w:t>Support is available.</w:t>
      </w:r>
    </w:p>
    <w:p>
      <w:pPr>
        <w:pStyle w:val="Heading3"/>
      </w:pPr>
      <w:r>
        <w:t>Recovery Is Still Possible</w:t>
      </w:r>
    </w:p>
    <w:p>
      <w:r>
        <w:t>Whether your recovery includes:</w:t>
      </w:r>
    </w:p>
    <w:p>
      <w:pPr>
        <w:pStyle w:val="ListBullet"/>
      </w:pPr>
      <w:r>
        <w:t>Lifestyle Changes.</w:t>
      </w:r>
    </w:p>
    <w:p>
      <w:pPr>
        <w:pStyle w:val="ListBullet"/>
      </w:pPr>
      <w:r>
        <w:t>Counseling.</w:t>
      </w:r>
    </w:p>
    <w:p>
      <w:pPr>
        <w:pStyle w:val="ListBullet"/>
      </w:pPr>
      <w:r>
        <w:t>Medical Treatment.</w:t>
      </w:r>
    </w:p>
    <w:p>
      <w:pPr>
        <w:pStyle w:val="ListBullet"/>
      </w:pPr>
      <w:r>
        <w:t>Physical Therapy.</w:t>
      </w:r>
    </w:p>
    <w:p>
      <w:pPr>
        <w:pStyle w:val="ListBullet"/>
      </w:pPr>
      <w:r>
        <w:t>Medication.</w:t>
      </w:r>
    </w:p>
    <w:p>
      <w:pPr>
        <w:pStyle w:val="ListBullet"/>
      </w:pPr>
      <w:r>
        <w:t>Support Groups.</w:t>
      </w:r>
    </w:p>
    <w:p>
      <w:pPr>
        <w:pStyle w:val="ListBullet"/>
      </w:pPr>
      <w:r>
        <w:t>The goal remains the same.</w:t>
      </w:r>
    </w:p>
    <w:p>
      <w:pPr>
        <w:pStyle w:val="ListBullet"/>
      </w:pPr>
      <w:r>
        <w:t>Helping your nervous system experience greater safety, flexibility, and resilience.</w:t>
      </w:r>
    </w:p>
    <w:p>
      <w:pPr>
        <w:pStyle w:val="ListBullet"/>
      </w:pPr>
      <w:r>
        <w:t>There is no single correct path.</w:t>
      </w:r>
    </w:p>
    <w:p>
      <w:pPr>
        <w:pStyle w:val="ListBullet"/>
      </w:pPr>
      <w:r>
        <w:t>There is only the path that best supports your individual needs.</w:t>
      </w:r>
    </w:p>
    <w:p>
      <w:pPr>
        <w:pStyle w:val="Heading3"/>
      </w:pPr>
      <w:r>
        <w:t>Key Takeaways</w:t>
      </w:r>
    </w:p>
    <w:p>
      <w:pPr>
        <w:pStyle w:val="ListBullet"/>
      </w:pPr>
      <w:r>
        <w:t>Persistent Symptoms Deserve Professional Medical Evaluation.</w:t>
      </w:r>
    </w:p>
    <w:p>
      <w:pPr>
        <w:pStyle w:val="ListBullet"/>
      </w:pPr>
      <w:r>
        <w:t>Many Medical Conditions Can Produce Symptoms Similar to Those of Chronic Stress.</w:t>
      </w:r>
    </w:p>
    <w:p>
      <w:pPr>
        <w:pStyle w:val="ListBullet"/>
      </w:pPr>
      <w:r>
        <w:t>Mental Health Professionals Provide Valuable Support For Nervous System Recovery.</w:t>
      </w:r>
    </w:p>
    <w:p>
      <w:pPr>
        <w:pStyle w:val="ListBullet"/>
      </w:pPr>
      <w:r>
        <w:t>Medication May Be Helpful For Some Individuals As Part Of A Comprehensive Treatment Plan.</w:t>
      </w:r>
    </w:p>
    <w:p>
      <w:pPr>
        <w:pStyle w:val="ListBullet"/>
      </w:pPr>
      <w:r>
        <w:t>Emergency Symptoms Should Never Be Assumed To Be Caused By Stress Alone.</w:t>
      </w:r>
    </w:p>
    <w:p>
      <w:pPr>
        <w:pStyle w:val="ListBullet"/>
      </w:pPr>
      <w:r>
        <w:t>Honest Communication And Symptom Tracking Improve Healthcare Visits.</w:t>
      </w:r>
    </w:p>
    <w:p>
      <w:pPr>
        <w:pStyle w:val="ListBullet"/>
      </w:pPr>
      <w:r>
        <w:t>Professional Care And Daily Recovery Practices Work Best Together.</w:t>
      </w:r>
    </w:p>
    <w:p>
      <w:pPr>
        <w:pStyle w:val="Heading3"/>
      </w:pPr>
      <w:r>
        <w:t>Chapter Reflection</w:t>
      </w:r>
    </w:p>
    <w:p>
      <w:r>
        <w:t>Before Moving To The Final Chapter, Reflect On These Questions.</w:t>
      </w:r>
    </w:p>
    <w:p>
      <w:pPr>
        <w:pStyle w:val="ListBullet"/>
      </w:pPr>
      <w:r>
        <w:t>Have I Been Ignoring Symptoms That Deserve Professional Evaluation?</w:t>
      </w:r>
    </w:p>
    <w:p>
      <w:pPr>
        <w:pStyle w:val="ListBullet"/>
      </w:pPr>
      <w:r>
        <w:t>What Questions Would I Like To Discuss With A Healthcare Provider?</w:t>
      </w:r>
    </w:p>
    <w:p>
      <w:pPr>
        <w:pStyle w:val="ListBullet"/>
      </w:pPr>
      <w:r>
        <w:t>Which Daily Recovery Habits Will I Continue Practicing Alongside Professional Care If Needed?</w:t>
      </w:r>
    </w:p>
    <w:p>
      <w:pPr>
        <w:pStyle w:val="ListBullet"/>
      </w:pPr>
      <w:r>
        <w:t>Who Could Become Part Of My Personal Recovery Team?</w:t>
      </w:r>
    </w:p>
    <w:p>
      <w:pPr>
        <w:pStyle w:val="ListBullet"/>
      </w:pPr>
      <w:r>
        <w:t>How Can I View Asking For Help As A Positive Step Toward Healing Rather Than A Sign Of Weakness?</w:t>
      </w:r>
    </w:p>
    <w:p>
      <w:r>
        <w:t>In the final chapter, we will bring together everything you have learned throughout this book. You will discover how lasting nervous system healing develops over time, why hope remains realistic even after years of chronic stress, and how small daily choices can continue moving your body from survival mode toward lasting safety, resilience, and well-being.</w:t>
      </w:r>
    </w:p>
    <w:p>
      <w:r>
        <w:br w:type="page"/>
      </w:r>
    </w:p>
    <w:p>
      <w:pPr>
        <w:pStyle w:val="Heading1"/>
        <w:jc w:val="center"/>
      </w:pPr>
      <w:r>
        <w:t>Chapter 20: Living Beyond Survival Mode</w:t>
      </w:r>
    </w:p>
    <w:p>
      <w:pPr>
        <w:pStyle w:val="Quote"/>
      </w:pPr>
      <w:r>
        <w:rPr>
          <w:i/>
        </w:rPr>
        <w:t>"Healing Does Not Mean Life Becomes Stress-Free. Healing Means Your Nervous System Learns That It Does Not Have To Live As Though Every Day Is An Emergency."</w:t>
      </w:r>
    </w:p>
    <w:p>
      <w:pPr>
        <w:pStyle w:val="Heading3"/>
      </w:pPr>
      <w:r>
        <w:t>Chapter Overview</w:t>
      </w:r>
    </w:p>
    <w:p>
      <w:r>
        <w:t>You have reached the final chapter of this book.</w:t>
      </w:r>
    </w:p>
    <w:p>
      <w:r>
        <w:t>Along the way, you have learned that chronic stress is far more than an emotional experience.</w:t>
      </w:r>
    </w:p>
    <w:p>
      <w:r>
        <w:t>It affects:</w:t>
      </w:r>
    </w:p>
    <w:p>
      <w:pPr>
        <w:pStyle w:val="ListBullet"/>
      </w:pPr>
      <w:r>
        <w:t>The Brain.</w:t>
      </w:r>
    </w:p>
    <w:p>
      <w:pPr>
        <w:pStyle w:val="ListBullet"/>
      </w:pPr>
      <w:r>
        <w:t>The Nervous System.</w:t>
      </w:r>
    </w:p>
    <w:p>
      <w:pPr>
        <w:pStyle w:val="ListBullet"/>
      </w:pPr>
      <w:r>
        <w:t>Sleep.</w:t>
      </w:r>
    </w:p>
    <w:p>
      <w:pPr>
        <w:pStyle w:val="ListBullet"/>
      </w:pPr>
      <w:r>
        <w:t>Energy.</w:t>
      </w:r>
    </w:p>
    <w:p>
      <w:pPr>
        <w:pStyle w:val="ListBullet"/>
      </w:pPr>
      <w:r>
        <w:t>Digestion.</w:t>
      </w:r>
    </w:p>
    <w:p>
      <w:pPr>
        <w:pStyle w:val="ListBullet"/>
      </w:pPr>
      <w:r>
        <w:t>Muscles.</w:t>
      </w:r>
    </w:p>
    <w:p>
      <w:pPr>
        <w:pStyle w:val="ListBullet"/>
      </w:pPr>
      <w:r>
        <w:t>Emotions.</w:t>
      </w:r>
    </w:p>
    <w:p>
      <w:pPr>
        <w:pStyle w:val="ListBullet"/>
      </w:pPr>
      <w:r>
        <w:t>Relationships.</w:t>
      </w:r>
    </w:p>
    <w:p>
      <w:pPr>
        <w:pStyle w:val="ListBullet"/>
      </w:pPr>
      <w:r>
        <w:t>Decision-Making.</w:t>
      </w:r>
    </w:p>
    <w:p>
      <w:pPr>
        <w:pStyle w:val="ListBullet"/>
      </w:pPr>
      <w:r>
        <w:t>Physical Health.</w:t>
      </w:r>
    </w:p>
    <w:p>
      <w:pPr>
        <w:pStyle w:val="ListBullet"/>
      </w:pPr>
      <w:r>
        <w:t>You have also learned something equally important.</w:t>
      </w:r>
    </w:p>
    <w:p>
      <w:pPr>
        <w:pStyle w:val="ListBullet"/>
      </w:pPr>
      <w:r>
        <w:t>Your nervous system is remarkably adaptable.</w:t>
      </w:r>
    </w:p>
    <w:p>
      <w:r>
        <w:t>Although chronic stress can shape the brain and body over time, the nervous system continues learning throughout life.</w:t>
      </w:r>
    </w:p>
    <w:p>
      <w:r>
        <w:t>Every calming breath.</w:t>
      </w:r>
    </w:p>
    <w:p>
      <w:r>
        <w:t>Every healthy boundary.</w:t>
      </w:r>
    </w:p>
    <w:p>
      <w:r>
        <w:t>Every supportive relationship.</w:t>
      </w:r>
    </w:p>
    <w:p>
      <w:r>
        <w:t>Every restorative night's sleep.</w:t>
      </w:r>
    </w:p>
    <w:p>
      <w:r>
        <w:t>Every gentle walk.</w:t>
      </w:r>
    </w:p>
    <w:p>
      <w:r>
        <w:t>Every moment of genuine safety becomes another opportunity for healing.</w:t>
      </w:r>
    </w:p>
    <w:p>
      <w:r>
        <w:t>This final chapter is about moving forward with confidence.</w:t>
      </w:r>
    </w:p>
    <w:p>
      <w:r>
        <w:t>Not because life will become perfect.</w:t>
      </w:r>
    </w:p>
    <w:p>
      <w:r>
        <w:t>But because you now understand how to work with your nervous system rather than constantly fighting it.</w:t>
      </w:r>
    </w:p>
    <w:p>
      <w:pPr>
        <w:pStyle w:val="Heading3"/>
      </w:pPr>
      <w:r>
        <w:t>Healing Is A Direction, Not A Destination</w:t>
      </w:r>
    </w:p>
    <w:p>
      <w:r>
        <w:t>Many people imagine recovery as a finish line.</w:t>
      </w:r>
    </w:p>
    <w:p>
      <w:r>
        <w:t>One day, they expect to wake up completely calm.</w:t>
      </w:r>
    </w:p>
    <w:p>
      <w:r>
        <w:t>Never stressed.</w:t>
      </w:r>
    </w:p>
    <w:p>
      <w:r>
        <w:t>Never anxious.</w:t>
      </w:r>
    </w:p>
    <w:p>
      <w:r>
        <w:t>Never overwhelmed.</w:t>
      </w:r>
    </w:p>
    <w:p>
      <w:r>
        <w:t>Real life rarely works that way.</w:t>
      </w:r>
    </w:p>
    <w:p>
      <w:r>
        <w:t>Stress remains a normal part of being human.</w:t>
      </w:r>
    </w:p>
    <w:p>
      <w:r>
        <w:t>The difference is how your nervous system responds.</w:t>
      </w:r>
    </w:p>
    <w:p>
      <w:r>
        <w:t>Instead of remaining trapped in survival mode for days or weeks, it gradually becomes better at returning to balance.</w:t>
      </w:r>
    </w:p>
    <w:p>
      <w:r>
        <w:t>Healing is not becoming a different person.</w:t>
      </w:r>
    </w:p>
    <w:p>
      <w:r>
        <w:t>It is becoming more flexible.</w:t>
      </w:r>
    </w:p>
    <w:p>
      <w:r>
        <w:t>More resilient.</w:t>
      </w:r>
    </w:p>
    <w:p>
      <w:r>
        <w:t>More connected to yourself.</w:t>
      </w:r>
    </w:p>
    <w:p>
      <w:pPr>
        <w:pStyle w:val="Heading3"/>
      </w:pPr>
      <w:r>
        <w:t>Your Nervous System Will Continue Learning</w:t>
      </w:r>
    </w:p>
    <w:p>
      <w:r>
        <w:t>The brain never completely stops adapting.</w:t>
      </w:r>
    </w:p>
    <w:p>
      <w:r>
        <w:t>Every experience teaches you something.</w:t>
      </w:r>
    </w:p>
    <w:p>
      <w:r>
        <w:t>Repeated stress teaches vigilance.</w:t>
      </w:r>
    </w:p>
    <w:p>
      <w:r>
        <w:t>Repeated safety teaches regulation.</w:t>
      </w:r>
    </w:p>
    <w:p>
      <w:r>
        <w:t>Each day you practice healthy habits, you strengthen pathways that support recovery.</w:t>
      </w:r>
    </w:p>
    <w:p>
      <w:r>
        <w:t>Small actions matter because they happen repeatedly.</w:t>
      </w:r>
    </w:p>
    <w:p>
      <w:r>
        <w:t>Imagine placing one drop of water into a bucket.</w:t>
      </w:r>
    </w:p>
    <w:p>
      <w:r>
        <w:t>One drop seems insignificant.</w:t>
      </w:r>
    </w:p>
    <w:p>
      <w:r>
        <w:t>Thousands of drops eventually fill the bucket.</w:t>
      </w:r>
    </w:p>
    <w:p>
      <w:r>
        <w:t>Recovery works the same way.</w:t>
      </w:r>
    </w:p>
    <w:p>
      <w:pPr>
        <w:pStyle w:val="Heading3"/>
      </w:pPr>
      <w:r>
        <w:t>You Now Recognize The Signs</w:t>
      </w:r>
    </w:p>
    <w:p>
      <w:r>
        <w:t>Before reading this book, you may have misunderstood many of your experiences.</w:t>
      </w:r>
    </w:p>
    <w:p>
      <w:r>
        <w:t>Now you understand that symptoms such as:</w:t>
      </w:r>
    </w:p>
    <w:p>
      <w:pPr>
        <w:pStyle w:val="ListBullet"/>
      </w:pPr>
      <w:r>
        <w:t>Constant Fatigue.</w:t>
      </w:r>
    </w:p>
    <w:p>
      <w:pPr>
        <w:pStyle w:val="ListBullet"/>
      </w:pPr>
      <w:r>
        <w:t>Muscle Tension.</w:t>
      </w:r>
    </w:p>
    <w:p>
      <w:pPr>
        <w:pStyle w:val="ListBullet"/>
      </w:pPr>
      <w:r>
        <w:t>Poor Sleep.</w:t>
      </w:r>
    </w:p>
    <w:p>
      <w:pPr>
        <w:pStyle w:val="ListBullet"/>
      </w:pPr>
      <w:r>
        <w:t>Racing Thoughts.</w:t>
      </w:r>
    </w:p>
    <w:p>
      <w:pPr>
        <w:pStyle w:val="ListBullet"/>
      </w:pPr>
      <w:r>
        <w:t>Irritability.</w:t>
      </w:r>
    </w:p>
    <w:p>
      <w:pPr>
        <w:pStyle w:val="ListBullet"/>
      </w:pPr>
      <w:r>
        <w:t>Emotional Numbness.</w:t>
      </w:r>
    </w:p>
    <w:p>
      <w:pPr>
        <w:pStyle w:val="ListBullet"/>
      </w:pPr>
      <w:r>
        <w:t>Digestive Changes.</w:t>
      </w:r>
    </w:p>
    <w:p>
      <w:pPr>
        <w:pStyle w:val="ListBullet"/>
      </w:pPr>
      <w:r>
        <w:t>Hypervigilance.</w:t>
      </w:r>
    </w:p>
    <w:p>
      <w:pPr>
        <w:pStyle w:val="ListBullet"/>
      </w:pPr>
      <w:r>
        <w:t>May all reflect a nervous system working hard to protect you.</w:t>
      </w:r>
    </w:p>
    <w:p>
      <w:pPr>
        <w:pStyle w:val="ListBullet"/>
      </w:pPr>
      <w:r>
        <w:t>Awareness changes everything.</w:t>
      </w:r>
    </w:p>
    <w:p>
      <w:pPr>
        <w:pStyle w:val="ListBullet"/>
      </w:pPr>
      <w:r>
        <w:t>You can now recognize these signs earlier.</w:t>
      </w:r>
    </w:p>
    <w:p>
      <w:pPr>
        <w:pStyle w:val="ListBullet"/>
      </w:pPr>
      <w:r>
        <w:t>That awareness allows earlier intervention.</w:t>
      </w:r>
    </w:p>
    <w:p>
      <w:pPr>
        <w:pStyle w:val="Heading3"/>
      </w:pPr>
      <w:r>
        <w:t>Progress Often Appears Quietly</w:t>
      </w:r>
    </w:p>
    <w:p>
      <w:r>
        <w:t>Many of the greatest improvements happen gradually.</w:t>
      </w:r>
    </w:p>
    <w:p>
      <w:r>
        <w:t>You may notice:</w:t>
      </w:r>
    </w:p>
    <w:p>
      <w:pPr>
        <w:pStyle w:val="ListBullet"/>
      </w:pPr>
      <w:r>
        <w:t>Sleeping Through The Night More Often.</w:t>
      </w:r>
    </w:p>
    <w:p>
      <w:pPr>
        <w:pStyle w:val="ListBullet"/>
      </w:pPr>
      <w:r>
        <w:t>Recovering Faster After Stress.</w:t>
      </w:r>
    </w:p>
    <w:p>
      <w:pPr>
        <w:pStyle w:val="ListBullet"/>
      </w:pPr>
      <w:r>
        <w:t>Feeling Less Reactive.</w:t>
      </w:r>
    </w:p>
    <w:p>
      <w:pPr>
        <w:pStyle w:val="ListBullet"/>
      </w:pPr>
      <w:r>
        <w:t>Smiling More Easily.</w:t>
      </w:r>
    </w:p>
    <w:p>
      <w:pPr>
        <w:pStyle w:val="ListBullet"/>
      </w:pPr>
      <w:r>
        <w:t>Enjoying Quiet Moments.</w:t>
      </w:r>
    </w:p>
    <w:p>
      <w:pPr>
        <w:pStyle w:val="ListBullet"/>
      </w:pPr>
      <w:r>
        <w:t>Laughing Again.</w:t>
      </w:r>
    </w:p>
    <w:p>
      <w:pPr>
        <w:pStyle w:val="ListBullet"/>
      </w:pPr>
      <w:r>
        <w:t>Feeling More Patient.</w:t>
      </w:r>
    </w:p>
    <w:p>
      <w:pPr>
        <w:pStyle w:val="ListBullet"/>
      </w:pPr>
      <w:r>
        <w:t>Experiencing Greater Mental Clarity.</w:t>
      </w:r>
    </w:p>
    <w:p>
      <w:pPr>
        <w:pStyle w:val="ListBullet"/>
      </w:pPr>
      <w:r>
        <w:t>These improvements may not receive dramatic attention.</w:t>
      </w:r>
    </w:p>
    <w:p>
      <w:pPr>
        <w:pStyle w:val="ListBullet"/>
      </w:pPr>
      <w:r>
        <w:t>Yet they represent meaningful biological healing.</w:t>
      </w:r>
    </w:p>
    <w:p>
      <w:pPr>
        <w:pStyle w:val="Heading3"/>
      </w:pPr>
      <w:r>
        <w:rPr>
          <w:b/>
        </w:rPr>
        <w:t>RN Insight</w:t>
      </w:r>
    </w:p>
    <w:p>
      <w:pPr>
        <w:pStyle w:val="Quote"/>
      </w:pPr>
      <w:r>
        <w:rPr>
          <w:i/>
        </w:rPr>
        <w:t>One of the most rewarding parts of nursing is watching patients slowly regain pieces of their lives. Sometimes the biggest milestone is not a laboratory result or a medical procedure. It is hearing someone say, "I Feel Like Myself Again." Recovery often arrives quietly, one meaningful improvement at a time.</w:t>
      </w:r>
    </w:p>
    <w:p>
      <w:pPr>
        <w:pStyle w:val="Heading3"/>
      </w:pPr>
      <w:r>
        <w:t>Stress Will Return</w:t>
      </w:r>
    </w:p>
    <w:p>
      <w:r>
        <w:t>Life will continue bringing challenges.</w:t>
      </w:r>
    </w:p>
    <w:p>
      <w:r>
        <w:t>There will still be:</w:t>
      </w:r>
    </w:p>
    <w:p>
      <w:pPr>
        <w:pStyle w:val="ListBullet"/>
      </w:pPr>
      <w:r>
        <w:t>Unexpected Changes.</w:t>
      </w:r>
    </w:p>
    <w:p>
      <w:pPr>
        <w:pStyle w:val="ListBullet"/>
      </w:pPr>
      <w:r>
        <w:t>Difficult Conversations.</w:t>
      </w:r>
    </w:p>
    <w:p>
      <w:pPr>
        <w:pStyle w:val="ListBullet"/>
      </w:pPr>
      <w:r>
        <w:t>Busy Seasons.</w:t>
      </w:r>
    </w:p>
    <w:p>
      <w:pPr>
        <w:pStyle w:val="ListBullet"/>
      </w:pPr>
      <w:r>
        <w:t>Illness.</w:t>
      </w:r>
    </w:p>
    <w:p>
      <w:pPr>
        <w:pStyle w:val="ListBullet"/>
      </w:pPr>
      <w:r>
        <w:t>Loss.</w:t>
      </w:r>
    </w:p>
    <w:p>
      <w:pPr>
        <w:pStyle w:val="ListBullet"/>
      </w:pPr>
      <w:r>
        <w:t>Disappointment.</w:t>
      </w:r>
    </w:p>
    <w:p>
      <w:pPr>
        <w:pStyle w:val="ListBullet"/>
      </w:pPr>
      <w:r>
        <w:t>Financial Pressure.</w:t>
      </w:r>
    </w:p>
    <w:p>
      <w:pPr>
        <w:pStyle w:val="ListBullet"/>
      </w:pPr>
      <w:r>
        <w:t>Family Responsibilities.</w:t>
      </w:r>
    </w:p>
    <w:p>
      <w:pPr>
        <w:pStyle w:val="ListBullet"/>
      </w:pPr>
      <w:r>
        <w:t>This does not mean your recovery has failed.</w:t>
      </w:r>
    </w:p>
    <w:p>
      <w:pPr>
        <w:pStyle w:val="ListBullet"/>
      </w:pPr>
      <w:r>
        <w:t>A healthy nervous system still responds to genuine stress.</w:t>
      </w:r>
    </w:p>
    <w:p>
      <w:pPr>
        <w:pStyle w:val="ListBullet"/>
      </w:pPr>
      <w:r>
        <w:t>The difference is that it also knows how to recover.</w:t>
      </w:r>
    </w:p>
    <w:p>
      <w:pPr>
        <w:pStyle w:val="ListBullet"/>
      </w:pPr>
      <w:r>
        <w:t>You no longer need to fear every stressful day.</w:t>
      </w:r>
    </w:p>
    <w:p>
      <w:pPr>
        <w:pStyle w:val="ListBullet"/>
      </w:pPr>
      <w:r>
        <w:t>You have tools.</w:t>
      </w:r>
    </w:p>
    <w:p>
      <w:pPr>
        <w:pStyle w:val="ListBullet"/>
      </w:pPr>
      <w:r>
        <w:t>You have understanding.</w:t>
      </w:r>
    </w:p>
    <w:p>
      <w:pPr>
        <w:pStyle w:val="ListBullet"/>
      </w:pPr>
      <w:r>
        <w:t>You have experience.</w:t>
      </w:r>
    </w:p>
    <w:p>
      <w:pPr>
        <w:pStyle w:val="Heading3"/>
      </w:pPr>
      <w:r>
        <w:t>Trust The Process</w:t>
      </w:r>
    </w:p>
    <w:p>
      <w:r>
        <w:t>Some days you will feel calm.</w:t>
      </w:r>
    </w:p>
    <w:p>
      <w:r>
        <w:t>On other days, you may feel activated.</w:t>
      </w:r>
    </w:p>
    <w:p>
      <w:r>
        <w:t>Both experiences are normal.</w:t>
      </w:r>
    </w:p>
    <w:p>
      <w:r>
        <w:t>Avoid asking:</w:t>
      </w:r>
    </w:p>
    <w:p>
      <w:pPr>
        <w:pStyle w:val="Heading3"/>
      </w:pPr>
      <w:r>
        <w:t>"Why Am I Not Fully Healed Yet?"</w:t>
      </w:r>
    </w:p>
    <w:p>
      <w:r>
        <w:t>Instead ask:</w:t>
      </w:r>
    </w:p>
    <w:p>
      <w:pPr>
        <w:pStyle w:val="ListBullet"/>
      </w:pPr>
      <w:r>
        <w:t>What Does My Body Need Today?</w:t>
      </w:r>
    </w:p>
    <w:p>
      <w:pPr>
        <w:pStyle w:val="ListBullet"/>
      </w:pPr>
      <w:r>
        <w:t>What Signals Of Safety Can I Provide?</w:t>
      </w:r>
    </w:p>
    <w:p>
      <w:pPr>
        <w:pStyle w:val="ListBullet"/>
      </w:pPr>
      <w:r>
        <w:t>How Can I Support Recovery Right Now?</w:t>
      </w:r>
    </w:p>
    <w:p>
      <w:pPr>
        <w:pStyle w:val="ListBullet"/>
      </w:pPr>
      <w:r>
        <w:t>These questions encourage flexibility rather than self-criticism.</w:t>
      </w:r>
    </w:p>
    <w:p>
      <w:pPr>
        <w:pStyle w:val="Heading3"/>
      </w:pPr>
      <w:r>
        <w:t>Recovery Is Built On Ordinary Days</w:t>
      </w:r>
    </w:p>
    <w:p>
      <w:r>
        <w:t>Many people expect transformation through extraordinary moments.</w:t>
      </w:r>
    </w:p>
    <w:p>
      <w:r>
        <w:t>Most healing occurs during ordinary ones.</w:t>
      </w:r>
    </w:p>
    <w:p>
      <w:r>
        <w:t>Making breakfast.</w:t>
      </w:r>
    </w:p>
    <w:p>
      <w:r>
        <w:t>Walking Outside.</w:t>
      </w:r>
    </w:p>
    <w:p>
      <w:r>
        <w:t>Turning Off Your Phone.</w:t>
      </w:r>
    </w:p>
    <w:p>
      <w:r>
        <w:t>Stretching Before Bed.</w:t>
      </w:r>
    </w:p>
    <w:p>
      <w:r>
        <w:t>Drinking Water.</w:t>
      </w:r>
    </w:p>
    <w:p>
      <w:r>
        <w:t>Laughing With Family.</w:t>
      </w:r>
    </w:p>
    <w:p>
      <w:r>
        <w:t>Reading Quietly.</w:t>
      </w:r>
    </w:p>
    <w:p>
      <w:r>
        <w:t>Breathing Slowly.</w:t>
      </w:r>
    </w:p>
    <w:p>
      <w:r>
        <w:t>Protecting Your Sleep.</w:t>
      </w:r>
    </w:p>
    <w:p>
      <w:r>
        <w:t>These ordinary choices become extraordinary through repetition.</w:t>
      </w:r>
    </w:p>
    <w:p>
      <w:pPr>
        <w:pStyle w:val="Heading3"/>
      </w:pPr>
      <w:r>
        <w:t>Your Body Wants To Heal</w:t>
      </w:r>
    </w:p>
    <w:p>
      <w:r>
        <w:t>The human body constantly works toward balance.</w:t>
      </w:r>
    </w:p>
    <w:p>
      <w:r>
        <w:t>Cuts heal.</w:t>
      </w:r>
    </w:p>
    <w:p>
      <w:r>
        <w:t>Bones repair.</w:t>
      </w:r>
    </w:p>
    <w:p>
      <w:r>
        <w:t>Muscles strengthen.</w:t>
      </w:r>
    </w:p>
    <w:p>
      <w:r>
        <w:t>The nervous system also seeks regulation when given the opportunity.</w:t>
      </w:r>
    </w:p>
    <w:p>
      <w:r>
        <w:t>Healing does not always happen quickly.</w:t>
      </w:r>
    </w:p>
    <w:p>
      <w:r>
        <w:t>But the body's capacity to adapt remains remarkable.</w:t>
      </w:r>
    </w:p>
    <w:p>
      <w:r>
        <w:t>Your role is not forcing recovery.</w:t>
      </w:r>
    </w:p>
    <w:p>
      <w:r>
        <w:t>Your role is to create the conditions that enable recovery.</w:t>
      </w:r>
    </w:p>
    <w:p>
      <w:pPr>
        <w:pStyle w:val="Heading3"/>
      </w:pPr>
      <w:r>
        <w:rPr>
          <w:b/>
        </w:rPr>
        <w:t>Bedside Example</w:t>
      </w:r>
    </w:p>
    <w:p>
      <w:pPr>
        <w:pStyle w:val="Quote"/>
      </w:pPr>
      <w:r>
        <w:rPr>
          <w:i/>
        </w:rPr>
        <w:t>One patient recovering from years of chronic stress asked,</w:t>
      </w:r>
    </w:p>
    <w:p>
      <w:pPr>
        <w:pStyle w:val="Heading3"/>
      </w:pPr>
      <w:r>
        <w:t>"Do You Think I'll Ever Feel Normal Again?"</w:t>
      </w:r>
    </w:p>
    <w:p>
      <w:r>
        <w:t>Instead of promising a perfect outcome, we talked about something more realistic.</w:t>
      </w:r>
    </w:p>
    <w:p>
      <w:r>
        <w:t>Healing often means discovering a new version of normal.</w:t>
      </w:r>
    </w:p>
    <w:p>
      <w:r>
        <w:t>One with:</w:t>
      </w:r>
    </w:p>
    <w:p>
      <w:pPr>
        <w:pStyle w:val="ListBullet"/>
      </w:pPr>
      <w:r>
        <w:t>Better Awareness.</w:t>
      </w:r>
    </w:p>
    <w:p>
      <w:pPr>
        <w:pStyle w:val="ListBullet"/>
      </w:pPr>
      <w:r>
        <w:t>Healthier Boundaries.</w:t>
      </w:r>
    </w:p>
    <w:p>
      <w:pPr>
        <w:pStyle w:val="ListBullet"/>
      </w:pPr>
      <w:r>
        <w:t>More Rest.</w:t>
      </w:r>
    </w:p>
    <w:p>
      <w:pPr>
        <w:pStyle w:val="ListBullet"/>
      </w:pPr>
      <w:r>
        <w:t>Greater Resilience.</w:t>
      </w:r>
    </w:p>
    <w:p>
      <w:pPr>
        <w:pStyle w:val="ListBullet"/>
      </w:pPr>
      <w:r>
        <w:t>More Self-Compassion.</w:t>
      </w:r>
    </w:p>
    <w:p>
      <w:pPr>
        <w:pStyle w:val="ListBullet"/>
      </w:pPr>
      <w:r>
        <w:t>Several months late,r she returned and smiled.</w:t>
      </w:r>
    </w:p>
    <w:p>
      <w:pPr>
        <w:pStyle w:val="ListBullet"/>
      </w:pPr>
      <w:r>
        <w:t>She said,</w:t>
      </w:r>
    </w:p>
    <w:p>
      <w:pPr>
        <w:pStyle w:val="Quote"/>
      </w:pPr>
      <w:r>
        <w:rPr>
          <w:i/>
        </w:rPr>
        <w:t>"Life Isn't Perfect. But I'm Not Living In Survival Mode Every Day Anymore."</w:t>
      </w:r>
    </w:p>
    <w:p>
      <w:r>
        <w:t>That statement captured what recovery often looks like.</w:t>
      </w:r>
    </w:p>
    <w:p>
      <w:r>
        <w:t>Not perfection.</w:t>
      </w:r>
    </w:p>
    <w:p>
      <w:r>
        <w:t>Progress.</w:t>
      </w:r>
    </w:p>
    <w:p>
      <w:pPr>
        <w:pStyle w:val="Heading3"/>
      </w:pPr>
      <w:r>
        <w:t>Continue Building Safety</w:t>
      </w:r>
    </w:p>
    <w:p>
      <w:r>
        <w:t>Every day offers opportunities to strengthen your nervous system.</w:t>
      </w:r>
    </w:p>
    <w:p>
      <w:r>
        <w:t>Continue practicing:</w:t>
      </w:r>
    </w:p>
    <w:p>
      <w:pPr>
        <w:pStyle w:val="ListBullet"/>
      </w:pPr>
      <w:r>
        <w:t>Consistent Sleep.</w:t>
      </w:r>
    </w:p>
    <w:p>
      <w:pPr>
        <w:pStyle w:val="ListBullet"/>
      </w:pPr>
      <w:r>
        <w:t>Gentle Movement.</w:t>
      </w:r>
    </w:p>
    <w:p>
      <w:pPr>
        <w:pStyle w:val="ListBullet"/>
      </w:pPr>
      <w:r>
        <w:t>Slow Breathing.</w:t>
      </w:r>
    </w:p>
    <w:p>
      <w:pPr>
        <w:pStyle w:val="ListBullet"/>
      </w:pPr>
      <w:r>
        <w:t>Healthy Nutrition.</w:t>
      </w:r>
    </w:p>
    <w:p>
      <w:pPr>
        <w:pStyle w:val="ListBullet"/>
      </w:pPr>
      <w:r>
        <w:t>Hydration.</w:t>
      </w:r>
    </w:p>
    <w:p>
      <w:pPr>
        <w:pStyle w:val="ListBullet"/>
      </w:pPr>
      <w:r>
        <w:t>Meaningful Relationships.</w:t>
      </w:r>
    </w:p>
    <w:p>
      <w:pPr>
        <w:pStyle w:val="ListBullet"/>
      </w:pPr>
      <w:r>
        <w:t>Time In Nature.</w:t>
      </w:r>
    </w:p>
    <w:p>
      <w:pPr>
        <w:pStyle w:val="ListBullet"/>
      </w:pPr>
      <w:r>
        <w:t>Healthy Boundaries.</w:t>
      </w:r>
    </w:p>
    <w:p>
      <w:pPr>
        <w:pStyle w:val="ListBullet"/>
      </w:pPr>
      <w:r>
        <w:t>Daily Reflection.</w:t>
      </w:r>
    </w:p>
    <w:p>
      <w:pPr>
        <w:pStyle w:val="ListBullet"/>
      </w:pPr>
      <w:r>
        <w:t>Self-Compassion.</w:t>
      </w:r>
    </w:p>
    <w:p>
      <w:pPr>
        <w:pStyle w:val="ListBullet"/>
      </w:pPr>
      <w:r>
        <w:t>You do not need to do everything perfectly.</w:t>
      </w:r>
    </w:p>
    <w:p>
      <w:pPr>
        <w:pStyle w:val="ListBullet"/>
      </w:pPr>
      <w:r>
        <w:t>Simply continue returning to these foundations.</w:t>
      </w:r>
    </w:p>
    <w:p>
      <w:pPr>
        <w:pStyle w:val="Heading3"/>
      </w:pPr>
      <w:r>
        <w:t>Your Future Can Be Different</w:t>
      </w:r>
    </w:p>
    <w:p>
      <w:r>
        <w:t>Perhaps the most hopeful truth is this:</w:t>
      </w:r>
    </w:p>
    <w:p>
      <w:pPr>
        <w:pStyle w:val="ListBullet"/>
      </w:pPr>
      <w:r>
        <w:t>Your past shaped your nervous system.</w:t>
      </w:r>
    </w:p>
    <w:p>
      <w:pPr>
        <w:pStyle w:val="ListBullet"/>
      </w:pPr>
      <w:r>
        <w:t>It does not permanently define it.</w:t>
      </w:r>
    </w:p>
    <w:p>
      <w:pPr>
        <w:pStyle w:val="ListBullet"/>
      </w:pPr>
      <w:r>
        <w:t>The brain remains capable of learning.</w:t>
      </w:r>
    </w:p>
    <w:p>
      <w:pPr>
        <w:pStyle w:val="ListBullet"/>
      </w:pPr>
      <w:r>
        <w:t>The body remains capable of adapting.</w:t>
      </w:r>
    </w:p>
    <w:p>
      <w:pPr>
        <w:pStyle w:val="ListBullet"/>
      </w:pPr>
      <w:r>
        <w:t>Recovery remains possible.</w:t>
      </w:r>
    </w:p>
    <w:p>
      <w:pPr>
        <w:pStyle w:val="ListBullet"/>
      </w:pPr>
      <w:r>
        <w:t>Even after years of chronic stress.</w:t>
      </w:r>
    </w:p>
    <w:p>
      <w:pPr>
        <w:pStyle w:val="ListBullet"/>
      </w:pPr>
      <w:r>
        <w:t>Small daily choices become long-term transformation.</w:t>
      </w:r>
    </w:p>
    <w:p>
      <w:pPr>
        <w:pStyle w:val="Heading3"/>
      </w:pPr>
      <w:r>
        <w:rPr>
          <w:b/>
        </w:rPr>
        <w:t>RN Insight</w:t>
      </w:r>
    </w:p>
    <w:p>
      <w:pPr>
        <w:pStyle w:val="Quote"/>
      </w:pPr>
      <w:r>
        <w:rPr>
          <w:i/>
        </w:rPr>
        <w:t>Throughout my nursing career, I have cared for people who believed they would never feel better again. Yet many gradually improved through a combination of medical care, healthy habits, supportive relationships, and patience. Their stories remind us that healing is rarely instant, but meaningful progress is possible far more often than people initially believe.</w:t>
      </w:r>
    </w:p>
    <w:p>
      <w:pPr>
        <w:pStyle w:val="Heading3"/>
      </w:pPr>
      <w:r>
        <w:t>A New Definition Of Strength</w:t>
      </w:r>
    </w:p>
    <w:p>
      <w:r>
        <w:t>Many people define strength as pushing through exhaustion.</w:t>
      </w:r>
    </w:p>
    <w:p>
      <w:r>
        <w:t>Ignoring pain.</w:t>
      </w:r>
    </w:p>
    <w:p>
      <w:r>
        <w:t>Never asking for help.</w:t>
      </w:r>
    </w:p>
    <w:p>
      <w:r>
        <w:t>Never slowing down.</w:t>
      </w:r>
    </w:p>
    <w:p>
      <w:r>
        <w:t>True strength looks different.</w:t>
      </w:r>
    </w:p>
    <w:p>
      <w:r>
        <w:t>It includes:</w:t>
      </w:r>
    </w:p>
    <w:p>
      <w:pPr>
        <w:pStyle w:val="ListBullet"/>
      </w:pPr>
      <w:r>
        <w:t>Listening To Your Body.</w:t>
      </w:r>
    </w:p>
    <w:p>
      <w:pPr>
        <w:pStyle w:val="ListBullet"/>
      </w:pPr>
      <w:r>
        <w:t>Respecting Your Limits.</w:t>
      </w:r>
    </w:p>
    <w:p>
      <w:pPr>
        <w:pStyle w:val="ListBullet"/>
      </w:pPr>
      <w:r>
        <w:t>Practicing Recovery.</w:t>
      </w:r>
    </w:p>
    <w:p>
      <w:pPr>
        <w:pStyle w:val="ListBullet"/>
      </w:pPr>
      <w:r>
        <w:t>Asking For Support.</w:t>
      </w:r>
    </w:p>
    <w:p>
      <w:pPr>
        <w:pStyle w:val="ListBullet"/>
      </w:pPr>
      <w:r>
        <w:t>Choosing Rest When Needed.</w:t>
      </w:r>
    </w:p>
    <w:p>
      <w:pPr>
        <w:pStyle w:val="ListBullet"/>
      </w:pPr>
      <w:r>
        <w:t>Continuing Healthy Habits Even During Busy Seasons.</w:t>
      </w:r>
    </w:p>
    <w:p>
      <w:pPr>
        <w:pStyle w:val="ListBullet"/>
      </w:pPr>
      <w:r>
        <w:t>Strength is not constant endurance.</w:t>
      </w:r>
    </w:p>
    <w:p>
      <w:pPr>
        <w:pStyle w:val="ListBullet"/>
      </w:pPr>
      <w:r>
        <w:t>Strength is sustainable resilience.</w:t>
      </w:r>
    </w:p>
    <w:p>
      <w:pPr>
        <w:pStyle w:val="Heading3"/>
      </w:pPr>
      <w:r>
        <w:t>Your Daily Question</w:t>
      </w:r>
    </w:p>
    <w:p>
      <w:r>
        <w:t>As you move forward, consider asking yourself one simple question each day:</w:t>
      </w:r>
    </w:p>
    <w:p>
      <w:pPr>
        <w:pStyle w:val="Heading3"/>
      </w:pPr>
      <w:r>
        <w:t>"What Does My Nervous System Need Today?"</w:t>
      </w:r>
    </w:p>
    <w:p>
      <w:r>
        <w:t>The answer may be:</w:t>
      </w:r>
    </w:p>
    <w:p>
      <w:pPr>
        <w:pStyle w:val="ListBullet"/>
      </w:pPr>
      <w:r>
        <w:t>More Sleep.</w:t>
      </w:r>
    </w:p>
    <w:p>
      <w:pPr>
        <w:pStyle w:val="ListBullet"/>
      </w:pPr>
      <w:r>
        <w:t>A Walk.</w:t>
      </w:r>
    </w:p>
    <w:p>
      <w:pPr>
        <w:pStyle w:val="ListBullet"/>
      </w:pPr>
      <w:r>
        <w:t>A Healthy Meal.</w:t>
      </w:r>
    </w:p>
    <w:p>
      <w:pPr>
        <w:pStyle w:val="ListBullet"/>
      </w:pPr>
      <w:r>
        <w:t>Quiet Time.</w:t>
      </w:r>
    </w:p>
    <w:p>
      <w:pPr>
        <w:pStyle w:val="ListBullet"/>
      </w:pPr>
      <w:r>
        <w:t>A Conversation.</w:t>
      </w:r>
    </w:p>
    <w:p>
      <w:pPr>
        <w:pStyle w:val="ListBullet"/>
      </w:pPr>
      <w:r>
        <w:t>Deep Breathing.</w:t>
      </w:r>
    </w:p>
    <w:p>
      <w:pPr>
        <w:pStyle w:val="ListBullet"/>
      </w:pPr>
      <w:r>
        <w:t>Better Boundaries.</w:t>
      </w:r>
    </w:p>
    <w:p>
      <w:pPr>
        <w:pStyle w:val="ListBullet"/>
      </w:pPr>
      <w:r>
        <w:t>Professional Support.</w:t>
      </w:r>
    </w:p>
    <w:p>
      <w:pPr>
        <w:pStyle w:val="ListBullet"/>
      </w:pPr>
      <w:r>
        <w:t>Compassion Toward Yourself.</w:t>
      </w:r>
    </w:p>
    <w:p>
      <w:pPr>
        <w:pStyle w:val="ListBullet"/>
      </w:pPr>
      <w:r>
        <w:t>This question encourages partnership with your body rather than conflict.</w:t>
      </w:r>
    </w:p>
    <w:p>
      <w:pPr>
        <w:pStyle w:val="Heading3"/>
      </w:pPr>
      <w:r>
        <w:t>Your Journey Continues</w:t>
      </w:r>
    </w:p>
    <w:p>
      <w:r>
        <w:t>Finishing this book is not the end of your recovery.</w:t>
      </w:r>
    </w:p>
    <w:p>
      <w:r>
        <w:t>It is the beginning of a different relationship with your nervous system.</w:t>
      </w:r>
    </w:p>
    <w:p>
      <w:r>
        <w:t>You now understand that healing is not about eliminating stress.</w:t>
      </w:r>
    </w:p>
    <w:p>
      <w:r>
        <w:t>It is about helping your body experience safety often enough that survival no longer becomes its permanent home.</w:t>
      </w:r>
    </w:p>
    <w:p>
      <w:r>
        <w:t>Every day you practice regulation, you reinforce that lesson.</w:t>
      </w:r>
    </w:p>
    <w:p>
      <w:r>
        <w:t>Every day you choose recovery, you strengthen resilience.</w:t>
      </w:r>
    </w:p>
    <w:p>
      <w:r>
        <w:t>Every day you listen to your body with curiosity rather than criticism, and you continue building health.</w:t>
      </w:r>
    </w:p>
    <w:p>
      <w:pPr>
        <w:pStyle w:val="Heading3"/>
      </w:pPr>
      <w:r>
        <w:t>Final Encouragement</w:t>
      </w:r>
    </w:p>
    <w:p>
      <w:r>
        <w:t>If there is one message to carry with you after reading this book, let it be this:</w:t>
      </w:r>
    </w:p>
    <w:p>
      <w:pPr>
        <w:pStyle w:val="ListBullet"/>
      </w:pPr>
      <w:r>
        <w:t>Your nervous system is not your enemy.</w:t>
      </w:r>
    </w:p>
    <w:p>
      <w:pPr>
        <w:pStyle w:val="ListBullet"/>
      </w:pPr>
      <w:r>
        <w:t>It has spent years trying to protect you.</w:t>
      </w:r>
    </w:p>
    <w:p>
      <w:pPr>
        <w:pStyle w:val="ListBullet"/>
      </w:pPr>
      <w:r>
        <w:t>Now it is learning something new.</w:t>
      </w:r>
    </w:p>
    <w:p>
      <w:pPr>
        <w:pStyle w:val="ListBullet"/>
      </w:pPr>
      <w:r>
        <w:t>That recovery is possible.</w:t>
      </w:r>
    </w:p>
    <w:p>
      <w:pPr>
        <w:pStyle w:val="ListBullet"/>
      </w:pPr>
      <w:r>
        <w:t>That rest is safe.</w:t>
      </w:r>
    </w:p>
    <w:p>
      <w:pPr>
        <w:pStyle w:val="ListBullet"/>
      </w:pPr>
      <w:r>
        <w:t>That healing can happen gradually.</w:t>
      </w:r>
    </w:p>
    <w:p>
      <w:pPr>
        <w:pStyle w:val="ListBullet"/>
      </w:pPr>
      <w:r>
        <w:t>Your body does not need to remain on constant alert forever.</w:t>
      </w:r>
    </w:p>
    <w:p>
      <w:pPr>
        <w:pStyle w:val="ListBullet"/>
      </w:pPr>
      <w:r>
        <w:t>Progress may be slow.</w:t>
      </w:r>
    </w:p>
    <w:p>
      <w:pPr>
        <w:pStyle w:val="ListBullet"/>
      </w:pPr>
      <w:r>
        <w:t>Some days will be easier than others.</w:t>
      </w:r>
    </w:p>
    <w:p>
      <w:pPr>
        <w:pStyle w:val="ListBullet"/>
      </w:pPr>
      <w:r>
        <w:t>But every small step matters.</w:t>
      </w:r>
    </w:p>
    <w:p>
      <w:pPr>
        <w:pStyle w:val="ListBullet"/>
      </w:pPr>
      <w:r>
        <w:t>Every act of self-care matters.</w:t>
      </w:r>
    </w:p>
    <w:p>
      <w:pPr>
        <w:pStyle w:val="ListBullet"/>
      </w:pPr>
      <w:r>
        <w:t>Every moment of safety matters.</w:t>
      </w:r>
    </w:p>
    <w:p>
      <w:pPr>
        <w:pStyle w:val="ListBullet"/>
      </w:pPr>
      <w:r>
        <w:t>Keep moving forward with patience.</w:t>
      </w:r>
    </w:p>
    <w:p>
      <w:pPr>
        <w:pStyle w:val="ListBullet"/>
      </w:pPr>
      <w:r>
        <w:t>Keep choosing consistency over perfection.</w:t>
      </w:r>
    </w:p>
    <w:p>
      <w:pPr>
        <w:pStyle w:val="ListBullet"/>
      </w:pPr>
      <w:r>
        <w:t>Keep trusting your body's remarkable ability to adapt.</w:t>
      </w:r>
    </w:p>
    <w:p>
      <w:pPr>
        <w:pStyle w:val="ListBullet"/>
      </w:pPr>
      <w:r>
        <w:t>Your nervous system has protected you for a long time.</w:t>
      </w:r>
    </w:p>
    <w:p>
      <w:pPr>
        <w:pStyle w:val="ListBullet"/>
      </w:pPr>
      <w:r>
        <w:t>Now it can begin supporting something even greater.</w:t>
      </w:r>
    </w:p>
    <w:p>
      <w:pPr>
        <w:pStyle w:val="ListBullet"/>
      </w:pPr>
      <w:r>
        <w:t>A life lived with greater calm, resilience, connection, and hope.</w:t>
      </w:r>
    </w:p>
    <w:p>
      <w:pPr>
        <w:pStyle w:val="Heading3"/>
      </w:pPr>
      <w:r>
        <w:t>Key Takeaways</w:t>
      </w:r>
    </w:p>
    <w:p>
      <w:pPr>
        <w:pStyle w:val="ListBullet"/>
      </w:pPr>
      <w:r>
        <w:t>Healing Is A Lifelong Process Of Building Greater Flexibility Rather Than Eliminating All Stress.</w:t>
      </w:r>
    </w:p>
    <w:p>
      <w:pPr>
        <w:pStyle w:val="ListBullet"/>
      </w:pPr>
      <w:r>
        <w:t>The Nervous System Continues Learning Throughout Life.</w:t>
      </w:r>
    </w:p>
    <w:p>
      <w:pPr>
        <w:pStyle w:val="ListBullet"/>
      </w:pPr>
      <w:r>
        <w:t>Recovery Is Strengthened Through Small Daily Habits Repeated Consistently.</w:t>
      </w:r>
    </w:p>
    <w:p>
      <w:pPr>
        <w:pStyle w:val="ListBullet"/>
      </w:pPr>
      <w:r>
        <w:t>Temporary Stress Does Not Erase Long-Term Healing.</w:t>
      </w:r>
    </w:p>
    <w:p>
      <w:pPr>
        <w:pStyle w:val="ListBullet"/>
      </w:pPr>
      <w:r>
        <w:t>Your Body Naturally Moves Toward Regulation When Given Repeated Signals Of Safety.</w:t>
      </w:r>
    </w:p>
    <w:p>
      <w:pPr>
        <w:pStyle w:val="ListBullet"/>
      </w:pPr>
      <w:r>
        <w:t>Sustainable Strength Includes Rest, Recovery, Healthy Boundaries, And Self-Compassion.</w:t>
      </w:r>
    </w:p>
    <w:p>
      <w:pPr>
        <w:pStyle w:val="ListBullet"/>
      </w:pPr>
      <w:r>
        <w:t>Every Day Offers A New Opportunity To Move From Survival Mode Toward A More Regulated, Resilient, And Healthy Life.</w:t>
      </w:r>
    </w:p>
    <w:p>
      <w:pPr>
        <w:pStyle w:val="Heading3"/>
      </w:pPr>
      <w:r>
        <w:t>Chapter Reflection</w:t>
      </w:r>
    </w:p>
    <w:p>
      <w:r>
        <w:t>As You Close This Book, Spend A Few Quiet Moments Reflecting On These Final Questions.</w:t>
      </w:r>
    </w:p>
    <w:p>
      <w:pPr>
        <w:pStyle w:val="ListBullet"/>
      </w:pPr>
      <w:r>
        <w:t>What Is The Most Important Lesson I Am Taking With Me?</w:t>
      </w:r>
    </w:p>
    <w:p>
      <w:pPr>
        <w:pStyle w:val="ListBullet"/>
      </w:pPr>
      <w:r>
        <w:t>Which Recovery Habit Will I Continue Practicing Every Day?</w:t>
      </w:r>
    </w:p>
    <w:p>
      <w:pPr>
        <w:pStyle w:val="ListBullet"/>
      </w:pPr>
      <w:r>
        <w:t>How Has My Understanding Of Stress Changed?</w:t>
      </w:r>
    </w:p>
    <w:p>
      <w:pPr>
        <w:pStyle w:val="ListBullet"/>
      </w:pPr>
      <w:r>
        <w:t>What Does A Well-Regulated, Healthy Life Look Like For Me?</w:t>
      </w:r>
    </w:p>
    <w:p>
      <w:pPr>
        <w:pStyle w:val="ListBullet"/>
      </w:pPr>
      <w:r>
        <w:t>What One Step Will I Take Today To Help My Nervous System Feel Safe?</w:t>
      </w:r>
    </w:p>
    <w:p>
      <w:r>
        <w:t>Remember, healing is not measured by perfection. It is measured by your willingness to keep showing up for yourself, one calm breath, one healthy choice, and one day at a time.</w:t>
      </w:r>
    </w:p>
    <w:p>
      <w:r>
        <w:rPr>
          <w:b/>
        </w:rPr>
        <w:t>Your journey beyond survival mode begins now.</w:t>
      </w:r>
    </w:p>
    <w:p>
      <w:r>
        <w:br w:type="page"/>
      </w:r>
    </w:p>
    <w:p>
      <w:pPr>
        <w:pStyle w:val="Heading1"/>
        <w:jc w:val="center"/>
      </w:pPr>
      <w:r>
        <w:t>PART VI - THE NERVOUS SYSTEM RESET PLAN: Bonus Resources</w:t>
      </w:r>
    </w:p>
    <w:p>
      <w:r>
        <w:br w:type="page"/>
      </w:r>
    </w:p>
    <w:p>
      <w:pPr>
        <w:pStyle w:val="Heading1"/>
        <w:jc w:val="center"/>
      </w:pPr>
      <w:r>
        <w:t>Chapter 21: Your Lifelong Nervous System Maintenance Plan</w:t>
      </w:r>
    </w:p>
    <w:p>
      <w:pPr>
        <w:pStyle w:val="Quote"/>
      </w:pPr>
      <w:r>
        <w:rPr>
          <w:i/>
        </w:rPr>
        <w:t>"Recovery Is Not Something You Finish. It Is Something You Continue To Protect Through Daily Choices That Help Your Body Feel Safe, Supported, And Resilient."</w:t>
      </w:r>
    </w:p>
    <w:p>
      <w:pPr>
        <w:pStyle w:val="Heading3"/>
      </w:pPr>
      <w:r>
        <w:t>Chapter Overview</w:t>
      </w:r>
    </w:p>
    <w:p>
      <w:r>
        <w:t>Finishing this book is an important milestone.</w:t>
      </w:r>
    </w:p>
    <w:p>
      <w:r>
        <w:t>It represents more than completing twenty-one chapters.</w:t>
      </w:r>
    </w:p>
    <w:p>
      <w:r>
        <w:t>It represents a new understanding of how your nervous system works and how you can support it throughout your life.</w:t>
      </w:r>
    </w:p>
    <w:p>
      <w:r>
        <w:t>Many people think recovery ends when symptoms improve.</w:t>
      </w:r>
    </w:p>
    <w:p>
      <w:r>
        <w:t>In reality, that is often when long-term maintenance begins.</w:t>
      </w:r>
    </w:p>
    <w:p>
      <w:r>
        <w:t>Just as brushing your teeth protects your dental health every day, caring for your nervous system protects your emotional and physical health over time.</w:t>
      </w:r>
    </w:p>
    <w:p>
      <w:r>
        <w:t>The goal is not to become someone who never experiences stress.</w:t>
      </w:r>
    </w:p>
    <w:p>
      <w:r>
        <w:t>The goal is to become someone who can recognize stress early, respond wisely, recover consistently, and continue living a meaningful life.</w:t>
      </w:r>
    </w:p>
    <w:p>
      <w:r>
        <w:t>This chapter brings together everything you have learned into a practical lifelong approach that supports resilience for years to come.</w:t>
      </w:r>
    </w:p>
    <w:p>
      <w:pPr>
        <w:pStyle w:val="Heading3"/>
      </w:pPr>
      <w:r>
        <w:t>Recovery Is A Daily Practice</w:t>
      </w:r>
    </w:p>
    <w:p>
      <w:r>
        <w:t>There will never be a day when life stops presenting challenges.</w:t>
      </w:r>
    </w:p>
    <w:p>
      <w:r>
        <w:t>There will still be:</w:t>
      </w:r>
    </w:p>
    <w:p>
      <w:pPr>
        <w:pStyle w:val="ListBullet"/>
      </w:pPr>
      <w:r>
        <w:t>Unexpected Changes.</w:t>
      </w:r>
    </w:p>
    <w:p>
      <w:pPr>
        <w:pStyle w:val="ListBullet"/>
      </w:pPr>
      <w:r>
        <w:t>Busy Workdays.</w:t>
      </w:r>
    </w:p>
    <w:p>
      <w:pPr>
        <w:pStyle w:val="ListBullet"/>
      </w:pPr>
      <w:r>
        <w:t>Family Responsibilities.</w:t>
      </w:r>
    </w:p>
    <w:p>
      <w:pPr>
        <w:pStyle w:val="ListBullet"/>
      </w:pPr>
      <w:r>
        <w:t>Financial Decisions.</w:t>
      </w:r>
    </w:p>
    <w:p>
      <w:pPr>
        <w:pStyle w:val="ListBullet"/>
      </w:pPr>
      <w:r>
        <w:t>Health Concerns.</w:t>
      </w:r>
    </w:p>
    <w:p>
      <w:pPr>
        <w:pStyle w:val="ListBullet"/>
      </w:pPr>
      <w:r>
        <w:t>Difficult Conversations.</w:t>
      </w:r>
    </w:p>
    <w:p>
      <w:pPr>
        <w:pStyle w:val="ListBullet"/>
      </w:pPr>
      <w:r>
        <w:t>Personal Disappointments.</w:t>
      </w:r>
    </w:p>
    <w:p>
      <w:pPr>
        <w:pStyle w:val="ListBullet"/>
      </w:pPr>
      <w:r>
        <w:t>What changes in your response?</w:t>
      </w:r>
    </w:p>
    <w:p>
      <w:r>
        <w:t>Instead of remaining trapped in survival mode, you now have practical tools that help your nervous system return to regulation more efficiently.</w:t>
      </w:r>
    </w:p>
    <w:p>
      <w:r>
        <w:t>Recovery is no longer something you wait for.</w:t>
      </w:r>
    </w:p>
    <w:p>
      <w:r>
        <w:t>It becomes something you intentionally practice.</w:t>
      </w:r>
    </w:p>
    <w:p>
      <w:pPr>
        <w:pStyle w:val="Heading3"/>
      </w:pPr>
      <w:r>
        <w:t>Build Your Non-Negotiable Habits</w:t>
      </w:r>
    </w:p>
    <w:p>
      <w:r>
        <w:t>Every healthy lifestyle has a foundation.</w:t>
      </w:r>
    </w:p>
    <w:p>
      <w:r>
        <w:t>Your nervous system benefits from a small number of habits that remain consistent even during stressful seasons.</w:t>
      </w:r>
    </w:p>
    <w:p>
      <w:r>
        <w:t>Examples include:</w:t>
      </w:r>
    </w:p>
    <w:p>
      <w:pPr>
        <w:pStyle w:val="ListBullet"/>
      </w:pPr>
      <w:r>
        <w:t>Maintaining A Regular Sleep Schedule.</w:t>
      </w:r>
    </w:p>
    <w:p>
      <w:pPr>
        <w:pStyle w:val="ListBullet"/>
      </w:pPr>
      <w:r>
        <w:t>Practicing Slow Breathing Daily.</w:t>
      </w:r>
    </w:p>
    <w:p>
      <w:pPr>
        <w:pStyle w:val="ListBullet"/>
      </w:pPr>
      <w:r>
        <w:t>Moving Your Body Most Days.</w:t>
      </w:r>
    </w:p>
    <w:p>
      <w:pPr>
        <w:pStyle w:val="ListBullet"/>
      </w:pPr>
      <w:r>
        <w:t>Drinking Enough Water.</w:t>
      </w:r>
    </w:p>
    <w:p>
      <w:pPr>
        <w:pStyle w:val="ListBullet"/>
      </w:pPr>
      <w:r>
        <w:t>Eating Balanced Meals.</w:t>
      </w:r>
    </w:p>
    <w:p>
      <w:pPr>
        <w:pStyle w:val="ListBullet"/>
      </w:pPr>
      <w:r>
        <w:t>Protecting Time For Recovery.</w:t>
      </w:r>
    </w:p>
    <w:p>
      <w:pPr>
        <w:pStyle w:val="ListBullet"/>
      </w:pPr>
      <w:r>
        <w:t>Spending Time Outdoors.</w:t>
      </w:r>
    </w:p>
    <w:p>
      <w:pPr>
        <w:pStyle w:val="ListBullet"/>
      </w:pPr>
      <w:r>
        <w:t>Staying Connected To Supportive People.</w:t>
      </w:r>
    </w:p>
    <w:p>
      <w:pPr>
        <w:pStyle w:val="ListBullet"/>
      </w:pPr>
      <w:r>
        <w:t>These habits do not need to be perfect.</w:t>
      </w:r>
    </w:p>
    <w:p>
      <w:pPr>
        <w:pStyle w:val="ListBullet"/>
      </w:pPr>
      <w:r>
        <w:t>They simply need to remain present.</w:t>
      </w:r>
    </w:p>
    <w:p>
      <w:pPr>
        <w:pStyle w:val="Heading3"/>
      </w:pPr>
      <w:r>
        <w:t>Protect Your Recovery Before Stress Arrives</w:t>
      </w:r>
    </w:p>
    <w:p>
      <w:r>
        <w:t>Many people begin caring for themselves only after becoming overwhelmed.</w:t>
      </w:r>
    </w:p>
    <w:p>
      <w:r>
        <w:t>A healthier approach is preventive regulation.</w:t>
      </w:r>
    </w:p>
    <w:p>
      <w:r>
        <w:t>Instead of asking,</w:t>
      </w:r>
    </w:p>
    <w:p>
      <w:pPr>
        <w:pStyle w:val="Heading3"/>
      </w:pPr>
      <w:r>
        <w:t>"How Do I Recover From Burnout?"</w:t>
      </w:r>
    </w:p>
    <w:p>
      <w:r>
        <w:t>Ask,</w:t>
      </w:r>
    </w:p>
    <w:p>
      <w:r>
        <w:rPr>
          <w:i/>
        </w:rPr>
        <w:t>"How Do I Reduce My Chances Of Returning There?"</w:t>
      </w:r>
    </w:p>
    <w:p>
      <w:r>
        <w:t>Preventive recovery may include:</w:t>
      </w:r>
    </w:p>
    <w:p>
      <w:pPr>
        <w:pStyle w:val="ListBullet"/>
      </w:pPr>
      <w:r>
        <w:t>Scheduling Vacation Time Before You Feel Desperate.</w:t>
      </w:r>
    </w:p>
    <w:p>
      <w:pPr>
        <w:pStyle w:val="ListBullet"/>
      </w:pPr>
      <w:r>
        <w:t>Taking Daily Breaks Instead Of Waiting For Exhaustion.</w:t>
      </w:r>
    </w:p>
    <w:p>
      <w:pPr>
        <w:pStyle w:val="ListBullet"/>
      </w:pPr>
      <w:r>
        <w:t>Addressing Small Problems Before They Become Large Ones.</w:t>
      </w:r>
    </w:p>
    <w:p>
      <w:pPr>
        <w:pStyle w:val="ListBullet"/>
      </w:pPr>
      <w:r>
        <w:t>Seeking Support Early Rather Than Waiting Until You Feel Overwhelmed.</w:t>
      </w:r>
    </w:p>
    <w:p>
      <w:pPr>
        <w:pStyle w:val="ListBullet"/>
      </w:pPr>
      <w:r>
        <w:t>Recovery becomes much easier when you respond early.</w:t>
      </w:r>
    </w:p>
    <w:p>
      <w:pPr>
        <w:pStyle w:val="Heading3"/>
      </w:pPr>
      <w:r>
        <w:t>Continue Listening To Your Body</w:t>
      </w:r>
    </w:p>
    <w:p>
      <w:r>
        <w:t>Your body continues communicating every day.</w:t>
      </w:r>
    </w:p>
    <w:p>
      <w:r>
        <w:t>Pay attention to changes such as:</w:t>
      </w:r>
    </w:p>
    <w:p>
      <w:pPr>
        <w:pStyle w:val="ListBullet"/>
      </w:pPr>
      <w:r>
        <w:t>Increased Fatigue.</w:t>
      </w:r>
    </w:p>
    <w:p>
      <w:pPr>
        <w:pStyle w:val="ListBullet"/>
      </w:pPr>
      <w:r>
        <w:t>Poor Sleep.</w:t>
      </w:r>
    </w:p>
    <w:p>
      <w:pPr>
        <w:pStyle w:val="ListBullet"/>
      </w:pPr>
      <w:r>
        <w:t>Frequent Headaches.</w:t>
      </w:r>
    </w:p>
    <w:p>
      <w:pPr>
        <w:pStyle w:val="ListBullet"/>
      </w:pPr>
      <w:r>
        <w:t>Muscle Tightness.</w:t>
      </w:r>
    </w:p>
    <w:p>
      <w:pPr>
        <w:pStyle w:val="ListBullet"/>
      </w:pPr>
      <w:r>
        <w:t>Irritability.</w:t>
      </w:r>
    </w:p>
    <w:p>
      <w:pPr>
        <w:pStyle w:val="ListBullet"/>
      </w:pPr>
      <w:r>
        <w:t>Digestive Changes.</w:t>
      </w:r>
    </w:p>
    <w:p>
      <w:pPr>
        <w:pStyle w:val="ListBullet"/>
      </w:pPr>
      <w:r>
        <w:t>Difficulty Concentrating.</w:t>
      </w:r>
    </w:p>
    <w:p>
      <w:pPr>
        <w:pStyle w:val="ListBullet"/>
      </w:pPr>
      <w:r>
        <w:t>Feeling Emotionally Flat.</w:t>
      </w:r>
    </w:p>
    <w:p>
      <w:pPr>
        <w:pStyle w:val="ListBullet"/>
      </w:pPr>
      <w:r>
        <w:t>Rather than ignoring these signals, become curious.</w:t>
      </w:r>
    </w:p>
    <w:p>
      <w:r>
        <w:t>Ask yourself:</w:t>
      </w:r>
    </w:p>
    <w:p>
      <w:pPr>
        <w:pStyle w:val="ListBullet"/>
      </w:pPr>
      <w:r>
        <w:t>What Has Changed Recently?</w:t>
      </w:r>
    </w:p>
    <w:p>
      <w:pPr>
        <w:pStyle w:val="ListBullet"/>
      </w:pPr>
      <w:r>
        <w:t>Have I Been Resting Enough?</w:t>
      </w:r>
    </w:p>
    <w:p>
      <w:pPr>
        <w:pStyle w:val="ListBullet"/>
      </w:pPr>
      <w:r>
        <w:t>Have I Been Carrying Too Much?</w:t>
      </w:r>
    </w:p>
    <w:p>
      <w:pPr>
        <w:pStyle w:val="ListBullet"/>
      </w:pPr>
      <w:r>
        <w:t>What Does My Body Need Right Now?</w:t>
      </w:r>
    </w:p>
    <w:p>
      <w:pPr>
        <w:pStyle w:val="ListBullet"/>
      </w:pPr>
      <w:r>
        <w:t>Awareness remains one of your greatest strengths.</w:t>
      </w:r>
    </w:p>
    <w:p>
      <w:pPr>
        <w:pStyle w:val="Heading3"/>
      </w:pPr>
      <w:r>
        <w:rPr>
          <w:b/>
        </w:rPr>
        <w:t>RN Insight</w:t>
      </w:r>
    </w:p>
    <w:p>
      <w:pPr>
        <w:pStyle w:val="Quote"/>
      </w:pPr>
      <w:r>
        <w:rPr>
          <w:i/>
        </w:rPr>
        <w:t>Many experienced nurses recognize subtle changes before serious problems develop. A patient may appear slightly more fatigued, less engaged, or more uncomfortable long before significant complications occur. The same principle applies to your own health. Learning to recognize small changes early often allows you to respond before your nervous system becomes overwhelmed.</w:t>
      </w:r>
    </w:p>
    <w:p>
      <w:pPr>
        <w:pStyle w:val="Heading3"/>
      </w:pPr>
      <w:r>
        <w:t>Conduct A Weekly Recovery Check-In</w:t>
      </w:r>
    </w:p>
    <w:p>
      <w:r>
        <w:t>Choose one day each week to review your overall well-being.</w:t>
      </w:r>
    </w:p>
    <w:p>
      <w:r>
        <w:t>Ask yourself:</w:t>
      </w:r>
    </w:p>
    <w:p>
      <w:pPr>
        <w:pStyle w:val="Heading3"/>
      </w:pPr>
      <w:r>
        <w:t>Physical Health</w:t>
      </w:r>
    </w:p>
    <w:p>
      <w:pPr>
        <w:pStyle w:val="ListBullet"/>
      </w:pPr>
      <w:r>
        <w:t>Am I Sleeping Well?</w:t>
      </w:r>
    </w:p>
    <w:p>
      <w:pPr>
        <w:pStyle w:val="ListBullet"/>
      </w:pPr>
      <w:r>
        <w:t>Do I Feel Rested?</w:t>
      </w:r>
    </w:p>
    <w:p>
      <w:pPr>
        <w:pStyle w:val="ListBullet"/>
      </w:pPr>
      <w:r>
        <w:t>Have I Been Moving Regularly?</w:t>
      </w:r>
    </w:p>
    <w:p>
      <w:pPr>
        <w:pStyle w:val="ListBullet"/>
      </w:pPr>
      <w:r>
        <w:t>Am I Eating Consistently?</w:t>
      </w:r>
    </w:p>
    <w:p>
      <w:pPr>
        <w:pStyle w:val="Heading3"/>
      </w:pPr>
      <w:r>
        <w:t>Emotional Health</w:t>
      </w:r>
    </w:p>
    <w:p>
      <w:pPr>
        <w:pStyle w:val="ListBullet"/>
      </w:pPr>
      <w:r>
        <w:t>How Have My Stress Levels Been?</w:t>
      </w:r>
    </w:p>
    <w:p>
      <w:pPr>
        <w:pStyle w:val="ListBullet"/>
      </w:pPr>
      <w:r>
        <w:t>Have I Felt Calm More Often Than Overwhelmed?</w:t>
      </w:r>
    </w:p>
    <w:p>
      <w:pPr>
        <w:pStyle w:val="ListBullet"/>
      </w:pPr>
      <w:r>
        <w:t>Have I Been Enjoying Life?</w:t>
      </w:r>
    </w:p>
    <w:p>
      <w:pPr>
        <w:pStyle w:val="Heading3"/>
      </w:pPr>
      <w:r>
        <w:t>Mental Health</w:t>
      </w:r>
    </w:p>
    <w:p>
      <w:pPr>
        <w:pStyle w:val="ListBullet"/>
      </w:pPr>
      <w:r>
        <w:t>Have My Thoughts Been Balanced?</w:t>
      </w:r>
    </w:p>
    <w:p>
      <w:pPr>
        <w:pStyle w:val="ListBullet"/>
      </w:pPr>
      <w:r>
        <w:t>Am I Constantly Worrying?</w:t>
      </w:r>
    </w:p>
    <w:p>
      <w:pPr>
        <w:pStyle w:val="ListBullet"/>
      </w:pPr>
      <w:r>
        <w:t>Have I Been Able To Focus?</w:t>
      </w:r>
    </w:p>
    <w:p>
      <w:pPr>
        <w:pStyle w:val="Heading3"/>
      </w:pPr>
      <w:r>
        <w:t>Social Health</w:t>
      </w:r>
    </w:p>
    <w:p>
      <w:pPr>
        <w:pStyle w:val="ListBullet"/>
      </w:pPr>
      <w:r>
        <w:t>Have I Connected With Supportive People?</w:t>
      </w:r>
    </w:p>
    <w:p>
      <w:pPr>
        <w:pStyle w:val="ListBullet"/>
      </w:pPr>
      <w:r>
        <w:t>Have I Protected Healthy Boundaries?</w:t>
      </w:r>
    </w:p>
    <w:p>
      <w:pPr>
        <w:pStyle w:val="ListBullet"/>
      </w:pPr>
      <w:r>
        <w:t>Have I Asked For Help When Needed?</w:t>
      </w:r>
    </w:p>
    <w:p>
      <w:r>
        <w:t>These brief reflections help you identify concerns before they become larger challenges.</w:t>
      </w:r>
    </w:p>
    <w:p>
      <w:pPr>
        <w:pStyle w:val="Heading3"/>
      </w:pPr>
      <w:r>
        <w:t>Adjust Rather Than Quit</w:t>
      </w:r>
    </w:p>
    <w:p>
      <w:r>
        <w:t>Life changes.</w:t>
      </w:r>
    </w:p>
    <w:p>
      <w:r>
        <w:t>Your recovery plan should change with it.</w:t>
      </w:r>
    </w:p>
    <w:p>
      <w:r>
        <w:t>During busy seasons, you may need:</w:t>
      </w:r>
    </w:p>
    <w:p>
      <w:pPr>
        <w:pStyle w:val="ListBullet"/>
      </w:pPr>
      <w:r>
        <w:t>More Sleep.</w:t>
      </w:r>
    </w:p>
    <w:p>
      <w:pPr>
        <w:pStyle w:val="ListBullet"/>
      </w:pPr>
      <w:r>
        <w:t>Shorter Workdays.</w:t>
      </w:r>
    </w:p>
    <w:p>
      <w:pPr>
        <w:pStyle w:val="ListBullet"/>
      </w:pPr>
      <w:r>
        <w:t>Fewer Commitments.</w:t>
      </w:r>
    </w:p>
    <w:p>
      <w:pPr>
        <w:pStyle w:val="ListBullet"/>
      </w:pPr>
      <w:r>
        <w:t>Additional Support.</w:t>
      </w:r>
    </w:p>
    <w:p>
      <w:pPr>
        <w:pStyle w:val="ListBullet"/>
      </w:pPr>
      <w:r>
        <w:t>Simpler Goals.</w:t>
      </w:r>
    </w:p>
    <w:p>
      <w:r>
        <w:t>Avoid thinking:</w:t>
      </w:r>
    </w:p>
    <w:p>
      <w:pPr>
        <w:pStyle w:val="Heading3"/>
      </w:pPr>
      <w:r>
        <w:t>"I Can't Do Everything, So I'll Do Nothing."</w:t>
      </w:r>
    </w:p>
    <w:p>
      <w:r>
        <w:t>Instead ask:</w:t>
      </w:r>
    </w:p>
    <w:p>
      <w:pPr>
        <w:pStyle w:val="Heading3"/>
      </w:pPr>
      <w:r>
        <w:t>"What Is Realistic Right Now?"</w:t>
      </w:r>
    </w:p>
    <w:p>
      <w:r>
        <w:t>Small adjustments preserve long-term consistency.</w:t>
      </w:r>
    </w:p>
    <w:p>
      <w:pPr>
        <w:pStyle w:val="Heading3"/>
      </w:pPr>
      <w:r>
        <w:t>Continue Learning</w:t>
      </w:r>
    </w:p>
    <w:p>
      <w:r>
        <w:t>The science of stress, sleep, mental health, and nervous system regulation continues evolving.</w:t>
      </w:r>
    </w:p>
    <w:p>
      <w:r>
        <w:t>Stay curious.</w:t>
      </w:r>
    </w:p>
    <w:p>
      <w:r>
        <w:t>Continue learning from:</w:t>
      </w:r>
    </w:p>
    <w:p>
      <w:pPr>
        <w:pStyle w:val="ListBullet"/>
      </w:pPr>
      <w:r>
        <w:t>Trusted Healthcare Professionals.</w:t>
      </w:r>
    </w:p>
    <w:p>
      <w:pPr>
        <w:pStyle w:val="ListBullet"/>
      </w:pPr>
      <w:r>
        <w:t>Evidence-Informed Books.</w:t>
      </w:r>
    </w:p>
    <w:p>
      <w:pPr>
        <w:pStyle w:val="ListBullet"/>
      </w:pPr>
      <w:r>
        <w:t>Reputable Educational Resources.</w:t>
      </w:r>
    </w:p>
    <w:p>
      <w:pPr>
        <w:pStyle w:val="ListBullet"/>
      </w:pPr>
      <w:r>
        <w:t>Support Groups.</w:t>
      </w:r>
    </w:p>
    <w:p>
      <w:pPr>
        <w:pStyle w:val="ListBullet"/>
      </w:pPr>
      <w:r>
        <w:t>Wellness Programs.</w:t>
      </w:r>
    </w:p>
    <w:p>
      <w:pPr>
        <w:pStyle w:val="ListBullet"/>
      </w:pPr>
      <w:r>
        <w:t>Professional Counseling When Appropriate.</w:t>
      </w:r>
    </w:p>
    <w:p>
      <w:pPr>
        <w:pStyle w:val="ListBullet"/>
      </w:pPr>
      <w:r>
        <w:t>Learning keeps your recovery growing.</w:t>
      </w:r>
    </w:p>
    <w:p>
      <w:pPr>
        <w:pStyle w:val="Heading3"/>
      </w:pPr>
      <w:r>
        <w:t>Teach Others What You Have Learned</w:t>
      </w:r>
    </w:p>
    <w:p>
      <w:r>
        <w:t>One meaningful way to strengthen your own understanding is to share healthy habits with others.</w:t>
      </w:r>
    </w:p>
    <w:p>
      <w:r>
        <w:t>You might encourage:</w:t>
      </w:r>
    </w:p>
    <w:p>
      <w:pPr>
        <w:pStyle w:val="ListBullet"/>
      </w:pPr>
      <w:r>
        <w:t>Family Members.</w:t>
      </w:r>
    </w:p>
    <w:p>
      <w:pPr>
        <w:pStyle w:val="ListBullet"/>
      </w:pPr>
      <w:r>
        <w:t>Friends.</w:t>
      </w:r>
    </w:p>
    <w:p>
      <w:pPr>
        <w:pStyle w:val="ListBullet"/>
      </w:pPr>
      <w:r>
        <w:t>Coworkers.</w:t>
      </w:r>
    </w:p>
    <w:p>
      <w:pPr>
        <w:pStyle w:val="ListBullet"/>
      </w:pPr>
      <w:r>
        <w:t>Caregivers.</w:t>
      </w:r>
    </w:p>
    <w:p>
      <w:pPr>
        <w:pStyle w:val="ListBullet"/>
      </w:pPr>
      <w:r>
        <w:t>Children.</w:t>
      </w:r>
    </w:p>
    <w:p>
      <w:pPr>
        <w:pStyle w:val="ListBullet"/>
      </w:pPr>
      <w:r>
        <w:t>You do not need to become an expert.</w:t>
      </w:r>
    </w:p>
    <w:p>
      <w:pPr>
        <w:pStyle w:val="ListBullet"/>
      </w:pPr>
      <w:r>
        <w:t>Simply modeling healthy recovery habits can positively influence the people around you.</w:t>
      </w:r>
    </w:p>
    <w:p>
      <w:r>
        <w:t>Examples include:</w:t>
      </w:r>
    </w:p>
    <w:p>
      <w:pPr>
        <w:pStyle w:val="ListBullet"/>
      </w:pPr>
      <w:r>
        <w:t>Taking Breaks.</w:t>
      </w:r>
    </w:p>
    <w:p>
      <w:pPr>
        <w:pStyle w:val="ListBullet"/>
      </w:pPr>
      <w:r>
        <w:t>Protecting Sleep.</w:t>
      </w:r>
    </w:p>
    <w:p>
      <w:pPr>
        <w:pStyle w:val="ListBullet"/>
      </w:pPr>
      <w:r>
        <w:t>Setting Boundaries.</w:t>
      </w:r>
    </w:p>
    <w:p>
      <w:pPr>
        <w:pStyle w:val="ListBullet"/>
      </w:pPr>
      <w:r>
        <w:t>Speaking Kindly To Yourself.</w:t>
      </w:r>
    </w:p>
    <w:p>
      <w:pPr>
        <w:pStyle w:val="ListBullet"/>
      </w:pPr>
      <w:r>
        <w:t>Managing Stress Calmly.</w:t>
      </w:r>
    </w:p>
    <w:p>
      <w:pPr>
        <w:pStyle w:val="ListBullet"/>
      </w:pPr>
      <w:r>
        <w:t>Healthy behaviors are often contagious.</w:t>
      </w:r>
    </w:p>
    <w:p>
      <w:pPr>
        <w:pStyle w:val="Heading3"/>
      </w:pPr>
      <w:r>
        <w:rPr>
          <w:b/>
        </w:rPr>
        <w:t>Bedside Example</w:t>
      </w:r>
    </w:p>
    <w:p>
      <w:pPr>
        <w:pStyle w:val="Quote"/>
      </w:pPr>
      <w:r>
        <w:rPr>
          <w:i/>
        </w:rPr>
        <w:t>I once cared for a patient who made remarkable progress after recovering from years of chronic stress. Several months later, he returned—not because he was struggling again, but to thank the healthcare team.</w:t>
      </w:r>
    </w:p>
    <w:p>
      <w:pPr>
        <w:pStyle w:val="Quote"/>
      </w:pPr>
      <w:r>
        <w:rPr>
          <w:i/>
        </w:rPr>
        <w:t>He shared something unexpected.</w:t>
      </w:r>
    </w:p>
    <w:p>
      <w:pPr>
        <w:pStyle w:val="Quote"/>
      </w:pPr>
      <w:r>
        <w:rPr>
          <w:i/>
        </w:rPr>
        <w:t>His family had started taking evening walks together.</w:t>
      </w:r>
    </w:p>
    <w:p>
      <w:pPr>
        <w:pStyle w:val="Quote"/>
      </w:pPr>
      <w:r>
        <w:rPr>
          <w:i/>
        </w:rPr>
        <w:t>His wife had improved her sleep routine.</w:t>
      </w:r>
    </w:p>
    <w:p>
      <w:pPr>
        <w:pStyle w:val="Quote"/>
      </w:pPr>
      <w:r>
        <w:rPr>
          <w:i/>
        </w:rPr>
        <w:t>His teenage daughter had begun practicing breathing exercises before school examinations.</w:t>
      </w:r>
    </w:p>
    <w:p>
      <w:pPr>
        <w:pStyle w:val="Quote"/>
      </w:pPr>
      <w:r>
        <w:rPr>
          <w:i/>
        </w:rPr>
        <w:t>His recovery had quietly influenced the people he loved.</w:t>
      </w:r>
    </w:p>
    <w:p>
      <w:pPr>
        <w:pStyle w:val="Quote"/>
      </w:pPr>
      <w:r>
        <w:rPr>
          <w:i/>
        </w:rPr>
        <w:t>Healing often spreads farther than we realize.</w:t>
      </w:r>
    </w:p>
    <w:p>
      <w:pPr>
        <w:pStyle w:val="Heading3"/>
      </w:pPr>
      <w:r>
        <w:t>Accept That Some Seasons Will Be Harder</w:t>
      </w:r>
    </w:p>
    <w:p>
      <w:r>
        <w:t>There may be periods when your nervous system feels more challenged.</w:t>
      </w:r>
    </w:p>
    <w:p>
      <w:r>
        <w:t>This does not mean you have failed.</w:t>
      </w:r>
    </w:p>
    <w:p>
      <w:r>
        <w:t>Examples include:</w:t>
      </w:r>
    </w:p>
    <w:p>
      <w:pPr>
        <w:pStyle w:val="ListBullet"/>
      </w:pPr>
      <w:r>
        <w:t>Grief.</w:t>
      </w:r>
    </w:p>
    <w:p>
      <w:pPr>
        <w:pStyle w:val="ListBullet"/>
      </w:pPr>
      <w:r>
        <w:t>Illness.</w:t>
      </w:r>
    </w:p>
    <w:p>
      <w:pPr>
        <w:pStyle w:val="ListBullet"/>
      </w:pPr>
      <w:r>
        <w:t>Career Changes.</w:t>
      </w:r>
    </w:p>
    <w:p>
      <w:pPr>
        <w:pStyle w:val="ListBullet"/>
      </w:pPr>
      <w:r>
        <w:t>Caring For Aging Parents.</w:t>
      </w:r>
    </w:p>
    <w:p>
      <w:pPr>
        <w:pStyle w:val="ListBullet"/>
      </w:pPr>
      <w:r>
        <w:t>Parenting Young Children.</w:t>
      </w:r>
    </w:p>
    <w:p>
      <w:pPr>
        <w:pStyle w:val="ListBullet"/>
      </w:pPr>
      <w:r>
        <w:t>Major Life Transitions.</w:t>
      </w:r>
    </w:p>
    <w:p>
      <w:pPr>
        <w:pStyle w:val="ListBullet"/>
      </w:pPr>
      <w:r>
        <w:t>During these seasons, simplify your expectations.</w:t>
      </w:r>
    </w:p>
    <w:p>
      <w:pPr>
        <w:pStyle w:val="ListBullet"/>
      </w:pPr>
      <w:r>
        <w:t>Focus on your foundations.</w:t>
      </w:r>
    </w:p>
    <w:p>
      <w:pPr>
        <w:pStyle w:val="ListBullet"/>
      </w:pPr>
      <w:r>
        <w:t>Continue asking for support when needed.</w:t>
      </w:r>
    </w:p>
    <w:p>
      <w:pPr>
        <w:pStyle w:val="ListBullet"/>
      </w:pPr>
      <w:r>
        <w:t>Trust that difficult seasons eventually change.</w:t>
      </w:r>
    </w:p>
    <w:p>
      <w:pPr>
        <w:pStyle w:val="Heading3"/>
      </w:pPr>
      <w:r>
        <w:t>Redefine Success</w:t>
      </w:r>
    </w:p>
    <w:p>
      <w:r>
        <w:t>Success is no longer measured by how much you accomplish.</w:t>
      </w:r>
    </w:p>
    <w:p>
      <w:r>
        <w:t>Instead, success may look like:</w:t>
      </w:r>
    </w:p>
    <w:p>
      <w:pPr>
        <w:pStyle w:val="ListBullet"/>
      </w:pPr>
      <w:r>
        <w:t>Sleeping Well.</w:t>
      </w:r>
    </w:p>
    <w:p>
      <w:pPr>
        <w:pStyle w:val="ListBullet"/>
      </w:pPr>
      <w:r>
        <w:t>Recovering Faster.</w:t>
      </w:r>
    </w:p>
    <w:p>
      <w:pPr>
        <w:pStyle w:val="ListBullet"/>
      </w:pPr>
      <w:r>
        <w:t>Feeling Present.</w:t>
      </w:r>
    </w:p>
    <w:p>
      <w:pPr>
        <w:pStyle w:val="ListBullet"/>
      </w:pPr>
      <w:r>
        <w:t>Laughing More Often.</w:t>
      </w:r>
    </w:p>
    <w:p>
      <w:pPr>
        <w:pStyle w:val="ListBullet"/>
      </w:pPr>
      <w:r>
        <w:t>Having Healthy Relationships.</w:t>
      </w:r>
    </w:p>
    <w:p>
      <w:pPr>
        <w:pStyle w:val="ListBullet"/>
      </w:pPr>
      <w:r>
        <w:t>Protecting Your Peace.</w:t>
      </w:r>
    </w:p>
    <w:p>
      <w:pPr>
        <w:pStyle w:val="ListBullet"/>
      </w:pPr>
      <w:r>
        <w:t>Maintaining Your Health.</w:t>
      </w:r>
    </w:p>
    <w:p>
      <w:pPr>
        <w:pStyle w:val="ListBullet"/>
      </w:pPr>
      <w:r>
        <w:t>Living According To Your Values.</w:t>
      </w:r>
    </w:p>
    <w:p>
      <w:pPr>
        <w:pStyle w:val="ListBullet"/>
      </w:pPr>
      <w:r>
        <w:t>These outcomes reflect genuine resilience.</w:t>
      </w:r>
    </w:p>
    <w:p>
      <w:pPr>
        <w:pStyle w:val="Heading3"/>
      </w:pPr>
      <w:r>
        <w:rPr>
          <w:b/>
        </w:rPr>
        <w:t>RN Insight</w:t>
      </w:r>
    </w:p>
    <w:p>
      <w:pPr>
        <w:pStyle w:val="Quote"/>
      </w:pPr>
      <w:r>
        <w:rPr>
          <w:i/>
        </w:rPr>
        <w:t>Some of the healthiest people I have cared for were not those with the least stress. They were the ones who recovered well. They rested when needed, accepted help without shame, followed through with healthy routines, and adapted when life changed. Resilience is not about avoiding challenges. It is about responding to them with wisdom and flexibility.</w:t>
      </w:r>
    </w:p>
    <w:p>
      <w:pPr>
        <w:pStyle w:val="Heading3"/>
      </w:pPr>
      <w:r>
        <w:t>Leave Survival Mode Behind</w:t>
      </w:r>
    </w:p>
    <w:p>
      <w:r>
        <w:t>Throughout this book, you have discovered an important truth.</w:t>
      </w:r>
    </w:p>
    <w:p>
      <w:r>
        <w:t>Your nervous system was never trying to make your life difficult.</w:t>
      </w:r>
    </w:p>
    <w:p>
      <w:r>
        <w:t>It was trying to protect you.</w:t>
      </w:r>
    </w:p>
    <w:p>
      <w:r>
        <w:t>Now you have the opportunity to teach something new.</w:t>
      </w:r>
    </w:p>
    <w:p>
      <w:r>
        <w:t>That many moments are safe.</w:t>
      </w:r>
    </w:p>
    <w:p>
      <w:r>
        <w:t>That rest is productive.</w:t>
      </w:r>
    </w:p>
    <w:p>
      <w:r>
        <w:t>That recovery is essential.</w:t>
      </w:r>
    </w:p>
    <w:p>
      <w:r>
        <w:t>That calm can become familiar again.</w:t>
      </w:r>
    </w:p>
    <w:p>
      <w:r>
        <w:t>That healing is possible.</w:t>
      </w:r>
    </w:p>
    <w:p>
      <w:r>
        <w:t>Every day you practice healthy regulation, you reinforce those lessons.</w:t>
      </w:r>
    </w:p>
    <w:p>
      <w:r>
        <w:t>Over time, survival mode becomes less familiar.</w:t>
      </w:r>
    </w:p>
    <w:p>
      <w:r>
        <w:t>Living becomes more familiar.</w:t>
      </w:r>
    </w:p>
    <w:p>
      <w:pPr>
        <w:pStyle w:val="Heading3"/>
      </w:pPr>
      <w:r>
        <w:t>Your Commitment Moving Forward</w:t>
      </w:r>
    </w:p>
    <w:p>
      <w:r>
        <w:t>As you close this book, consider making the following commitments:</w:t>
      </w:r>
    </w:p>
    <w:p>
      <w:pPr>
        <w:pStyle w:val="ListBullet"/>
      </w:pPr>
      <w:r>
        <w:t>I Will Listen To My Body Without Judgment.</w:t>
      </w:r>
    </w:p>
    <w:p>
      <w:pPr>
        <w:pStyle w:val="ListBullet"/>
      </w:pPr>
      <w:r>
        <w:t>I Will Protect My Sleep Whenever Possible.</w:t>
      </w:r>
    </w:p>
    <w:p>
      <w:pPr>
        <w:pStyle w:val="ListBullet"/>
      </w:pPr>
      <w:r>
        <w:t>I Will Practice Recovery Before Exhaustion.</w:t>
      </w:r>
    </w:p>
    <w:p>
      <w:pPr>
        <w:pStyle w:val="ListBullet"/>
      </w:pPr>
      <w:r>
        <w:t>I Will Respect My Limits Without Feeling Guilty.</w:t>
      </w:r>
    </w:p>
    <w:p>
      <w:pPr>
        <w:pStyle w:val="ListBullet"/>
      </w:pPr>
      <w:r>
        <w:t>I Will Seek Professional Help When Appropriate.</w:t>
      </w:r>
    </w:p>
    <w:p>
      <w:pPr>
        <w:pStyle w:val="ListBullet"/>
      </w:pPr>
      <w:r>
        <w:t>I Will Choose Consistency Over Perfection.</w:t>
      </w:r>
    </w:p>
    <w:p>
      <w:pPr>
        <w:pStyle w:val="ListBullet"/>
      </w:pPr>
      <w:r>
        <w:t>I Will Continue Building A Life That Supports My Nervous System.</w:t>
      </w:r>
    </w:p>
    <w:p>
      <w:pPr>
        <w:pStyle w:val="ListBullet"/>
      </w:pPr>
      <w:r>
        <w:t>These commitments are not about perfection.</w:t>
      </w:r>
    </w:p>
    <w:p>
      <w:pPr>
        <w:pStyle w:val="ListBullet"/>
      </w:pPr>
      <w:r>
        <w:t>They are about intention.</w:t>
      </w:r>
    </w:p>
    <w:p>
      <w:pPr>
        <w:pStyle w:val="Heading3"/>
      </w:pPr>
      <w:r>
        <w:t>Key Takeaways</w:t>
      </w:r>
    </w:p>
    <w:p>
      <w:pPr>
        <w:pStyle w:val="ListBullet"/>
      </w:pPr>
      <w:r>
        <w:t>Nervous System Recovery Is A Lifelong Practice Rather Than A One-Time Achievement.</w:t>
      </w:r>
    </w:p>
    <w:p>
      <w:pPr>
        <w:pStyle w:val="ListBullet"/>
      </w:pPr>
      <w:r>
        <w:t>Small Daily Habits Protect Long-Term Physical And Emotional Health.</w:t>
      </w:r>
    </w:p>
    <w:p>
      <w:pPr>
        <w:pStyle w:val="ListBullet"/>
      </w:pPr>
      <w:r>
        <w:t>Early Awareness Prevents Many Stress-Related Setbacks.</w:t>
      </w:r>
    </w:p>
    <w:p>
      <w:pPr>
        <w:pStyle w:val="ListBullet"/>
      </w:pPr>
      <w:r>
        <w:t>Weekly Self-Reflection Helps You Stay Connected To Your Needs.</w:t>
      </w:r>
    </w:p>
    <w:p>
      <w:pPr>
        <w:pStyle w:val="ListBullet"/>
      </w:pPr>
      <w:r>
        <w:t>Recovery Plans Should Adapt As Life Changes.</w:t>
      </w:r>
    </w:p>
    <w:p>
      <w:pPr>
        <w:pStyle w:val="ListBullet"/>
      </w:pPr>
      <w:r>
        <w:t>Seeking Help Is A Healthy Part Of Long-Term Wellness.</w:t>
      </w:r>
    </w:p>
    <w:p>
      <w:pPr>
        <w:pStyle w:val="ListBullet"/>
      </w:pPr>
      <w:r>
        <w:t>Sustainable Resilience Is Built Through Consistent Care, Self-Compassion, And Repeated Signals Of Safety.</w:t>
      </w:r>
    </w:p>
    <w:p>
      <w:pPr>
        <w:pStyle w:val="Heading3"/>
      </w:pPr>
      <w:r>
        <w:t>Final Chapter Reflection</w:t>
      </w:r>
    </w:p>
    <w:p>
      <w:r>
        <w:t>As You Complete This Book, Spend A Few Quiet Moments Reflecting On These Questions.</w:t>
      </w:r>
    </w:p>
    <w:p>
      <w:pPr>
        <w:pStyle w:val="ListBullet"/>
      </w:pPr>
      <w:r>
        <w:t>Which Habit From This Book Will Become Part Of My Daily Life?</w:t>
      </w:r>
    </w:p>
    <w:p>
      <w:pPr>
        <w:pStyle w:val="ListBullet"/>
      </w:pPr>
      <w:r>
        <w:t>How Will I Recognize Early Signs That My Nervous System Needs More Support?</w:t>
      </w:r>
    </w:p>
    <w:p>
      <w:pPr>
        <w:pStyle w:val="ListBullet"/>
      </w:pPr>
      <w:r>
        <w:t>What Kind Of Environment Do I Want To Create For My Mind And Body?</w:t>
      </w:r>
    </w:p>
    <w:p>
      <w:pPr>
        <w:pStyle w:val="ListBullet"/>
      </w:pPr>
      <w:r>
        <w:t>How Will I Continue Protecting My Health During Busy Seasons?</w:t>
      </w:r>
    </w:p>
    <w:p>
      <w:pPr>
        <w:pStyle w:val="ListBullet"/>
      </w:pPr>
      <w:r>
        <w:t>What Does Living Beyond Survival Mode Mean To Me Personally?</w:t>
      </w:r>
    </w:p>
    <w:p>
      <w:r>
        <w:t>Remember that healing is not measured by never experiencing stress again. It is measured by your growing ability to recognize stress, respond with wisdom, recover with intention, and continue living with greater calm, resilience, purpose, and hope. Every small step you take reinforces a powerful message to your nervous system:</w:t>
      </w:r>
    </w:p>
    <w:p>
      <w:r>
        <w:rPr>
          <w:b/>
        </w:rPr>
        <w:t>You Are Safe Enough To Live, Not Just Survive.</w:t>
      </w:r>
    </w:p>
    <w:p>
      <w:r>
        <w:br w:type="page"/>
      </w:r>
    </w:p>
    <w:p>
      <w:pPr>
        <w:pStyle w:val="Heading1"/>
        <w:jc w:val="center"/>
      </w:pPr>
      <w:r>
        <w:t>Chapter 22: The Science of Hope: Why Your Nervous System Can Continue to Heal</w:t>
      </w:r>
    </w:p>
    <w:p>
      <w:pPr>
        <w:pStyle w:val="Quote"/>
      </w:pPr>
      <w:r>
        <w:rPr>
          <w:i/>
        </w:rPr>
        <w:t>"Hope Is Not Wishful Thinking. It Is The Recognition That The Human Brain And Nervous System Remain Capable Of Learning, Adapting, And Recovering Throughout Life."</w:t>
      </w:r>
    </w:p>
    <w:p>
      <w:pPr>
        <w:pStyle w:val="Heading3"/>
      </w:pPr>
      <w:r>
        <w:t>Chapter Overview</w:t>
      </w:r>
    </w:p>
    <w:p>
      <w:r>
        <w:t>If you remember only one message from this entire book, let it be this:</w:t>
      </w:r>
    </w:p>
    <w:p>
      <w:r>
        <w:rPr>
          <w:b/>
        </w:rPr>
        <w:t>Your nervous system is not permanently stuck.</w:t>
      </w:r>
    </w:p>
    <w:p>
      <w:r>
        <w:t>After months—or even years—of chronic stress, many people begin believing that feeling exhausted, anxious, tense, or emotionally overwhelmed is simply who they are.</w:t>
      </w:r>
    </w:p>
    <w:p>
      <w:r>
        <w:t>They stop expecting improvement.</w:t>
      </w:r>
    </w:p>
    <w:p>
      <w:r>
        <w:t>They lower their expectations.</w:t>
      </w:r>
    </w:p>
    <w:p>
      <w:r>
        <w:t>They survive.</w:t>
      </w:r>
    </w:p>
    <w:p>
      <w:r>
        <w:t>But survival is not the same as healing.</w:t>
      </w:r>
    </w:p>
    <w:p>
      <w:r>
        <w:t>Throughout this book, you have learned that your nervous system is designed to adapt.</w:t>
      </w:r>
    </w:p>
    <w:p>
      <w:r>
        <w:t>The same ability that allowed it to learn about chronic stress also allows it to learn to regulate.</w:t>
      </w:r>
    </w:p>
    <w:p>
      <w:r>
        <w:t>This final chapter is about hope.</w:t>
      </w:r>
    </w:p>
    <w:p>
      <w:r>
        <w:t>Not an unrealistic hope.</w:t>
      </w:r>
    </w:p>
    <w:p>
      <w:r>
        <w:t>Not false promises.</w:t>
      </w:r>
    </w:p>
    <w:p>
      <w:r>
        <w:t>But evidence-informed hope is based on one remarkable truth:</w:t>
      </w:r>
    </w:p>
    <w:p>
      <w:r>
        <w:rPr>
          <w:b/>
        </w:rPr>
        <w:t>The human body has an extraordinary capacity to change when it repeatedly experiences conditions that support healing.</w:t>
      </w:r>
    </w:p>
    <w:p>
      <w:pPr>
        <w:pStyle w:val="Heading3"/>
      </w:pPr>
      <w:r>
        <w:t>Your Brain Is Designed To Adapt</w:t>
      </w:r>
    </w:p>
    <w:p>
      <w:r>
        <w:t>One of the greatest discoveries in modern neuroscience is that the brain continues changing throughout life.</w:t>
      </w:r>
    </w:p>
    <w:p>
      <w:r>
        <w:t xml:space="preserve">This ability is called </w:t>
      </w:r>
      <w:r>
        <w:rPr>
          <w:b/>
        </w:rPr>
        <w:t>neuroplasticity</w:t>
      </w:r>
      <w:r>
        <w:t>.</w:t>
      </w:r>
    </w:p>
    <w:p>
      <w:r>
        <w:t>Neuroplasticity means the brain can:</w:t>
      </w:r>
    </w:p>
    <w:p>
      <w:pPr>
        <w:pStyle w:val="ListBullet"/>
      </w:pPr>
      <w:r>
        <w:t>Strengthen New Connections.</w:t>
      </w:r>
    </w:p>
    <w:p>
      <w:pPr>
        <w:pStyle w:val="ListBullet"/>
      </w:pPr>
      <w:r>
        <w:t>Modify Existing Pathways.</w:t>
      </w:r>
    </w:p>
    <w:p>
      <w:pPr>
        <w:pStyle w:val="ListBullet"/>
      </w:pPr>
      <w:r>
        <w:t>Learn New Skills.</w:t>
      </w:r>
    </w:p>
    <w:p>
      <w:pPr>
        <w:pStyle w:val="ListBullet"/>
      </w:pPr>
      <w:r>
        <w:t>Develop New Habits.</w:t>
      </w:r>
    </w:p>
    <w:p>
      <w:pPr>
        <w:pStyle w:val="ListBullet"/>
      </w:pPr>
      <w:r>
        <w:t>Adapt To New Experiences.</w:t>
      </w:r>
    </w:p>
    <w:p>
      <w:pPr>
        <w:pStyle w:val="ListBullet"/>
      </w:pPr>
      <w:r>
        <w:t>Every repeated experience teaches your brain something.</w:t>
      </w:r>
    </w:p>
    <w:p>
      <w:r>
        <w:t>The question becomes:</w:t>
      </w:r>
    </w:p>
    <w:p>
      <w:r>
        <w:rPr>
          <w:b/>
        </w:rPr>
        <w:t>What Are You Teaching It Every Day?</w:t>
      </w:r>
    </w:p>
    <w:p>
      <w:pPr>
        <w:pStyle w:val="Heading3"/>
      </w:pPr>
      <w:r>
        <w:t>Survival Was Never Meant To Be Permanent</w:t>
      </w:r>
    </w:p>
    <w:p>
      <w:r>
        <w:t>The stress response is one of the greatest survival systems ever developed.</w:t>
      </w:r>
    </w:p>
    <w:p>
      <w:r>
        <w:t>Without it, human beings would not have survived.</w:t>
      </w:r>
    </w:p>
    <w:p>
      <w:r>
        <w:t>It allows you to:</w:t>
      </w:r>
    </w:p>
    <w:p>
      <w:pPr>
        <w:pStyle w:val="ListBullet"/>
      </w:pPr>
      <w:r>
        <w:t>React Quickly.</w:t>
      </w:r>
    </w:p>
    <w:p>
      <w:pPr>
        <w:pStyle w:val="ListBullet"/>
      </w:pPr>
      <w:r>
        <w:t>Escape Danger.</w:t>
      </w:r>
    </w:p>
    <w:p>
      <w:pPr>
        <w:pStyle w:val="ListBullet"/>
      </w:pPr>
      <w:r>
        <w:t>Protect Yourself.</w:t>
      </w:r>
    </w:p>
    <w:p>
      <w:pPr>
        <w:pStyle w:val="ListBullet"/>
      </w:pPr>
      <w:r>
        <w:t>Respond During Emergencies.</w:t>
      </w:r>
    </w:p>
    <w:p>
      <w:pPr>
        <w:pStyle w:val="ListBullet"/>
      </w:pPr>
      <w:r>
        <w:t>The problem is not the stress response itself.</w:t>
      </w:r>
    </w:p>
    <w:p>
      <w:pPr>
        <w:pStyle w:val="ListBullet"/>
      </w:pPr>
      <w:r>
        <w:t>The problem is that it remains there long after the danger has passed.</w:t>
      </w:r>
    </w:p>
    <w:p>
      <w:r>
        <w:t>Your nervous system was designed to move between:</w:t>
      </w:r>
    </w:p>
    <w:p>
      <w:pPr>
        <w:pStyle w:val="ListBullet"/>
      </w:pPr>
      <w:r>
        <w:t>Activation.</w:t>
      </w:r>
    </w:p>
    <w:p>
      <w:pPr>
        <w:pStyle w:val="ListBullet"/>
      </w:pPr>
      <w:r>
        <w:t>Recovery.</w:t>
      </w:r>
    </w:p>
    <w:p>
      <w:pPr>
        <w:pStyle w:val="ListBullet"/>
      </w:pPr>
      <w:r>
        <w:t>Not permanent activation.</w:t>
      </w:r>
    </w:p>
    <w:p>
      <w:pPr>
        <w:pStyle w:val="ListBullet"/>
      </w:pPr>
      <w:r>
        <w:t>Healing helps restore that flexibility.</w:t>
      </w:r>
    </w:p>
    <w:p>
      <w:pPr>
        <w:pStyle w:val="Heading3"/>
      </w:pPr>
      <w:r>
        <w:t>Small Changes Create Lasting Results</w:t>
      </w:r>
    </w:p>
    <w:p>
      <w:r>
        <w:t>People often underestimate the power of consistency.</w:t>
      </w:r>
    </w:p>
    <w:p>
      <w:r>
        <w:t>Imagine improving your nervous system by just 1% each day.</w:t>
      </w:r>
    </w:p>
    <w:p>
      <w:r>
        <w:t>One percent seems insignificant.</w:t>
      </w:r>
    </w:p>
    <w:p>
      <w:r>
        <w:t>Yet over months and years, those small improvements accumulate.</w:t>
      </w:r>
    </w:p>
    <w:p>
      <w:r>
        <w:t>Examples include:</w:t>
      </w:r>
    </w:p>
    <w:p>
      <w:pPr>
        <w:pStyle w:val="ListBullet"/>
      </w:pPr>
      <w:r>
        <w:t>Sleeping Fifteen Minutes Longer.</w:t>
      </w:r>
    </w:p>
    <w:p>
      <w:pPr>
        <w:pStyle w:val="ListBullet"/>
      </w:pPr>
      <w:r>
        <w:t>Walking Ten More Minutes.</w:t>
      </w:r>
    </w:p>
    <w:p>
      <w:pPr>
        <w:pStyle w:val="ListBullet"/>
      </w:pPr>
      <w:r>
        <w:t>Practicing Three Minutes Of Breathing.</w:t>
      </w:r>
    </w:p>
    <w:p>
      <w:pPr>
        <w:pStyle w:val="ListBullet"/>
      </w:pPr>
      <w:r>
        <w:t>Drinking More Water.</w:t>
      </w:r>
    </w:p>
    <w:p>
      <w:pPr>
        <w:pStyle w:val="ListBullet"/>
      </w:pPr>
      <w:r>
        <w:t>Going Outside Every Morning.</w:t>
      </w:r>
    </w:p>
    <w:p>
      <w:pPr>
        <w:pStyle w:val="ListBullet"/>
      </w:pPr>
      <w:r>
        <w:t>Setting One Healthy Boundary.</w:t>
      </w:r>
    </w:p>
    <w:p>
      <w:pPr>
        <w:pStyle w:val="ListBullet"/>
      </w:pPr>
      <w:r>
        <w:t>Each action may seem too small to matter.</w:t>
      </w:r>
    </w:p>
    <w:p>
      <w:pPr>
        <w:pStyle w:val="ListBullet"/>
      </w:pPr>
      <w:r>
        <w:t>Together, they gradually reshape daily life.</w:t>
      </w:r>
    </w:p>
    <w:p>
      <w:pPr>
        <w:pStyle w:val="Heading3"/>
      </w:pPr>
      <w:r>
        <w:rPr>
          <w:b/>
        </w:rPr>
        <w:t>RN Insight</w:t>
      </w:r>
    </w:p>
    <w:p>
      <w:pPr>
        <w:pStyle w:val="Quote"/>
      </w:pPr>
      <w:r>
        <w:rPr>
          <w:i/>
        </w:rPr>
        <w:t>Many recoveries occur so gradually that patients hardly notice them as they happen. Then one day they realize they slept through the night, handled a stressful situation calmly, or enjoyed an activity they had avoided for months. Healing often becomes visible only when we compare where we are today with where we were several months ago.</w:t>
      </w:r>
    </w:p>
    <w:p>
      <w:pPr>
        <w:pStyle w:val="Heading3"/>
      </w:pPr>
      <w:r>
        <w:t>Progress Is Often Invisible At First</w:t>
      </w:r>
    </w:p>
    <w:p>
      <w:r>
        <w:t>Think about planting a tree.</w:t>
      </w:r>
    </w:p>
    <w:p>
      <w:r>
        <w:t>For weeks, very little appears above the soil.</w:t>
      </w:r>
    </w:p>
    <w:p>
      <w:r>
        <w:t>Yet beneath the surface, roots continue growing.</w:t>
      </w:r>
    </w:p>
    <w:p>
      <w:r>
        <w:t>Nervous system healing often works the same way.</w:t>
      </w:r>
    </w:p>
    <w:p>
      <w:r>
        <w:t>Early improvements may include:</w:t>
      </w:r>
    </w:p>
    <w:p>
      <w:pPr>
        <w:pStyle w:val="ListBullet"/>
      </w:pPr>
      <w:r>
        <w:t>Slightly Better Sleep.</w:t>
      </w:r>
    </w:p>
    <w:p>
      <w:pPr>
        <w:pStyle w:val="ListBullet"/>
      </w:pPr>
      <w:r>
        <w:t>Reduced Muscle Tension.</w:t>
      </w:r>
    </w:p>
    <w:p>
      <w:pPr>
        <w:pStyle w:val="ListBullet"/>
      </w:pPr>
      <w:r>
        <w:t>Improved Patience.</w:t>
      </w:r>
    </w:p>
    <w:p>
      <w:pPr>
        <w:pStyle w:val="ListBullet"/>
      </w:pPr>
      <w:r>
        <w:t>More Stable Energy.</w:t>
      </w:r>
    </w:p>
    <w:p>
      <w:pPr>
        <w:pStyle w:val="ListBullet"/>
      </w:pPr>
      <w:r>
        <w:t>Better Emotional Awareness.</w:t>
      </w:r>
    </w:p>
    <w:p>
      <w:pPr>
        <w:pStyle w:val="ListBullet"/>
      </w:pPr>
      <w:r>
        <w:t>Although these changes seem modest, they form the foundation for greater resilience later.</w:t>
      </w:r>
    </w:p>
    <w:p>
      <w:pPr>
        <w:pStyle w:val="ListBullet"/>
      </w:pPr>
      <w:r>
        <w:t>Do not underestimate quiet progress.</w:t>
      </w:r>
    </w:p>
    <w:p>
      <w:pPr>
        <w:pStyle w:val="Heading3"/>
      </w:pPr>
      <w:r>
        <w:t>Your Past Does Not Eliminate Your Future</w:t>
      </w:r>
    </w:p>
    <w:p>
      <w:r>
        <w:t>Past experiences influence the nervous system.</w:t>
      </w:r>
    </w:p>
    <w:p>
      <w:r>
        <w:t>They do not permanently determine it.</w:t>
      </w:r>
    </w:p>
    <w:p>
      <w:r>
        <w:t>Whether your stress developed from:</w:t>
      </w:r>
    </w:p>
    <w:p>
      <w:pPr>
        <w:pStyle w:val="ListBullet"/>
      </w:pPr>
      <w:r>
        <w:t>Childhood Adversity.</w:t>
      </w:r>
    </w:p>
    <w:p>
      <w:pPr>
        <w:pStyle w:val="ListBullet"/>
      </w:pPr>
      <w:r>
        <w:t>Caregiving.</w:t>
      </w:r>
    </w:p>
    <w:p>
      <w:pPr>
        <w:pStyle w:val="ListBullet"/>
      </w:pPr>
      <w:r>
        <w:t>Illness.</w:t>
      </w:r>
    </w:p>
    <w:p>
      <w:pPr>
        <w:pStyle w:val="ListBullet"/>
      </w:pPr>
      <w:r>
        <w:t>Burnout.</w:t>
      </w:r>
    </w:p>
    <w:p>
      <w:pPr>
        <w:pStyle w:val="ListBullet"/>
      </w:pPr>
      <w:r>
        <w:t>Trauma.</w:t>
      </w:r>
    </w:p>
    <w:p>
      <w:pPr>
        <w:pStyle w:val="ListBullet"/>
      </w:pPr>
      <w:r>
        <w:t>Financial Pressure.</w:t>
      </w:r>
    </w:p>
    <w:p>
      <w:pPr>
        <w:pStyle w:val="ListBullet"/>
      </w:pPr>
      <w:r>
        <w:t>Workplace Stress.</w:t>
      </w:r>
    </w:p>
    <w:p>
      <w:pPr>
        <w:pStyle w:val="ListBullet"/>
      </w:pPr>
      <w:r>
        <w:t>Family Responsibilities.</w:t>
      </w:r>
    </w:p>
    <w:p>
      <w:pPr>
        <w:pStyle w:val="ListBullet"/>
      </w:pPr>
      <w:r>
        <w:t>Your future is not limited to your past experiences alone.</w:t>
      </w:r>
    </w:p>
    <w:p>
      <w:pPr>
        <w:pStyle w:val="ListBullet"/>
      </w:pPr>
      <w:r>
        <w:t>Every healthy choice provides your nervous system with new information.</w:t>
      </w:r>
    </w:p>
    <w:p>
      <w:pPr>
        <w:pStyle w:val="ListBullet"/>
      </w:pPr>
      <w:r>
        <w:t>Healing becomes possible because learning continues.</w:t>
      </w:r>
    </w:p>
    <w:p>
      <w:pPr>
        <w:pStyle w:val="Heading3"/>
      </w:pPr>
      <w:r>
        <w:t>Recovery Is Not About Forgetting</w:t>
      </w:r>
    </w:p>
    <w:p>
      <w:r>
        <w:t>Some people believe healing means forgetting difficult experiences.</w:t>
      </w:r>
    </w:p>
    <w:p>
      <w:r>
        <w:t>That is not the goal.</w:t>
      </w:r>
    </w:p>
    <w:p>
      <w:r>
        <w:t>Healthy recovery allows you to remember without continually reliving.</w:t>
      </w:r>
    </w:p>
    <w:p>
      <w:r>
        <w:t>Your memories remain.</w:t>
      </w:r>
    </w:p>
    <w:p>
      <w:r>
        <w:t>Your nervous system gradually learns that those experiences are no longer happening.</w:t>
      </w:r>
    </w:p>
    <w:p>
      <w:r>
        <w:t>This distinction creates emotional freedom.</w:t>
      </w:r>
    </w:p>
    <w:p>
      <w:pPr>
        <w:pStyle w:val="Heading3"/>
      </w:pPr>
      <w:r>
        <w:t>Confidence Grows Through Experience</w:t>
      </w:r>
    </w:p>
    <w:p>
      <w:r>
        <w:t>Many people wait to feel confident before practicing recovery habits.</w:t>
      </w:r>
    </w:p>
    <w:p>
      <w:r>
        <w:t>Usually, the opposite occurs.</w:t>
      </w:r>
    </w:p>
    <w:p>
      <w:r>
        <w:t>Confidence develops after repeated practice.</w:t>
      </w:r>
    </w:p>
    <w:p>
      <w:r>
        <w:t>Each time you:</w:t>
      </w:r>
    </w:p>
    <w:p>
      <w:pPr>
        <w:pStyle w:val="ListBullet"/>
      </w:pPr>
      <w:r>
        <w:t>Recover From A Difficult Day.</w:t>
      </w:r>
    </w:p>
    <w:p>
      <w:pPr>
        <w:pStyle w:val="ListBullet"/>
      </w:pPr>
      <w:r>
        <w:t>Sleep Better.</w:t>
      </w:r>
    </w:p>
    <w:p>
      <w:pPr>
        <w:pStyle w:val="ListBullet"/>
      </w:pPr>
      <w:r>
        <w:t>Set A Healthy Boundary.</w:t>
      </w:r>
    </w:p>
    <w:p>
      <w:pPr>
        <w:pStyle w:val="ListBullet"/>
      </w:pPr>
      <w:r>
        <w:t>Calm Your Breathing.</w:t>
      </w:r>
    </w:p>
    <w:p>
      <w:pPr>
        <w:pStyle w:val="ListBullet"/>
      </w:pPr>
      <w:r>
        <w:t>Ask For Help.</w:t>
      </w:r>
    </w:p>
    <w:p>
      <w:pPr>
        <w:pStyle w:val="ListBullet"/>
      </w:pPr>
      <w:r>
        <w:t>Return To Your Routine.</w:t>
      </w:r>
    </w:p>
    <w:p>
      <w:pPr>
        <w:pStyle w:val="ListBullet"/>
      </w:pPr>
      <w:r>
        <w:t>Your nervous system gathers evidence.</w:t>
      </w:r>
    </w:p>
    <w:p>
      <w:pPr>
        <w:pStyle w:val="ListBullet"/>
      </w:pPr>
      <w:r>
        <w:t>It begins with trusting your ability to recover.</w:t>
      </w:r>
    </w:p>
    <w:p>
      <w:pPr>
        <w:pStyle w:val="ListBullet"/>
      </w:pPr>
      <w:r>
        <w:t>Confidence becomes earned experience.</w:t>
      </w:r>
    </w:p>
    <w:p>
      <w:pPr>
        <w:pStyle w:val="Heading3"/>
      </w:pPr>
      <w:r>
        <w:rPr>
          <w:b/>
        </w:rPr>
        <w:t>Bedside Example</w:t>
      </w:r>
    </w:p>
    <w:p>
      <w:pPr>
        <w:pStyle w:val="Quote"/>
      </w:pPr>
      <w:r>
        <w:rPr>
          <w:i/>
        </w:rPr>
        <w:t>A patient who had struggled with chronic anxiety told me she no longer believed she would ever feel calm again.</w:t>
      </w:r>
    </w:p>
    <w:p>
      <w:pPr>
        <w:pStyle w:val="Quote"/>
      </w:pPr>
      <w:r>
        <w:rPr>
          <w:i/>
        </w:rPr>
        <w:t>Instead of trying to convince her with reassuring words, we focused on small daily practices.</w:t>
      </w:r>
    </w:p>
    <w:p>
      <w:pPr>
        <w:pStyle w:val="Quote"/>
      </w:pPr>
      <w:r>
        <w:rPr>
          <w:i/>
        </w:rPr>
        <w:t>Weeks became months.</w:t>
      </w:r>
    </w:p>
    <w:p>
      <w:pPr>
        <w:pStyle w:val="Quote"/>
      </w:pPr>
      <w:r>
        <w:rPr>
          <w:i/>
        </w:rPr>
        <w:t>Gradually, she noticed fewer panic episodes, better sleep, and greater confidence during stressful situations.</w:t>
      </w:r>
    </w:p>
    <w:p>
      <w:pPr>
        <w:pStyle w:val="Quote"/>
      </w:pPr>
      <w:r>
        <w:rPr>
          <w:i/>
        </w:rPr>
        <w:t>One afternoon, she smiled and said,</w:t>
      </w:r>
    </w:p>
    <w:p>
      <w:pPr>
        <w:pStyle w:val="Quote"/>
      </w:pPr>
      <w:r>
        <w:rPr>
          <w:i/>
        </w:rPr>
        <w:t>"I Didn't Notice Recovery Happening. I Just Realized One Day That Life Didn't Feel Like An Emergency Anymore."</w:t>
      </w:r>
    </w:p>
    <w:p>
      <w:pPr>
        <w:pStyle w:val="Quote"/>
      </w:pPr>
      <w:r>
        <w:rPr>
          <w:i/>
        </w:rPr>
        <w:t>That quiet realization reflected months of steady nervous system healing.</w:t>
      </w:r>
    </w:p>
    <w:p>
      <w:pPr>
        <w:pStyle w:val="Heading3"/>
      </w:pPr>
      <w:r>
        <w:t>Healing Changes More Than Symptoms</w:t>
      </w:r>
    </w:p>
    <w:p>
      <w:r>
        <w:t>As recovery continues, many people notice changes beyond reduced stress.</w:t>
      </w:r>
    </w:p>
    <w:p>
      <w:r>
        <w:t>They discover:</w:t>
      </w:r>
    </w:p>
    <w:p>
      <w:pPr>
        <w:pStyle w:val="ListBullet"/>
      </w:pPr>
      <w:r>
        <w:t>Greater Curiosity.</w:t>
      </w:r>
    </w:p>
    <w:p>
      <w:pPr>
        <w:pStyle w:val="ListBullet"/>
      </w:pPr>
      <w:r>
        <w:t>Increased Creativity.</w:t>
      </w:r>
    </w:p>
    <w:p>
      <w:pPr>
        <w:pStyle w:val="ListBullet"/>
      </w:pPr>
      <w:r>
        <w:t>More Meaningful Relationships.</w:t>
      </w:r>
    </w:p>
    <w:p>
      <w:pPr>
        <w:pStyle w:val="ListBullet"/>
      </w:pPr>
      <w:r>
        <w:t>Better Concentration.</w:t>
      </w:r>
    </w:p>
    <w:p>
      <w:pPr>
        <w:pStyle w:val="ListBullet"/>
      </w:pPr>
      <w:r>
        <w:t>Improved Decision-Making.</w:t>
      </w:r>
    </w:p>
    <w:p>
      <w:pPr>
        <w:pStyle w:val="ListBullet"/>
      </w:pPr>
      <w:r>
        <w:t>More Enjoyment Of Daily Life.</w:t>
      </w:r>
    </w:p>
    <w:p>
      <w:pPr>
        <w:pStyle w:val="ListBullet"/>
      </w:pPr>
      <w:r>
        <w:t>Greater Emotional Flexibility.</w:t>
      </w:r>
    </w:p>
    <w:p>
      <w:pPr>
        <w:pStyle w:val="ListBullet"/>
      </w:pPr>
      <w:r>
        <w:t>These changes occur because the nervous system has more available capacity.</w:t>
      </w:r>
    </w:p>
    <w:p>
      <w:pPr>
        <w:pStyle w:val="ListBullet"/>
      </w:pPr>
      <w:r>
        <w:t>Less energy is spent surviving.</w:t>
      </w:r>
    </w:p>
    <w:p>
      <w:pPr>
        <w:pStyle w:val="ListBullet"/>
      </w:pPr>
      <w:r>
        <w:t>More energy becomes available for living.</w:t>
      </w:r>
    </w:p>
    <w:p>
      <w:pPr>
        <w:pStyle w:val="Heading3"/>
      </w:pPr>
      <w:r>
        <w:t>Hope Is A Daily Practice</w:t>
      </w:r>
    </w:p>
    <w:p>
      <w:r>
        <w:t>Hope is not simply optimism.</w:t>
      </w:r>
    </w:p>
    <w:p>
      <w:r>
        <w:t>Hope grows through action.</w:t>
      </w:r>
    </w:p>
    <w:p>
      <w:r>
        <w:t>Every healthy habit says:</w:t>
      </w:r>
    </w:p>
    <w:p>
      <w:pPr>
        <w:pStyle w:val="Heading3"/>
      </w:pPr>
      <w:r>
        <w:t>"Recovery Is Worth Continuing."</w:t>
      </w:r>
    </w:p>
    <w:p>
      <w:r>
        <w:t>Every supportive relationship says:</w:t>
      </w:r>
    </w:p>
    <w:p>
      <w:pPr>
        <w:pStyle w:val="Heading3"/>
      </w:pPr>
      <w:r>
        <w:t>"I Do Not Have To Carry This Alone."</w:t>
      </w:r>
    </w:p>
    <w:p>
      <w:r>
        <w:t>Every professional appointment says:</w:t>
      </w:r>
    </w:p>
    <w:p>
      <w:pPr>
        <w:pStyle w:val="Heading3"/>
      </w:pPr>
      <w:r>
        <w:t>"My Health Matters."</w:t>
      </w:r>
    </w:p>
    <w:p>
      <w:r>
        <w:t>Every moment of rest says:</w:t>
      </w:r>
    </w:p>
    <w:p>
      <w:pPr>
        <w:pStyle w:val="Heading3"/>
      </w:pPr>
      <w:r>
        <w:t>"My Body Deserves Recovery."</w:t>
      </w:r>
    </w:p>
    <w:p>
      <w:r>
        <w:t>Hope becomes stronger every time your actions align with healing.</w:t>
      </w:r>
    </w:p>
    <w:p>
      <w:pPr>
        <w:pStyle w:val="Heading3"/>
      </w:pPr>
      <w:r>
        <w:rPr>
          <w:b/>
        </w:rPr>
        <w:t>RN Insight</w:t>
      </w:r>
    </w:p>
    <w:p>
      <w:pPr>
        <w:pStyle w:val="Quote"/>
      </w:pPr>
      <w:r>
        <w:rPr>
          <w:i/>
        </w:rPr>
        <w:t>One lesson nurses witness repeatedly is that hope often returns before complete healing does. Patients often feel hopeful after noticing small improvements, even when significant recovery is still ahead. Hope itself becomes part of the healing process because it encourages continued participation in healthy behaviors.</w:t>
      </w:r>
    </w:p>
    <w:p>
      <w:pPr>
        <w:pStyle w:val="Heading3"/>
      </w:pPr>
      <w:r>
        <w:t>Continue Trusting The Process</w:t>
      </w:r>
    </w:p>
    <w:p>
      <w:r>
        <w:t>There will still be difficult days.</w:t>
      </w:r>
    </w:p>
    <w:p>
      <w:r>
        <w:t>Continue practicing anyway.</w:t>
      </w:r>
    </w:p>
    <w:p>
      <w:r>
        <w:t>There will still be stressful seasons.</w:t>
      </w:r>
    </w:p>
    <w:p>
      <w:r>
        <w:t>Continue recovering anyway.</w:t>
      </w:r>
    </w:p>
    <w:p>
      <w:r>
        <w:t>There will still be unexpected challenges.</w:t>
      </w:r>
    </w:p>
    <w:p>
      <w:r>
        <w:t>Continue caring for yourself anyway.</w:t>
      </w:r>
    </w:p>
    <w:p>
      <w:r>
        <w:t>Healing rarely depends on perfect circumstances.</w:t>
      </w:r>
    </w:p>
    <w:p>
      <w:r>
        <w:t>It depends on repeated choices.</w:t>
      </w:r>
    </w:p>
    <w:p>
      <w:pPr>
        <w:pStyle w:val="Heading3"/>
      </w:pPr>
      <w:r>
        <w:t>Your Nervous System Is Your Partner</w:t>
      </w:r>
    </w:p>
    <w:p>
      <w:r>
        <w:t>Perhaps the greatest shift in perspective in this book is learning to view your nervous system differently.</w:t>
      </w:r>
    </w:p>
    <w:p>
      <w:r>
        <w:t>It is not trying to sabotage you.</w:t>
      </w:r>
    </w:p>
    <w:p>
      <w:r>
        <w:t>It is trying to protect you.</w:t>
      </w:r>
    </w:p>
    <w:p>
      <w:r>
        <w:t>Now you can respond with compassion instead of frustration.</w:t>
      </w:r>
    </w:p>
    <w:p>
      <w:r>
        <w:t>Instead of asking:</w:t>
      </w:r>
    </w:p>
    <w:p>
      <w:pPr>
        <w:pStyle w:val="Heading3"/>
      </w:pPr>
      <w:r>
        <w:t>"Why Is My Body Working Against Me?"</w:t>
      </w:r>
    </w:p>
    <w:p>
      <w:r>
        <w:t>You can ask:</w:t>
      </w:r>
    </w:p>
    <w:p>
      <w:pPr>
        <w:pStyle w:val="Quote"/>
      </w:pPr>
      <w:r>
        <w:rPr>
          <w:i/>
        </w:rPr>
        <w:t>"How Can I Help My Body Feel Safe Enough To Heal?"</w:t>
      </w:r>
    </w:p>
    <w:p>
      <w:r>
        <w:t>That question changes everything.</w:t>
      </w:r>
    </w:p>
    <w:p>
      <w:pPr>
        <w:pStyle w:val="Heading3"/>
      </w:pPr>
      <w:r>
        <w:t>A Final Word Of Encouragement</w:t>
      </w:r>
    </w:p>
    <w:p>
      <w:r>
        <w:t>If you have spent years living in survival mode, remember this:</w:t>
      </w:r>
    </w:p>
    <w:p>
      <w:pPr>
        <w:pStyle w:val="ListBullet"/>
      </w:pPr>
      <w:r>
        <w:t>You did not arrive there overnight.</w:t>
      </w:r>
    </w:p>
    <w:p>
      <w:pPr>
        <w:pStyle w:val="ListBullet"/>
      </w:pPr>
      <w:r>
        <w:t>You will not leave overnight either.</w:t>
      </w:r>
    </w:p>
    <w:p>
      <w:r>
        <w:t>But every day you choose:</w:t>
      </w:r>
    </w:p>
    <w:p>
      <w:pPr>
        <w:pStyle w:val="ListBullet"/>
      </w:pPr>
      <w:r>
        <w:t>Better Sleep.</w:t>
      </w:r>
    </w:p>
    <w:p>
      <w:pPr>
        <w:pStyle w:val="ListBullet"/>
      </w:pPr>
      <w:r>
        <w:t>Gentle Movement.</w:t>
      </w:r>
    </w:p>
    <w:p>
      <w:pPr>
        <w:pStyle w:val="ListBullet"/>
      </w:pPr>
      <w:r>
        <w:t>Healthy Nutrition.</w:t>
      </w:r>
    </w:p>
    <w:p>
      <w:pPr>
        <w:pStyle w:val="ListBullet"/>
      </w:pPr>
      <w:r>
        <w:t>Calm Breathing.</w:t>
      </w:r>
    </w:p>
    <w:p>
      <w:pPr>
        <w:pStyle w:val="ListBullet"/>
      </w:pPr>
      <w:r>
        <w:t>Healthy Boundaries.</w:t>
      </w:r>
    </w:p>
    <w:p>
      <w:pPr>
        <w:pStyle w:val="ListBullet"/>
      </w:pPr>
      <w:r>
        <w:t>Meaningful Relationships.</w:t>
      </w:r>
    </w:p>
    <w:p>
      <w:pPr>
        <w:pStyle w:val="ListBullet"/>
      </w:pPr>
      <w:r>
        <w:t>Professional Care When Needed.</w:t>
      </w:r>
    </w:p>
    <w:p>
      <w:pPr>
        <w:pStyle w:val="ListBullet"/>
      </w:pPr>
      <w:r>
        <w:t>Self-Compassion.</w:t>
      </w:r>
    </w:p>
    <w:p>
      <w:pPr>
        <w:pStyle w:val="ListBullet"/>
      </w:pPr>
      <w:r>
        <w:t>You continue teaching your nervous system a different way to live.</w:t>
      </w:r>
    </w:p>
    <w:p>
      <w:pPr>
        <w:pStyle w:val="ListBullet"/>
      </w:pPr>
      <w:r>
        <w:t>Progress may sometimes feel slow.</w:t>
      </w:r>
    </w:p>
    <w:p>
      <w:pPr>
        <w:pStyle w:val="ListBullet"/>
      </w:pPr>
      <w:r>
        <w:t>Keep going.</w:t>
      </w:r>
    </w:p>
    <w:p>
      <w:pPr>
        <w:pStyle w:val="ListBullet"/>
      </w:pPr>
      <w:r>
        <w:t>Your body notices every repeated act of care.</w:t>
      </w:r>
    </w:p>
    <w:p>
      <w:pPr>
        <w:pStyle w:val="ListBullet"/>
      </w:pPr>
      <w:r>
        <w:t>Your brain remembers every experience of safety.</w:t>
      </w:r>
    </w:p>
    <w:p>
      <w:pPr>
        <w:pStyle w:val="ListBullet"/>
      </w:pPr>
      <w:r>
        <w:t>Your nervous system continues learning from every healthy choice.</w:t>
      </w:r>
    </w:p>
    <w:p>
      <w:pPr>
        <w:pStyle w:val="Heading3"/>
      </w:pPr>
      <w:r>
        <w:t>Key Takeaways</w:t>
      </w:r>
    </w:p>
    <w:p>
      <w:pPr>
        <w:pStyle w:val="ListBullet"/>
      </w:pPr>
      <w:r>
        <w:t>The Human Brain and Nervous System Continue to Adapt Throughout Life.</w:t>
      </w:r>
    </w:p>
    <w:p>
      <w:pPr>
        <w:pStyle w:val="ListBullet"/>
      </w:pPr>
      <w:r>
        <w:t>Neuroplasticity Makes Long-Term Recovery Possible.</w:t>
      </w:r>
    </w:p>
    <w:p>
      <w:pPr>
        <w:pStyle w:val="ListBullet"/>
      </w:pPr>
      <w:r>
        <w:t>Healing Develops Through Thousands Of Small Repeated Experiences.</w:t>
      </w:r>
    </w:p>
    <w:p>
      <w:pPr>
        <w:pStyle w:val="ListBullet"/>
      </w:pPr>
      <w:r>
        <w:t>Progress Often Appears Gradually Rather Than Dramatically.</w:t>
      </w:r>
    </w:p>
    <w:p>
      <w:pPr>
        <w:pStyle w:val="ListBullet"/>
      </w:pPr>
      <w:r>
        <w:t>Your Past Influences Your Nervous System, but Does Not Permanently Define It.</w:t>
      </w:r>
    </w:p>
    <w:p>
      <w:pPr>
        <w:pStyle w:val="ListBullet"/>
      </w:pPr>
      <w:r>
        <w:t>Hope Grows Through Consistent Action Rather Than Waiting For Motivation.</w:t>
      </w:r>
    </w:p>
    <w:p>
      <w:pPr>
        <w:pStyle w:val="ListBullet"/>
      </w:pPr>
      <w:r>
        <w:t>Every Daily Practice That Supports Safety Helps Strengthen Long-Term Resilience.</w:t>
      </w:r>
    </w:p>
    <w:p>
      <w:pPr>
        <w:pStyle w:val="Heading3"/>
      </w:pPr>
      <w:r>
        <w:t>Chapter Reflection</w:t>
      </w:r>
    </w:p>
    <w:p>
      <w:r>
        <w:t>As You Reach The End Of This Book, Reflect On These Final Questions.</w:t>
      </w:r>
    </w:p>
    <w:p>
      <w:pPr>
        <w:pStyle w:val="ListBullet"/>
      </w:pPr>
      <w:r>
        <w:t>How Has My Understanding Of My Nervous System Changed?</w:t>
      </w:r>
    </w:p>
    <w:p>
      <w:pPr>
        <w:pStyle w:val="ListBullet"/>
      </w:pPr>
      <w:r>
        <w:t>Which Daily Recovery Habit Has Had The Greatest Impact On Me?</w:t>
      </w:r>
    </w:p>
    <w:p>
      <w:pPr>
        <w:pStyle w:val="ListBullet"/>
      </w:pPr>
      <w:r>
        <w:t>What Small Practice Will I Continue Tomorrow?</w:t>
      </w:r>
    </w:p>
    <w:p>
      <w:pPr>
        <w:pStyle w:val="ListBullet"/>
      </w:pPr>
      <w:r>
        <w:t>How Can I Continue Choosing Healing Even During Difficult Seasons?</w:t>
      </w:r>
    </w:p>
    <w:p>
      <w:pPr>
        <w:pStyle w:val="ListBullet"/>
      </w:pPr>
      <w:r>
        <w:t>What Kind Of Life Am I Building By Teaching My Nervous System That It Is Safe?</w:t>
      </w:r>
    </w:p>
    <w:p>
      <w:r>
        <w:t>This chapter marks the conclusion of your learning—but not the conclusion of your healing. Every calm breath, every healthy choice, and every moment of recovery is another reminder that your nervous system was never meant to remain trapped in survival mode. With patience, consistency, appropriate support, and compassion, you can continue building a life marked by greater calm, resilience, health, and hope.</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Title">
    <w:name w:val="BookTitle"/>
    <w:basedOn w:val="Title"/>
    <w:pPr>
      <w:jc w:val="center"/>
    </w:pPr>
    <w:rPr>
      <w:b/>
      <w:sz w:val="72"/>
    </w:rPr>
  </w:style>
  <w:style w:type="paragraph" w:customStyle="1" w:styleId="BookSubtitle">
    <w:name w:val="BookSubtitle"/>
    <w:basedOn w:val="Subtitle"/>
    <w:pPr>
      <w:jc w:val="center"/>
    </w:pPr>
    <w:rPr>
      <w:i/>
      <w:sz w:val="36"/>
    </w:rPr>
  </w:style>
  <w:style w:type="paragraph" w:customStyle="1" w:styleId="BookAuthor">
    <w:name w:val="BookAuthor"/>
    <w:basedOn w:val="Normal"/>
    <w:pPr>
      <w:jc w:val="center"/>
    </w:pPr>
    <w:rPr>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